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94CE8" w14:textId="77777777" w:rsidR="00644783" w:rsidRDefault="00000000">
      <w:pPr>
        <w:pStyle w:val="berschrift1"/>
      </w:pPr>
      <w:r>
        <w:t>Antrag auf Kündigung des Fernunterrichtsvertrags</w:t>
      </w:r>
    </w:p>
    <w:p w14:paraId="74382523" w14:textId="77777777" w:rsidR="00644783" w:rsidRDefault="00000000">
      <w:r>
        <w:t>Sehr geehrte Damen und Herren,</w:t>
      </w:r>
      <w:r>
        <w:br/>
      </w:r>
      <w:r>
        <w:br/>
        <w:t>hiermit kündige ich meinen Fernunterrichtsvertrag für den Lehrgang „Zertifizierte*r Motopädagog*in / Pädagogische Psychomotorik“ fristgerecht gemäß den Vertragsbedingungen.</w:t>
      </w:r>
      <w:r>
        <w:br/>
      </w:r>
    </w:p>
    <w:p w14:paraId="28F5AD26" w14:textId="77777777" w:rsidR="00644783" w:rsidRDefault="00000000">
      <w:pPr>
        <w:pStyle w:val="berschrift2"/>
      </w:pPr>
      <w:r>
        <w:t>📌 Meine Vertragsdaten:</w:t>
      </w:r>
    </w:p>
    <w:p w14:paraId="740040FA" w14:textId="77777777" w:rsidR="00644783" w:rsidRDefault="00000000">
      <w:r>
        <w:t>Vor- und Nachname: ____________________________________</w:t>
      </w:r>
    </w:p>
    <w:p w14:paraId="48C99D2C" w14:textId="77777777" w:rsidR="00644783" w:rsidRDefault="00000000">
      <w:r>
        <w:t>E-Mail-Adresse: ________________________________________</w:t>
      </w:r>
    </w:p>
    <w:p w14:paraId="799F7F9E" w14:textId="77777777" w:rsidR="00644783" w:rsidRDefault="00000000">
      <w:r>
        <w:t>Anmeldedatum: ________________________________________</w:t>
      </w:r>
    </w:p>
    <w:p w14:paraId="65C13CB1" w14:textId="77777777" w:rsidR="00644783" w:rsidRDefault="00000000">
      <w:proofErr w:type="spellStart"/>
      <w:r>
        <w:t>Geplanter</w:t>
      </w:r>
      <w:proofErr w:type="spellEnd"/>
      <w:r>
        <w:t xml:space="preserve"> </w:t>
      </w:r>
      <w:proofErr w:type="spellStart"/>
      <w:r>
        <w:t>Kündigungstermin</w:t>
      </w:r>
      <w:proofErr w:type="spellEnd"/>
      <w:r>
        <w:t>: ____________________________ (</w:t>
      </w:r>
      <w:proofErr w:type="spellStart"/>
      <w:r>
        <w:t>Kündigung</w:t>
      </w:r>
      <w:proofErr w:type="spellEnd"/>
      <w:r>
        <w:t xml:space="preserve"> nach 6 Monaten möglich)</w:t>
      </w:r>
    </w:p>
    <w:p w14:paraId="41424684" w14:textId="77777777" w:rsidR="00644783" w:rsidRDefault="00000000">
      <w:pPr>
        <w:pStyle w:val="berschrift2"/>
      </w:pPr>
      <w:r>
        <w:t>📌 Kündigungsbedingungen:</w:t>
      </w:r>
    </w:p>
    <w:p w14:paraId="2698053B" w14:textId="77777777" w:rsidR="00644783" w:rsidRDefault="00000000">
      <w:r>
        <w:t>☑ Ich habe zur Kenntnis genommen, dass eine Kündigung erst nach 6 Monaten möglich ist.</w:t>
      </w:r>
    </w:p>
    <w:p w14:paraId="310D62A7" w14:textId="77777777" w:rsidR="00644783" w:rsidRDefault="00000000">
      <w:r>
        <w:t>☑ Die Kündigungsfrist beträgt 6 Wochen vor dem gewünschten Beendigungszeitpunkt.</w:t>
      </w:r>
    </w:p>
    <w:p w14:paraId="698E7FAD" w14:textId="77777777" w:rsidR="00644783" w:rsidRDefault="00000000">
      <w:r>
        <w:t>☑ Ich bin mir bewusst, dass ich nach Kündigung nur für bereits erbrachte Leistungen zahlen muss:</w:t>
      </w:r>
    </w:p>
    <w:p w14:paraId="1AC4F5FA" w14:textId="77777777" w:rsidR="00644783" w:rsidRDefault="00000000">
      <w:r>
        <w:t xml:space="preserve">   - Bei Kündigung nach 6 Monaten: € 660,- (2 Raten) müssen bereits gezahlt sein.</w:t>
      </w:r>
    </w:p>
    <w:p w14:paraId="2A62CE22" w14:textId="77777777" w:rsidR="00644783" w:rsidRDefault="00000000">
      <w:pPr>
        <w:pStyle w:val="berschrift2"/>
      </w:pPr>
      <w:r>
        <w:t>📌 Gewünschte Bestätigung:</w:t>
      </w:r>
    </w:p>
    <w:p w14:paraId="2B8AAD4B" w14:textId="77777777" w:rsidR="00644783" w:rsidRDefault="00000000">
      <w:r>
        <w:t>☑ Bitte senden Sie mir eine Kündigungsbestätigung per E-Mail.</w:t>
      </w:r>
    </w:p>
    <w:p w14:paraId="0226DFE8" w14:textId="77777777" w:rsidR="00644783" w:rsidRDefault="00000000">
      <w:pPr>
        <w:pStyle w:val="berschrift2"/>
      </w:pPr>
      <w:r>
        <w:t>📌 Zusätzliche Anmerkungen (optional):</w:t>
      </w:r>
    </w:p>
    <w:p w14:paraId="2868699A" w14:textId="77777777" w:rsidR="00644783" w:rsidRDefault="00000000">
      <w:r>
        <w:t>_________________________________________________________________________</w:t>
      </w:r>
    </w:p>
    <w:p w14:paraId="48A7F3C4" w14:textId="77777777" w:rsidR="00644783" w:rsidRDefault="00000000">
      <w:r>
        <w:t>_________________________________________________________________________</w:t>
      </w:r>
    </w:p>
    <w:sectPr w:rsidR="0064478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5291039">
    <w:abstractNumId w:val="8"/>
  </w:num>
  <w:num w:numId="2" w16cid:durableId="866528875">
    <w:abstractNumId w:val="6"/>
  </w:num>
  <w:num w:numId="3" w16cid:durableId="639262615">
    <w:abstractNumId w:val="5"/>
  </w:num>
  <w:num w:numId="4" w16cid:durableId="1261137287">
    <w:abstractNumId w:val="4"/>
  </w:num>
  <w:num w:numId="5" w16cid:durableId="5331748">
    <w:abstractNumId w:val="7"/>
  </w:num>
  <w:num w:numId="6" w16cid:durableId="1878154550">
    <w:abstractNumId w:val="3"/>
  </w:num>
  <w:num w:numId="7" w16cid:durableId="1990595188">
    <w:abstractNumId w:val="2"/>
  </w:num>
  <w:num w:numId="8" w16cid:durableId="1356886882">
    <w:abstractNumId w:val="1"/>
  </w:num>
  <w:num w:numId="9" w16cid:durableId="1842039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480A"/>
    <w:rsid w:val="0015074B"/>
    <w:rsid w:val="0029639D"/>
    <w:rsid w:val="00326F90"/>
    <w:rsid w:val="00644783"/>
    <w:rsid w:val="006516E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4EA2A"/>
  <w14:defaultImageDpi w14:val="300"/>
  <w15:docId w15:val="{3FF8B5BE-E0CC-46DF-AC91-6915541F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julia grafenau</cp:lastModifiedBy>
  <cp:revision>2</cp:revision>
  <dcterms:created xsi:type="dcterms:W3CDTF">2025-03-14T08:27:00Z</dcterms:created>
  <dcterms:modified xsi:type="dcterms:W3CDTF">2025-03-14T08:27:00Z</dcterms:modified>
  <cp:category/>
</cp:coreProperties>
</file>