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C5F5A" w14:textId="2A6D4779" w:rsidR="00322B39" w:rsidRDefault="00434A80" w:rsidP="00CE7574">
      <w:r>
        <w:rPr>
          <w:rFonts w:ascii="Calibri" w:hAnsi="Calibri"/>
          <w:b/>
          <w:noProof/>
          <w:sz w:val="36"/>
        </w:rPr>
        <w:drawing>
          <wp:anchor distT="0" distB="0" distL="114300" distR="114300" simplePos="0" relativeHeight="251658240" behindDoc="1" locked="0" layoutInCell="1" allowOverlap="1" wp14:anchorId="3D5BA47B" wp14:editId="79656DA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68680" cy="740410"/>
            <wp:effectExtent l="0" t="0" r="7620" b="2540"/>
            <wp:wrapSquare wrapText="bothSides"/>
            <wp:docPr id="12238940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894008" name="Picture 122389400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8680" cy="740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b/>
          <w:sz w:val="36"/>
        </w:rPr>
        <w:t>The Salvation Army Women’s Auxiliary</w:t>
      </w:r>
    </w:p>
    <w:p w14:paraId="0002E800" w14:textId="0582850E" w:rsidR="00322B39" w:rsidRDefault="00322B39">
      <w:pPr>
        <w:jc w:val="center"/>
      </w:pPr>
    </w:p>
    <w:p w14:paraId="0A8AF57C" w14:textId="77777777" w:rsidR="00322B39" w:rsidRDefault="00CE7574">
      <w:pPr>
        <w:spacing w:before="120" w:after="120"/>
      </w:pPr>
      <w:r>
        <w:rPr>
          <w:b/>
          <w:sz w:val="24"/>
        </w:rPr>
        <w:t>Membership Types &amp; Dues</w:t>
      </w:r>
    </w:p>
    <w:p w14:paraId="0FF85358" w14:textId="77777777" w:rsidR="00322B39" w:rsidRDefault="00CE7574">
      <w:pPr>
        <w:ind w:left="360"/>
      </w:pPr>
      <w:r>
        <w:t xml:space="preserve">• Active Member — Members who participate in the Auxiliary program and endeavor to attend meetings when possible. They may vote, hold </w:t>
      </w:r>
      <w:proofErr w:type="gramStart"/>
      <w:r>
        <w:t>office</w:t>
      </w:r>
      <w:proofErr w:type="gramEnd"/>
      <w:r>
        <w:t>, propose members, receive all mailings, and are eligible to attend all functions. Annual fee: $50.00.</w:t>
      </w:r>
    </w:p>
    <w:p w14:paraId="44A2083E" w14:textId="77777777" w:rsidR="00322B39" w:rsidRDefault="00CE7574">
      <w:pPr>
        <w:ind w:left="360"/>
      </w:pPr>
      <w:r>
        <w:t>• Permanent Member — Individuals may contribute to the ongoing work of The Salvation Army Women’s Auxiliary and receive all mailings, vote, hold office, and propose members. One-time payment: $1,000.00.</w:t>
      </w:r>
    </w:p>
    <w:p w14:paraId="172318E1" w14:textId="77777777" w:rsidR="00322B39" w:rsidRDefault="00CE7574">
      <w:r>
        <w:rPr>
          <w:b/>
          <w:sz w:val="24"/>
        </w:rPr>
        <w:t>Member Information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84"/>
        <w:gridCol w:w="2484"/>
        <w:gridCol w:w="2484"/>
        <w:gridCol w:w="2484"/>
      </w:tblGrid>
      <w:tr w:rsidR="00322B39" w14:paraId="44CE587A" w14:textId="77777777">
        <w:trPr>
          <w:trHeight w:val="400"/>
        </w:trPr>
        <w:tc>
          <w:tcPr>
            <w:tcW w:w="2484" w:type="dxa"/>
            <w:tcBorders>
              <w:bottom w:val="single" w:sz="16" w:space="0" w:color="000000"/>
            </w:tcBorders>
          </w:tcPr>
          <w:p w14:paraId="387E27DC" w14:textId="77777777" w:rsidR="00322B39" w:rsidRDefault="00CE7574">
            <w:r>
              <w:t>First Name</w:t>
            </w:r>
          </w:p>
        </w:tc>
        <w:tc>
          <w:tcPr>
            <w:tcW w:w="2484" w:type="dxa"/>
            <w:tcBorders>
              <w:bottom w:val="single" w:sz="16" w:space="0" w:color="000000"/>
            </w:tcBorders>
          </w:tcPr>
          <w:p w14:paraId="5ACBFEA2" w14:textId="77777777" w:rsidR="00322B39" w:rsidRDefault="00322B39"/>
        </w:tc>
        <w:tc>
          <w:tcPr>
            <w:tcW w:w="2484" w:type="dxa"/>
            <w:tcBorders>
              <w:bottom w:val="single" w:sz="16" w:space="0" w:color="000000"/>
            </w:tcBorders>
          </w:tcPr>
          <w:p w14:paraId="5EF47347" w14:textId="77777777" w:rsidR="00322B39" w:rsidRDefault="00CE7574">
            <w:r>
              <w:t>Last Name</w:t>
            </w:r>
          </w:p>
        </w:tc>
        <w:tc>
          <w:tcPr>
            <w:tcW w:w="2484" w:type="dxa"/>
            <w:tcBorders>
              <w:bottom w:val="single" w:sz="16" w:space="0" w:color="000000"/>
            </w:tcBorders>
          </w:tcPr>
          <w:p w14:paraId="62F7503E" w14:textId="77777777" w:rsidR="00322B39" w:rsidRDefault="00322B39"/>
        </w:tc>
      </w:tr>
      <w:tr w:rsidR="00322B39" w14:paraId="0172EB27" w14:textId="77777777">
        <w:trPr>
          <w:trHeight w:val="400"/>
        </w:trPr>
        <w:tc>
          <w:tcPr>
            <w:tcW w:w="2484" w:type="dxa"/>
            <w:tcBorders>
              <w:bottom w:val="single" w:sz="16" w:space="0" w:color="000000"/>
            </w:tcBorders>
          </w:tcPr>
          <w:p w14:paraId="3B25271F" w14:textId="77777777" w:rsidR="00322B39" w:rsidRDefault="00CE7574">
            <w:r>
              <w:t>Email</w:t>
            </w:r>
          </w:p>
        </w:tc>
        <w:tc>
          <w:tcPr>
            <w:tcW w:w="7452" w:type="dxa"/>
            <w:gridSpan w:val="3"/>
            <w:tcBorders>
              <w:bottom w:val="single" w:sz="16" w:space="0" w:color="000000"/>
            </w:tcBorders>
          </w:tcPr>
          <w:p w14:paraId="1B5AB232" w14:textId="77777777" w:rsidR="00322B39" w:rsidRDefault="00322B39"/>
        </w:tc>
      </w:tr>
      <w:tr w:rsidR="00322B39" w14:paraId="255E53B9" w14:textId="77777777">
        <w:trPr>
          <w:trHeight w:val="400"/>
        </w:trPr>
        <w:tc>
          <w:tcPr>
            <w:tcW w:w="2484" w:type="dxa"/>
            <w:tcBorders>
              <w:bottom w:val="single" w:sz="16" w:space="0" w:color="000000"/>
            </w:tcBorders>
          </w:tcPr>
          <w:p w14:paraId="30B3F97B" w14:textId="77777777" w:rsidR="00322B39" w:rsidRDefault="00CE7574">
            <w:r>
              <w:t>Home Phone</w:t>
            </w:r>
          </w:p>
        </w:tc>
        <w:tc>
          <w:tcPr>
            <w:tcW w:w="2484" w:type="dxa"/>
            <w:tcBorders>
              <w:bottom w:val="single" w:sz="16" w:space="0" w:color="000000"/>
            </w:tcBorders>
          </w:tcPr>
          <w:p w14:paraId="0376B403" w14:textId="77777777" w:rsidR="00322B39" w:rsidRDefault="00322B39"/>
        </w:tc>
        <w:tc>
          <w:tcPr>
            <w:tcW w:w="2484" w:type="dxa"/>
            <w:tcBorders>
              <w:bottom w:val="single" w:sz="16" w:space="0" w:color="000000"/>
            </w:tcBorders>
          </w:tcPr>
          <w:p w14:paraId="7BE48B46" w14:textId="77777777" w:rsidR="00322B39" w:rsidRDefault="00CE7574">
            <w:r>
              <w:t>Cell Phone</w:t>
            </w:r>
          </w:p>
        </w:tc>
        <w:tc>
          <w:tcPr>
            <w:tcW w:w="2484" w:type="dxa"/>
            <w:tcBorders>
              <w:bottom w:val="single" w:sz="16" w:space="0" w:color="000000"/>
            </w:tcBorders>
          </w:tcPr>
          <w:p w14:paraId="09BFFD1F" w14:textId="77777777" w:rsidR="00322B39" w:rsidRDefault="00322B39"/>
        </w:tc>
      </w:tr>
      <w:tr w:rsidR="00322B39" w14:paraId="56B25CF4" w14:textId="77777777">
        <w:trPr>
          <w:trHeight w:val="400"/>
        </w:trPr>
        <w:tc>
          <w:tcPr>
            <w:tcW w:w="2484" w:type="dxa"/>
            <w:tcBorders>
              <w:bottom w:val="single" w:sz="16" w:space="0" w:color="000000"/>
            </w:tcBorders>
          </w:tcPr>
          <w:p w14:paraId="2EBEA24C" w14:textId="77777777" w:rsidR="00322B39" w:rsidRDefault="00CE7574">
            <w:r>
              <w:t>Address</w:t>
            </w:r>
          </w:p>
        </w:tc>
        <w:tc>
          <w:tcPr>
            <w:tcW w:w="7452" w:type="dxa"/>
            <w:gridSpan w:val="3"/>
            <w:tcBorders>
              <w:bottom w:val="single" w:sz="16" w:space="0" w:color="000000"/>
            </w:tcBorders>
          </w:tcPr>
          <w:p w14:paraId="6264F907" w14:textId="77777777" w:rsidR="00322B39" w:rsidRDefault="00322B39"/>
        </w:tc>
      </w:tr>
      <w:tr w:rsidR="00322B39" w14:paraId="0A9603C5" w14:textId="77777777">
        <w:trPr>
          <w:trHeight w:val="400"/>
        </w:trPr>
        <w:tc>
          <w:tcPr>
            <w:tcW w:w="2484" w:type="dxa"/>
            <w:tcBorders>
              <w:bottom w:val="single" w:sz="16" w:space="0" w:color="000000"/>
            </w:tcBorders>
          </w:tcPr>
          <w:p w14:paraId="13A4ED90" w14:textId="77777777" w:rsidR="00322B39" w:rsidRDefault="00CE7574">
            <w:r>
              <w:t>City</w:t>
            </w:r>
          </w:p>
        </w:tc>
        <w:tc>
          <w:tcPr>
            <w:tcW w:w="2484" w:type="dxa"/>
            <w:tcBorders>
              <w:bottom w:val="single" w:sz="16" w:space="0" w:color="000000"/>
            </w:tcBorders>
          </w:tcPr>
          <w:p w14:paraId="393A5686" w14:textId="77777777" w:rsidR="00322B39" w:rsidRDefault="00322B39"/>
        </w:tc>
        <w:tc>
          <w:tcPr>
            <w:tcW w:w="2484" w:type="dxa"/>
            <w:tcBorders>
              <w:bottom w:val="single" w:sz="16" w:space="0" w:color="000000"/>
            </w:tcBorders>
          </w:tcPr>
          <w:p w14:paraId="0E1628C7" w14:textId="77777777" w:rsidR="00322B39" w:rsidRDefault="00CE7574">
            <w:r>
              <w:t>State</w:t>
            </w:r>
          </w:p>
        </w:tc>
        <w:tc>
          <w:tcPr>
            <w:tcW w:w="2484" w:type="dxa"/>
            <w:tcBorders>
              <w:bottom w:val="single" w:sz="16" w:space="0" w:color="000000"/>
            </w:tcBorders>
          </w:tcPr>
          <w:p w14:paraId="03270275" w14:textId="77777777" w:rsidR="00322B39" w:rsidRDefault="00CE7574">
            <w:r>
              <w:t>ZIP</w:t>
            </w:r>
          </w:p>
        </w:tc>
      </w:tr>
      <w:tr w:rsidR="00322B39" w14:paraId="0C0E30D4" w14:textId="77777777">
        <w:trPr>
          <w:trHeight w:val="400"/>
        </w:trPr>
        <w:tc>
          <w:tcPr>
            <w:tcW w:w="9936" w:type="dxa"/>
            <w:gridSpan w:val="4"/>
            <w:tcBorders>
              <w:bottom w:val="single" w:sz="16" w:space="0" w:color="000000"/>
            </w:tcBorders>
          </w:tcPr>
          <w:p w14:paraId="381B5810" w14:textId="77777777" w:rsidR="00322B39" w:rsidRDefault="00CE7574">
            <w:r>
              <w:t>Summer Address (optional)</w:t>
            </w:r>
          </w:p>
        </w:tc>
      </w:tr>
      <w:tr w:rsidR="00322B39" w14:paraId="53DC04C1" w14:textId="77777777">
        <w:trPr>
          <w:trHeight w:val="400"/>
        </w:trPr>
        <w:tc>
          <w:tcPr>
            <w:tcW w:w="9936" w:type="dxa"/>
            <w:gridSpan w:val="4"/>
            <w:tcBorders>
              <w:bottom w:val="single" w:sz="16" w:space="0" w:color="000000"/>
            </w:tcBorders>
          </w:tcPr>
          <w:p w14:paraId="1773E319" w14:textId="77777777" w:rsidR="00322B39" w:rsidRDefault="00CE7574">
            <w:r>
              <w:t>Birthdate (MM/DD)</w:t>
            </w:r>
          </w:p>
        </w:tc>
      </w:tr>
      <w:tr w:rsidR="00322B39" w14:paraId="2A033D00" w14:textId="77777777">
        <w:trPr>
          <w:trHeight w:val="400"/>
        </w:trPr>
        <w:tc>
          <w:tcPr>
            <w:tcW w:w="2484" w:type="dxa"/>
            <w:tcBorders>
              <w:bottom w:val="single" w:sz="16" w:space="0" w:color="000000"/>
            </w:tcBorders>
          </w:tcPr>
          <w:p w14:paraId="3AAF55AD" w14:textId="5CCCE70A" w:rsidR="00322B39" w:rsidRDefault="00FF09E4">
            <w:r>
              <w:t xml:space="preserve">Best </w:t>
            </w:r>
            <w:r w:rsidR="00AA7B06">
              <w:t>Communication</w:t>
            </w:r>
            <w:r>
              <w:t xml:space="preserve"> </w:t>
            </w:r>
          </w:p>
        </w:tc>
        <w:tc>
          <w:tcPr>
            <w:tcW w:w="7452" w:type="dxa"/>
            <w:gridSpan w:val="3"/>
            <w:tcBorders>
              <w:bottom w:val="single" w:sz="16" w:space="0" w:color="000000"/>
            </w:tcBorders>
          </w:tcPr>
          <w:p w14:paraId="7376A776" w14:textId="5E3DAFD5" w:rsidR="00322B39" w:rsidRDefault="002F6D8D">
            <w:r>
              <w:t xml:space="preserve">                        </w:t>
            </w:r>
            <w:r w:rsidR="00CE7574">
              <w:t>□ Email   □ Phone   □ Text   □ Mail</w:t>
            </w:r>
          </w:p>
        </w:tc>
      </w:tr>
    </w:tbl>
    <w:p w14:paraId="5947E877" w14:textId="77777777" w:rsidR="00322B39" w:rsidRDefault="00CE7574">
      <w:r>
        <w:rPr>
          <w:b/>
          <w:sz w:val="24"/>
        </w:rPr>
        <w:t>Membership Selection &amp; Payment</w:t>
      </w:r>
    </w:p>
    <w:p w14:paraId="36ADF14D" w14:textId="77777777" w:rsidR="00322B39" w:rsidRDefault="00CE7574">
      <w:r>
        <w:t>Select one:  □ Active Member (Annual $50)   □ Permanent Member (One-time $1,000)</w:t>
      </w:r>
    </w:p>
    <w:p w14:paraId="4A0EE92B" w14:textId="2AE5B528" w:rsidR="00322B39" w:rsidRDefault="00CE7574">
      <w:r>
        <w:t xml:space="preserve">Payment Method:  □ </w:t>
      </w:r>
      <w:r w:rsidR="00D55580">
        <w:t>Check □</w:t>
      </w:r>
      <w:r>
        <w:t xml:space="preserve"> Credit </w:t>
      </w:r>
      <w:r w:rsidR="00D55580">
        <w:t>Card □</w:t>
      </w:r>
      <w:r>
        <w:t xml:space="preserve"> Other: _____________</w:t>
      </w:r>
    </w:p>
    <w:p w14:paraId="3913FA6D" w14:textId="122AFCD0" w:rsidR="00322B39" w:rsidRDefault="00CE7574">
      <w:r>
        <w:t xml:space="preserve">If you would like to pay with a Credit Card, please call </w:t>
      </w:r>
      <w:r w:rsidR="00F546E5">
        <w:t>561-</w:t>
      </w:r>
      <w:r>
        <w:t xml:space="preserve"> 686-3530 and </w:t>
      </w:r>
      <w:r w:rsidR="00F546E5">
        <w:t>we</w:t>
      </w:r>
      <w:r>
        <w:t xml:space="preserve"> will be happy to help.</w:t>
      </w:r>
    </w:p>
    <w:p w14:paraId="4E7AFF57" w14:textId="77777777" w:rsidR="00322B39" w:rsidRDefault="00CE7574">
      <w:r>
        <w:rPr>
          <w:b/>
          <w:sz w:val="24"/>
        </w:rPr>
        <w:t>Emergency Contact Information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84"/>
        <w:gridCol w:w="2484"/>
        <w:gridCol w:w="2484"/>
        <w:gridCol w:w="2484"/>
      </w:tblGrid>
      <w:tr w:rsidR="00322B39" w14:paraId="593B3850" w14:textId="77777777">
        <w:trPr>
          <w:trHeight w:val="400"/>
        </w:trPr>
        <w:tc>
          <w:tcPr>
            <w:tcW w:w="2484" w:type="dxa"/>
            <w:tcBorders>
              <w:bottom w:val="single" w:sz="16" w:space="0" w:color="000000"/>
            </w:tcBorders>
          </w:tcPr>
          <w:p w14:paraId="5FA27AFB" w14:textId="77777777" w:rsidR="00322B39" w:rsidRDefault="00CE7574">
            <w:r>
              <w:t>First Name</w:t>
            </w:r>
          </w:p>
        </w:tc>
        <w:tc>
          <w:tcPr>
            <w:tcW w:w="2484" w:type="dxa"/>
            <w:tcBorders>
              <w:bottom w:val="single" w:sz="16" w:space="0" w:color="000000"/>
            </w:tcBorders>
          </w:tcPr>
          <w:p w14:paraId="7754C8DF" w14:textId="77777777" w:rsidR="00322B39" w:rsidRDefault="00322B39"/>
        </w:tc>
        <w:tc>
          <w:tcPr>
            <w:tcW w:w="2484" w:type="dxa"/>
            <w:tcBorders>
              <w:bottom w:val="single" w:sz="16" w:space="0" w:color="000000"/>
            </w:tcBorders>
          </w:tcPr>
          <w:p w14:paraId="0AAAFD1D" w14:textId="77777777" w:rsidR="00322B39" w:rsidRDefault="00CE7574">
            <w:r>
              <w:t>Last Name</w:t>
            </w:r>
          </w:p>
        </w:tc>
        <w:tc>
          <w:tcPr>
            <w:tcW w:w="2484" w:type="dxa"/>
            <w:tcBorders>
              <w:bottom w:val="single" w:sz="16" w:space="0" w:color="000000"/>
            </w:tcBorders>
          </w:tcPr>
          <w:p w14:paraId="5CBCFCCD" w14:textId="77777777" w:rsidR="00322B39" w:rsidRDefault="00322B39"/>
        </w:tc>
      </w:tr>
      <w:tr w:rsidR="00322B39" w14:paraId="705675C0" w14:textId="77777777">
        <w:trPr>
          <w:trHeight w:val="400"/>
        </w:trPr>
        <w:tc>
          <w:tcPr>
            <w:tcW w:w="2484" w:type="dxa"/>
            <w:tcBorders>
              <w:bottom w:val="single" w:sz="16" w:space="0" w:color="000000"/>
            </w:tcBorders>
          </w:tcPr>
          <w:p w14:paraId="4FEC27DC" w14:textId="77777777" w:rsidR="00322B39" w:rsidRDefault="00CE7574">
            <w:r>
              <w:t>Relationship</w:t>
            </w:r>
          </w:p>
        </w:tc>
        <w:tc>
          <w:tcPr>
            <w:tcW w:w="2484" w:type="dxa"/>
            <w:tcBorders>
              <w:bottom w:val="single" w:sz="16" w:space="0" w:color="000000"/>
            </w:tcBorders>
          </w:tcPr>
          <w:p w14:paraId="31C1F1BF" w14:textId="77777777" w:rsidR="00322B39" w:rsidRDefault="00322B39"/>
        </w:tc>
        <w:tc>
          <w:tcPr>
            <w:tcW w:w="2484" w:type="dxa"/>
            <w:tcBorders>
              <w:bottom w:val="single" w:sz="16" w:space="0" w:color="000000"/>
            </w:tcBorders>
          </w:tcPr>
          <w:p w14:paraId="78640985" w14:textId="77777777" w:rsidR="00322B39" w:rsidRDefault="00CE7574">
            <w:r>
              <w:t>Email</w:t>
            </w:r>
          </w:p>
        </w:tc>
        <w:tc>
          <w:tcPr>
            <w:tcW w:w="2484" w:type="dxa"/>
            <w:tcBorders>
              <w:bottom w:val="single" w:sz="16" w:space="0" w:color="000000"/>
            </w:tcBorders>
          </w:tcPr>
          <w:p w14:paraId="30CE2B0E" w14:textId="77777777" w:rsidR="00322B39" w:rsidRDefault="00322B39"/>
        </w:tc>
      </w:tr>
      <w:tr w:rsidR="00FF09E4" w14:paraId="3872D644" w14:textId="77777777">
        <w:trPr>
          <w:trHeight w:val="400"/>
        </w:trPr>
        <w:tc>
          <w:tcPr>
            <w:tcW w:w="2484" w:type="dxa"/>
            <w:tcBorders>
              <w:bottom w:val="single" w:sz="16" w:space="0" w:color="000000"/>
            </w:tcBorders>
          </w:tcPr>
          <w:p w14:paraId="2BB55C0C" w14:textId="0D973C99" w:rsidR="00FF09E4" w:rsidRDefault="007543BB">
            <w:r>
              <w:t>Home Phone</w:t>
            </w:r>
          </w:p>
        </w:tc>
        <w:tc>
          <w:tcPr>
            <w:tcW w:w="2484" w:type="dxa"/>
            <w:tcBorders>
              <w:bottom w:val="single" w:sz="16" w:space="0" w:color="000000"/>
            </w:tcBorders>
          </w:tcPr>
          <w:p w14:paraId="6798F187" w14:textId="77777777" w:rsidR="00FF09E4" w:rsidRDefault="00FF09E4"/>
        </w:tc>
        <w:tc>
          <w:tcPr>
            <w:tcW w:w="2484" w:type="dxa"/>
            <w:tcBorders>
              <w:bottom w:val="single" w:sz="16" w:space="0" w:color="000000"/>
            </w:tcBorders>
          </w:tcPr>
          <w:p w14:paraId="7176B895" w14:textId="09A6F874" w:rsidR="00FF09E4" w:rsidRDefault="007543BB">
            <w:r>
              <w:t>Cell Phone</w:t>
            </w:r>
          </w:p>
        </w:tc>
        <w:tc>
          <w:tcPr>
            <w:tcW w:w="2484" w:type="dxa"/>
            <w:tcBorders>
              <w:bottom w:val="single" w:sz="16" w:space="0" w:color="000000"/>
            </w:tcBorders>
          </w:tcPr>
          <w:p w14:paraId="72942596" w14:textId="77777777" w:rsidR="00FF09E4" w:rsidRDefault="00FF09E4"/>
        </w:tc>
      </w:tr>
      <w:tr w:rsidR="00322B39" w14:paraId="7D2D34BD" w14:textId="77777777">
        <w:trPr>
          <w:trHeight w:val="400"/>
        </w:trPr>
        <w:tc>
          <w:tcPr>
            <w:tcW w:w="2484" w:type="dxa"/>
            <w:tcBorders>
              <w:bottom w:val="single" w:sz="16" w:space="0" w:color="000000"/>
            </w:tcBorders>
          </w:tcPr>
          <w:p w14:paraId="3FF03365" w14:textId="36665FB3" w:rsidR="00322B39" w:rsidRDefault="007543BB">
            <w:r>
              <w:t>Signature</w:t>
            </w:r>
          </w:p>
        </w:tc>
        <w:tc>
          <w:tcPr>
            <w:tcW w:w="2484" w:type="dxa"/>
            <w:tcBorders>
              <w:bottom w:val="single" w:sz="16" w:space="0" w:color="000000"/>
            </w:tcBorders>
          </w:tcPr>
          <w:p w14:paraId="7CF09237" w14:textId="77777777" w:rsidR="00322B39" w:rsidRDefault="00322B39"/>
        </w:tc>
        <w:tc>
          <w:tcPr>
            <w:tcW w:w="2484" w:type="dxa"/>
            <w:tcBorders>
              <w:bottom w:val="single" w:sz="16" w:space="0" w:color="000000"/>
            </w:tcBorders>
          </w:tcPr>
          <w:p w14:paraId="342630BB" w14:textId="61710D69" w:rsidR="00322B39" w:rsidRDefault="007543BB">
            <w:r>
              <w:t>Date</w:t>
            </w:r>
          </w:p>
        </w:tc>
        <w:tc>
          <w:tcPr>
            <w:tcW w:w="2484" w:type="dxa"/>
            <w:tcBorders>
              <w:bottom w:val="single" w:sz="16" w:space="0" w:color="000000"/>
            </w:tcBorders>
          </w:tcPr>
          <w:p w14:paraId="38284D60" w14:textId="77777777" w:rsidR="00322B39" w:rsidRDefault="00322B39"/>
        </w:tc>
      </w:tr>
    </w:tbl>
    <w:p w14:paraId="0F24EF15" w14:textId="77777777" w:rsidR="00FF09E4" w:rsidRDefault="00FF09E4" w:rsidP="0053708B"/>
    <w:sectPr w:rsidR="00FF09E4" w:rsidSect="00034616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46110878">
    <w:abstractNumId w:val="8"/>
  </w:num>
  <w:num w:numId="2" w16cid:durableId="726875959">
    <w:abstractNumId w:val="6"/>
  </w:num>
  <w:num w:numId="3" w16cid:durableId="2123525167">
    <w:abstractNumId w:val="5"/>
  </w:num>
  <w:num w:numId="4" w16cid:durableId="636689159">
    <w:abstractNumId w:val="4"/>
  </w:num>
  <w:num w:numId="5" w16cid:durableId="1346325303">
    <w:abstractNumId w:val="7"/>
  </w:num>
  <w:num w:numId="6" w16cid:durableId="194269540">
    <w:abstractNumId w:val="3"/>
  </w:num>
  <w:num w:numId="7" w16cid:durableId="1044212460">
    <w:abstractNumId w:val="2"/>
  </w:num>
  <w:num w:numId="8" w16cid:durableId="1854417302">
    <w:abstractNumId w:val="1"/>
  </w:num>
  <w:num w:numId="9" w16cid:durableId="6793535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31663"/>
    <w:rsid w:val="0029639D"/>
    <w:rsid w:val="002F6D8D"/>
    <w:rsid w:val="00322B39"/>
    <w:rsid w:val="00326F90"/>
    <w:rsid w:val="0043035D"/>
    <w:rsid w:val="00434A80"/>
    <w:rsid w:val="0053708B"/>
    <w:rsid w:val="007543BB"/>
    <w:rsid w:val="00826633"/>
    <w:rsid w:val="00AA1D8D"/>
    <w:rsid w:val="00AA7B06"/>
    <w:rsid w:val="00AD0A5B"/>
    <w:rsid w:val="00B47730"/>
    <w:rsid w:val="00BC4804"/>
    <w:rsid w:val="00C97304"/>
    <w:rsid w:val="00CB0664"/>
    <w:rsid w:val="00CE0557"/>
    <w:rsid w:val="00CE7574"/>
    <w:rsid w:val="00CF2CF2"/>
    <w:rsid w:val="00D55580"/>
    <w:rsid w:val="00DB6371"/>
    <w:rsid w:val="00E428D5"/>
    <w:rsid w:val="00F45780"/>
    <w:rsid w:val="00F546E5"/>
    <w:rsid w:val="00FC693F"/>
    <w:rsid w:val="00FF0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8865A200-99F3-42DA-AA4B-401B6DE7E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F2C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2CF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2CF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C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CF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167</Words>
  <Characters>967</Characters>
  <Application>Microsoft Office Word</Application>
  <DocSecurity>0</DocSecurity>
  <Lines>48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Joann Gould</cp:lastModifiedBy>
  <cp:revision>21</cp:revision>
  <dcterms:created xsi:type="dcterms:W3CDTF">2013-12-23T23:15:00Z</dcterms:created>
  <dcterms:modified xsi:type="dcterms:W3CDTF">2026-02-25T13:40:00Z</dcterms:modified>
  <cp:category/>
</cp:coreProperties>
</file>