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https://demandadvice.herokuapp.com/room/DemandAdvicePart1?participant_label=Computer13</w:t>
      </w:r>
    </w:p>
    <w:p>
      <w:r>
        <w:t>https://demandadvice.herokuapp.com/room/DemandAdvicePart2?participant_label=Computer13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