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DANC 2230 - Choreographic Methods</w:t>
      </w:r>
    </w:p>
    <w:p>
      <w:pPr>
        <w:jc w:val="center"/>
      </w:pPr>
      <w:r>
        <w:rPr>
          <w:b/>
          <w:sz w:val="28"/>
        </w:rPr>
        <w:t>Principles, Materials &amp; Habits: Developing What You Already Have</w:t>
      </w:r>
    </w:p>
    <w:p>
      <w:pPr>
        <w:jc w:val="center"/>
      </w:pPr>
      <w:r>
        <w:rPr>
          <w:i/>
        </w:rPr>
        <w:t>Class Length: 80 minutes  |  Reading: Jonathan Burrows, A Choreographer's Handbook - Principles, Materials &amp; Habits</w:t>
      </w:r>
    </w:p>
    <w:p>
      <w:pPr>
        <w:pStyle w:val="Heading1"/>
      </w:pPr>
      <w:r>
        <w:t>Goals for Today</w:t>
      </w:r>
    </w:p>
    <w:p>
      <w:pPr>
        <w:pStyle w:val="ListBullet"/>
      </w:pPr>
      <w:r>
        <w:t>Return to movement material students have already created rather than starting over.</w:t>
      </w:r>
    </w:p>
    <w:p>
      <w:pPr>
        <w:pStyle w:val="ListBullet"/>
      </w:pPr>
      <w:r>
        <w:t>Explore how a small amount of material can generate more material.</w:t>
      </w:r>
    </w:p>
    <w:p>
      <w:pPr>
        <w:pStyle w:val="ListBullet"/>
      </w:pPr>
      <w:r>
        <w:t>Connect physical choices to ideas from Principles, Materials, and Habits.</w:t>
      </w:r>
    </w:p>
    <w:p>
      <w:pPr>
        <w:pStyle w:val="ListBullet"/>
      </w:pPr>
      <w:r>
        <w:t>Identify habits that appear in movement-making.</w:t>
      </w:r>
    </w:p>
    <w:p>
      <w:pPr>
        <w:pStyle w:val="ListBullet"/>
      </w:pPr>
      <w:r>
        <w:t>Practice developing, manipulating, and questioning the original five gestures.</w:t>
      </w:r>
    </w:p>
    <w:p>
      <w:pPr>
        <w:pStyle w:val="ListBullet"/>
      </w:pPr>
      <w:r>
        <w:t>Begin seeing choreography as a process of making choices about material.</w:t>
      </w:r>
    </w:p>
    <w:p>
      <w:pPr>
        <w:pStyle w:val="Heading1"/>
      </w:pPr>
      <w:r>
        <w:t>1. Arrival + Return to Your Material - 10 minutes</w:t>
      </w:r>
    </w:p>
    <w:p>
      <w:r>
        <w:t>Ask students to find their own space.</w:t>
      </w:r>
    </w:p>
    <w:p>
      <w:r>
        <w:t>Without changing anything, reconstruct your original five gestures.</w:t>
      </w:r>
    </w:p>
    <w:p>
      <w:r>
        <w:t>Give them several minutes to remember and repeat the phrase. Encourage them not to "improve" it yet.</w:t>
      </w:r>
    </w:p>
    <w:p>
      <w:r>
        <w:t>Ask: What do you remember? What did your body forget? Did anything naturally change? Are you already making decisions you didn't make the first time?</w:t>
      </w:r>
    </w:p>
    <w:p>
      <w:r>
        <w:t>Once they have reconstructed the phrase, have them repeat it several times.</w:t>
      </w:r>
    </w:p>
    <w:p>
      <w:r>
        <w:rPr>
          <w:b/>
        </w:rPr>
        <w:t>Keep this version as your ORIGINAL.</w:t>
      </w:r>
    </w:p>
    <w:p>
      <w:pPr>
        <w:pStyle w:val="Heading1"/>
      </w:pPr>
      <w:r>
        <w:t>2. Reading Takeaways - 10 minutes</w:t>
      </w:r>
    </w:p>
    <w:p>
      <w:r>
        <w:t>Bring everyone together.</w:t>
      </w:r>
    </w:p>
    <w:p>
      <w:r>
        <w:t>Ask each student to share their one takeaway, phrase, question, disagreement, or observation from the reading.</w:t>
      </w:r>
    </w:p>
    <w:p>
      <w:r>
        <w:t>Keep this conversational rather than turning it into a reading quiz.</w:t>
      </w:r>
    </w:p>
    <w:p>
      <w:r>
        <w:t>As students share, organize their ideas on the board under three headings:</w:t>
      </w:r>
    </w:p>
    <w:p>
      <w:r>
        <w:t>PRINCIPLES - What guides my choices?</w:t>
      </w:r>
    </w:p>
    <w:p>
      <w:r>
        <w:t>MATERIALS - What am I actually working with?</w:t>
      </w:r>
    </w:p>
    <w:p>
      <w:r>
        <w:t>HABITS - What do I repeatedly do?</w:t>
      </w:r>
    </w:p>
    <w:p>
      <w:r>
        <w:t>After everyone shares, ask: Where do you see connections between these three ideas?</w:t>
      </w:r>
    </w:p>
    <w:p>
      <w:r>
        <w:t>Bring the conversation back to their phrase: Your five gestures are something you created from a principle. Today, we're going to treat those gestures as material and begin noticing the habits that appear as you work with them.</w:t>
      </w:r>
    </w:p>
    <w:p>
      <w:pPr>
        <w:pStyle w:val="Heading1"/>
      </w:pPr>
      <w:r>
        <w:t>3. What Is Your Material? - 10 minutes</w:t>
      </w:r>
    </w:p>
    <w:p>
      <w:r>
        <w:t>Return to the five gestures.</w:t>
      </w:r>
    </w:p>
    <w:p>
      <w:r>
        <w:t>Ask students to look beyond simply thinking: "My material is these five movements."</w:t>
      </w:r>
    </w:p>
    <w:p>
      <w:r>
        <w:t>Have them investigate what else might be contained within the phrase: a shape, pathway, direction, body part, rhythm, level, dynamic, pause, transition, spatial relationship, intention, or feeling.</w:t>
      </w:r>
    </w:p>
    <w:p>
      <w:r>
        <w:t>Ask: What if the gesture itself isn't the only material?</w:t>
      </w:r>
    </w:p>
    <w:p>
      <w:r>
        <w:t>Have students choose one small element from their original phrase.</w:t>
      </w:r>
    </w:p>
    <w:p>
      <w:r>
        <w:t>Spend several minutes creating new movement using ONLY that element as the source.</w:t>
      </w:r>
    </w:p>
    <w:p>
      <w:r>
        <w:t>For example: A hand gesture might become a whole-body action. A pathway might become the pathway of another body part. A pause might become several pauses. A rhythm might be transferred to completely different movement.</w:t>
      </w:r>
    </w:p>
    <w:p>
      <w:r>
        <w:rPr>
          <w:b/>
        </w:rPr>
        <w:t>Don't add something random. Build from something that is already there.</w:t>
      </w:r>
    </w:p>
    <w:p>
      <w:pPr>
        <w:pStyle w:val="Heading1"/>
      </w:pPr>
      <w:r>
        <w:t>4. Build From the Five - 15 minutes</w:t>
      </w:r>
    </w:p>
    <w:p>
      <w:r>
        <w:t>Students must keep their original five gestures but develop the phrase to approximately 30-45 seconds.</w:t>
      </w:r>
    </w:p>
    <w:p>
      <w:r>
        <w:t>They may: repeat, reverse, reorder, expand, shrink, change level, change direction, change speed, add stillness, isolate one body part, travel, change dynamics, fragment a gesture, connect two gestures, or turn one gesture into several movements.</w:t>
      </w:r>
    </w:p>
    <w:p>
      <w:r>
        <w:rPr>
          <w:b/>
        </w:rPr>
        <w:t>Important Rule: Everything new must somehow come from the original five gestures.</w:t>
      </w:r>
    </w:p>
    <w:p>
      <w:r>
        <w:t>You are not creating a completely new dance. You are discovering how much material might already exist inside what you made.</w:t>
      </w:r>
    </w:p>
    <w:p>
      <w:pPr>
        <w:pStyle w:val="Heading1"/>
      </w:pPr>
      <w:r>
        <w:t>5. Find Your Habits - 10 minutes</w:t>
      </w:r>
    </w:p>
    <w:p>
      <w:r>
        <w:t>Once the phrase has grown, ask students to stop creating.</w:t>
      </w:r>
    </w:p>
    <w:p>
      <w:r>
        <w:t>Have them repeat their developed phrase several times and observe themselves.</w:t>
      </w:r>
    </w:p>
    <w:p>
      <w:r>
        <w:t>Ask: What do you keep doing? Do you always initiate from the same body part? Do you always transition smoothly? Do you repeat certain shapes? Do you stay at the same level? Do you always face the same direction? Do you move on the beat? Do you always fill the space? Do you tend to make everything flow? Do you avoid stillness? Do you make movement symmetrical? Do you immediately try to make things look good?</w:t>
      </w:r>
    </w:p>
    <w:p>
      <w:r>
        <w:t>Have them identify: ONE HABIT I SEE IN MY MOVEMENT IS ________________________________.</w:t>
      </w:r>
    </w:p>
    <w:p>
      <w:r>
        <w:t>Give them a moment to write it in their journal.</w:t>
      </w:r>
    </w:p>
    <w:p>
      <w:pPr>
        <w:pStyle w:val="Heading1"/>
      </w:pPr>
      <w:r>
        <w:t>6. Challenge the Habit - 10 minutes</w:t>
      </w:r>
    </w:p>
    <w:p>
      <w:r>
        <w:t>Now tell them: Don't throw away your habit. Challenge it.</w:t>
      </w:r>
    </w:p>
    <w:p>
      <w:r>
        <w:t>Choose one section of the developed phrase and intentionally work against the habit you identified.</w:t>
      </w:r>
    </w:p>
    <w:p>
      <w:r>
        <w:t>Examples: If you always flow, interrupt it. If you always move quickly, slow something down. If you always use your arms, restrict the arms. If you always face front, remove front. If you always transition, allow something to stop. If everything is large, make something tiny. If you always move to musical counts, change the timing.</w:t>
      </w:r>
    </w:p>
    <w:p>
      <w:r>
        <w:t>Give students time to incorporate this disruption into their phrase.</w:t>
      </w:r>
    </w:p>
    <w:p>
      <w:r>
        <w:t>Ask: Did breaking the habit give you new material?</w:t>
      </w:r>
    </w:p>
    <w:p>
      <w:pPr>
        <w:pStyle w:val="Heading1"/>
      </w:pPr>
      <w:r>
        <w:t>7. Share: Original -&gt; Developed - 10 minutes</w:t>
      </w:r>
    </w:p>
    <w:p>
      <w:r>
        <w:t>Put students in partners or small groups.</w:t>
      </w:r>
    </w:p>
    <w:p>
      <w:r>
        <w:t>Each student first shows Version 1 - The original five gestures, then Version 2 - The developed phrase.</w:t>
      </w:r>
    </w:p>
    <w:p>
      <w:r>
        <w:t>The observer should not immediately say whether they liked it.</w:t>
      </w:r>
    </w:p>
    <w:p>
      <w:r>
        <w:t>Instead, ask: What could you still recognize from the original five gestures? Where did you see the material develop? Where did something unexpected happen?</w:t>
      </w:r>
    </w:p>
    <w:p>
      <w:r>
        <w:t>Then the choreographer shares the habit they identified and where they intentionally challenged it.</w:t>
      </w:r>
    </w:p>
    <w:p>
      <w:pPr>
        <w:pStyle w:val="Heading1"/>
      </w:pPr>
      <w:r>
        <w:t>8. Closing Reflection - 5 minutes</w:t>
      </w:r>
    </w:p>
    <w:p>
      <w:r>
        <w:t>Return to the journal.</w:t>
      </w:r>
    </w:p>
    <w:p>
      <w:r>
        <w:t>Have students complete three short statements:</w:t>
      </w:r>
    </w:p>
    <w:p>
      <w:r>
        <w:t>PRINCIPLE: One thing that seems to guide my choices is ________________________________.</w:t>
      </w:r>
    </w:p>
    <w:p>
      <w:r>
        <w:t>MATERIAL: I discovered that I can create more material by ________________________________.</w:t>
      </w:r>
    </w:p>
    <w:p>
      <w:r>
        <w:t>HABIT: One habit I noticed in my choreography is ________________________________.</w:t>
      </w:r>
    </w:p>
    <w:p>
      <w:r>
        <w:t>Then finish with: What do you want to investigate next?</w:t>
      </w:r>
    </w:p>
    <w:p>
      <w:r>
        <w:t>Close by reminding them: You don't always need more ideas to make more choreography. Sometimes you need to look more closely at the material you already have.</w:t>
      </w:r>
    </w:p>
    <w:p>
      <w:r>
        <w:t>Keep both versions of your phrase. Do not throw away the original five gestures. We will continue returning to material and looking at how our choreographic choices develop over time.</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DANC 2230 | Principles, Materials &amp; Habits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