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89CA9" w14:textId="77777777" w:rsidR="00584AFB" w:rsidRDefault="00000000">
      <w:pPr>
        <w:spacing w:after="0"/>
        <w:jc w:val="center"/>
      </w:pPr>
      <w:r>
        <w:rPr>
          <w:noProof/>
        </w:rPr>
        <w:drawing>
          <wp:inline distT="0" distB="0" distL="0" distR="0" wp14:anchorId="0DC7F9DC" wp14:editId="4BC92D36">
            <wp:extent cx="7645215" cy="98938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0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45215" cy="989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EC228" w14:textId="77777777" w:rsidR="00584AFB" w:rsidRDefault="00000000">
      <w:pPr>
        <w:pageBreakBefore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7FD8449C" wp14:editId="26CD0644">
            <wp:extent cx="7645215" cy="989380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0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5215" cy="989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B5AB1" w14:textId="77777777" w:rsidR="00584AFB" w:rsidRDefault="00000000">
      <w:pPr>
        <w:pageBreakBefore/>
        <w:spacing w:after="0"/>
        <w:jc w:val="center"/>
      </w:pPr>
      <w:r>
        <w:rPr>
          <w:noProof/>
        </w:rPr>
        <w:drawing>
          <wp:inline distT="0" distB="0" distL="0" distR="0" wp14:anchorId="22762044" wp14:editId="28C0A812">
            <wp:extent cx="7645215" cy="989380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0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45215" cy="989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2E9D4" w14:textId="77777777" w:rsidR="00584AFB" w:rsidRDefault="00000000">
      <w:pPr>
        <w:pageBreakBefore/>
        <w:spacing w:after="0"/>
        <w:jc w:val="center"/>
      </w:pPr>
      <w:r>
        <w:rPr>
          <w:noProof/>
        </w:rPr>
        <w:drawing>
          <wp:inline distT="0" distB="0" distL="0" distR="0" wp14:anchorId="01FC8C71" wp14:editId="50A46C9E">
            <wp:extent cx="7645215" cy="989380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0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5215" cy="989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14654" w14:textId="77777777" w:rsidR="00584AFB" w:rsidRDefault="00000000">
      <w:pPr>
        <w:pageBreakBefore/>
        <w:spacing w:after="0"/>
        <w:jc w:val="center"/>
      </w:pPr>
      <w:r>
        <w:rPr>
          <w:noProof/>
        </w:rPr>
        <w:drawing>
          <wp:inline distT="0" distB="0" distL="0" distR="0" wp14:anchorId="4EE7D1A0" wp14:editId="2E61CB01">
            <wp:extent cx="7645215" cy="989380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05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45215" cy="989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3D5F6" w14:textId="77777777" w:rsidR="00584AFB" w:rsidRDefault="00000000">
      <w:pPr>
        <w:pageBreakBefore/>
        <w:spacing w:after="0"/>
        <w:jc w:val="center"/>
      </w:pPr>
      <w:r>
        <w:rPr>
          <w:noProof/>
        </w:rPr>
        <w:drawing>
          <wp:inline distT="0" distB="0" distL="0" distR="0" wp14:anchorId="78B5C412" wp14:editId="702FD727">
            <wp:extent cx="7645215" cy="989380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0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45215" cy="989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42938" w14:textId="77777777" w:rsidR="00584AFB" w:rsidRDefault="00000000">
      <w:pPr>
        <w:pageBreakBefore/>
        <w:spacing w:after="0"/>
        <w:jc w:val="center"/>
      </w:pPr>
      <w:r>
        <w:rPr>
          <w:noProof/>
        </w:rPr>
        <w:drawing>
          <wp:inline distT="0" distB="0" distL="0" distR="0" wp14:anchorId="765DF3AB" wp14:editId="0D59D4BF">
            <wp:extent cx="7645215" cy="989380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07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45215" cy="989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DFD92" w14:textId="77777777" w:rsidR="00584AFB" w:rsidRDefault="00000000">
      <w:pPr>
        <w:pageBreakBefore/>
        <w:spacing w:after="0"/>
        <w:jc w:val="center"/>
      </w:pPr>
      <w:r>
        <w:rPr>
          <w:noProof/>
        </w:rPr>
        <w:drawing>
          <wp:inline distT="0" distB="0" distL="0" distR="0" wp14:anchorId="4A434CF9" wp14:editId="12ECBF08">
            <wp:extent cx="7645215" cy="989380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08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5215" cy="989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594AC" w14:textId="77777777" w:rsidR="00584AFB" w:rsidRDefault="00000000">
      <w:pPr>
        <w:pageBreakBefore/>
        <w:spacing w:after="0"/>
        <w:jc w:val="center"/>
      </w:pPr>
      <w:r>
        <w:rPr>
          <w:noProof/>
        </w:rPr>
        <w:drawing>
          <wp:inline distT="0" distB="0" distL="0" distR="0" wp14:anchorId="1F694FD4" wp14:editId="26283B27">
            <wp:extent cx="7645215" cy="989380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09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45215" cy="989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53AA9" w14:textId="77777777" w:rsidR="00584AFB" w:rsidRDefault="00000000">
      <w:pPr>
        <w:pageBreakBefore/>
        <w:spacing w:after="0"/>
        <w:jc w:val="center"/>
      </w:pPr>
      <w:r>
        <w:rPr>
          <w:noProof/>
        </w:rPr>
        <w:drawing>
          <wp:inline distT="0" distB="0" distL="0" distR="0" wp14:anchorId="7072176A" wp14:editId="63F92BF3">
            <wp:extent cx="7645215" cy="989380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0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45215" cy="989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85DBB" w14:textId="77777777" w:rsidR="00584AFB" w:rsidRDefault="00000000">
      <w:pPr>
        <w:pageBreakBefore/>
        <w:spacing w:after="0"/>
        <w:jc w:val="center"/>
      </w:pPr>
      <w:r>
        <w:rPr>
          <w:noProof/>
        </w:rPr>
        <w:drawing>
          <wp:inline distT="0" distB="0" distL="0" distR="0" wp14:anchorId="6917FF96" wp14:editId="58B5166D">
            <wp:extent cx="7645215" cy="989380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1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45215" cy="989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09DFB" w14:textId="77777777" w:rsidR="00584AFB" w:rsidRDefault="00000000">
      <w:pPr>
        <w:pageBreakBefore/>
        <w:spacing w:after="0"/>
        <w:jc w:val="center"/>
      </w:pPr>
      <w:r>
        <w:rPr>
          <w:noProof/>
        </w:rPr>
        <w:drawing>
          <wp:inline distT="0" distB="0" distL="0" distR="0" wp14:anchorId="362A33E2" wp14:editId="0C15283E">
            <wp:extent cx="7645215" cy="989380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2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45215" cy="989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9983A" w14:textId="77777777" w:rsidR="00584AFB" w:rsidRDefault="00000000">
      <w:pPr>
        <w:pageBreakBefore/>
        <w:spacing w:after="0"/>
        <w:jc w:val="center"/>
      </w:pPr>
      <w:r>
        <w:rPr>
          <w:noProof/>
        </w:rPr>
        <w:drawing>
          <wp:inline distT="0" distB="0" distL="0" distR="0" wp14:anchorId="22B57C69" wp14:editId="2772903A">
            <wp:extent cx="7645215" cy="989380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3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45215" cy="989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1AE15" w14:textId="77777777" w:rsidR="00584AFB" w:rsidRDefault="00000000">
      <w:pPr>
        <w:pageBreakBefore/>
        <w:spacing w:after="0"/>
        <w:jc w:val="center"/>
      </w:pPr>
      <w:r>
        <w:rPr>
          <w:noProof/>
        </w:rPr>
        <w:drawing>
          <wp:inline distT="0" distB="0" distL="0" distR="0" wp14:anchorId="7113D0DE" wp14:editId="2040BFA6">
            <wp:extent cx="7645215" cy="989380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4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45215" cy="989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01A44" w14:textId="77777777" w:rsidR="00584AFB" w:rsidRDefault="00000000">
      <w:pPr>
        <w:pageBreakBefore/>
        <w:spacing w:after="0"/>
        <w:jc w:val="center"/>
      </w:pPr>
      <w:r>
        <w:rPr>
          <w:noProof/>
        </w:rPr>
        <w:drawing>
          <wp:inline distT="0" distB="0" distL="0" distR="0" wp14:anchorId="6F050577" wp14:editId="2EAF8EFB">
            <wp:extent cx="7645215" cy="989380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5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45215" cy="989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C9D36" w14:textId="77777777" w:rsidR="00584AFB" w:rsidRDefault="00000000">
      <w:pPr>
        <w:pageBreakBefore/>
        <w:spacing w:after="0"/>
        <w:jc w:val="center"/>
      </w:pPr>
      <w:r>
        <w:rPr>
          <w:noProof/>
        </w:rPr>
        <w:drawing>
          <wp:inline distT="0" distB="0" distL="0" distR="0" wp14:anchorId="200D0AA1" wp14:editId="2F5D74FE">
            <wp:extent cx="7645215" cy="989380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6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45215" cy="989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4AFB" w:rsidSect="00034616">
      <w:pgSz w:w="12240" w:h="15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4914754">
    <w:abstractNumId w:val="8"/>
  </w:num>
  <w:num w:numId="2" w16cid:durableId="570506814">
    <w:abstractNumId w:val="6"/>
  </w:num>
  <w:num w:numId="3" w16cid:durableId="2079210158">
    <w:abstractNumId w:val="5"/>
  </w:num>
  <w:num w:numId="4" w16cid:durableId="290793252">
    <w:abstractNumId w:val="4"/>
  </w:num>
  <w:num w:numId="5" w16cid:durableId="1139415950">
    <w:abstractNumId w:val="7"/>
  </w:num>
  <w:num w:numId="6" w16cid:durableId="1375039465">
    <w:abstractNumId w:val="3"/>
  </w:num>
  <w:num w:numId="7" w16cid:durableId="1202400568">
    <w:abstractNumId w:val="2"/>
  </w:num>
  <w:num w:numId="8" w16cid:durableId="1488011937">
    <w:abstractNumId w:val="1"/>
  </w:num>
  <w:num w:numId="9" w16cid:durableId="1965425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F747B"/>
    <w:rsid w:val="00584AFB"/>
    <w:rsid w:val="005A0AD2"/>
    <w:rsid w:val="009F1CE7"/>
    <w:rsid w:val="00AA1D8D"/>
    <w:rsid w:val="00B47730"/>
    <w:rsid w:val="00BD0C4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173B2D"/>
  <w14:defaultImageDpi w14:val="300"/>
  <w15:docId w15:val="{DE3E6319-F8E6-4701-84DE-8DF20777B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PADM 2100 Cultural Competency in Urban Governance - Fall 2026</dc:title>
  <dc:subject>Course syllabus</dc:subject>
  <dc:creator>Elizabeth Timothy</dc:creator>
  <cp:keywords/>
  <dc:description>generated by python-docx</dc:description>
  <cp:lastModifiedBy>ELIZABETH TIMOTHY</cp:lastModifiedBy>
  <cp:revision>2</cp:revision>
  <dcterms:created xsi:type="dcterms:W3CDTF">2026-08-27T01:19:00Z</dcterms:created>
  <dcterms:modified xsi:type="dcterms:W3CDTF">2026-08-27T01:19:00Z</dcterms:modified>
  <cp:category/>
</cp:coreProperties>
</file>