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B63DC" w14:textId="77777777" w:rsidR="00DB7E7C" w:rsidRPr="008D343A" w:rsidRDefault="00261B03">
      <w:pPr>
        <w:pStyle w:val="Title"/>
        <w:rPr>
          <w:rFonts w:ascii="Calibri" w:hAnsi="Calibri" w:cs="Calibri"/>
          <w:color w:val="auto"/>
          <w:sz w:val="48"/>
          <w:szCs w:val="48"/>
        </w:rPr>
      </w:pPr>
      <w:r w:rsidRPr="008D343A">
        <w:rPr>
          <w:rFonts w:ascii="Calibri" w:hAnsi="Calibri" w:cs="Calibri"/>
          <w:b/>
          <w:color w:val="auto"/>
          <w:sz w:val="48"/>
          <w:szCs w:val="48"/>
        </w:rPr>
        <w:t>EDCI 4060: Content Area Literacy</w:t>
      </w:r>
    </w:p>
    <w:p w14:paraId="57CAA50D" w14:textId="77777777" w:rsidR="00427A49" w:rsidRPr="00A11C2F" w:rsidRDefault="00261B03">
      <w:pPr>
        <w:rPr>
          <w:rFonts w:ascii="Calibri" w:hAnsi="Calibri" w:cs="Calibri"/>
          <w:sz w:val="28"/>
          <w:szCs w:val="28"/>
        </w:rPr>
      </w:pPr>
      <w:r w:rsidRPr="00A11C2F">
        <w:rPr>
          <w:rFonts w:ascii="Calibri" w:hAnsi="Calibri" w:cs="Calibri"/>
          <w:b/>
          <w:bCs/>
          <w:sz w:val="28"/>
          <w:szCs w:val="28"/>
        </w:rPr>
        <w:t>Instructor</w:t>
      </w:r>
      <w:r w:rsidR="008B74D6" w:rsidRPr="00A11C2F">
        <w:rPr>
          <w:rFonts w:ascii="Calibri" w:hAnsi="Calibri" w:cs="Calibri"/>
          <w:b/>
          <w:bCs/>
          <w:sz w:val="28"/>
          <w:szCs w:val="28"/>
        </w:rPr>
        <w:t>:</w:t>
      </w:r>
      <w:r w:rsidR="008B74D6" w:rsidRPr="00A11C2F">
        <w:rPr>
          <w:rFonts w:ascii="Calibri" w:hAnsi="Calibri" w:cs="Calibri"/>
          <w:sz w:val="28"/>
          <w:szCs w:val="28"/>
        </w:rPr>
        <w:t xml:space="preserve"> </w:t>
      </w:r>
      <w:r w:rsidR="00427A49" w:rsidRPr="00A11C2F">
        <w:rPr>
          <w:rFonts w:ascii="Calibri" w:hAnsi="Calibri" w:cs="Calibri"/>
          <w:sz w:val="28"/>
          <w:szCs w:val="28"/>
        </w:rPr>
        <w:t>Dr. Chris Long</w:t>
      </w:r>
    </w:p>
    <w:p w14:paraId="09E4C38E" w14:textId="01707D47" w:rsidR="009F3374" w:rsidRPr="00A11C2F" w:rsidRDefault="00261B03">
      <w:pPr>
        <w:rPr>
          <w:rFonts w:ascii="Calibri" w:hAnsi="Calibri" w:cs="Calibri"/>
          <w:sz w:val="28"/>
          <w:szCs w:val="28"/>
        </w:rPr>
      </w:pPr>
      <w:r w:rsidRPr="00A11C2F">
        <w:rPr>
          <w:rFonts w:ascii="Calibri" w:hAnsi="Calibri" w:cs="Calibri"/>
          <w:b/>
          <w:bCs/>
          <w:sz w:val="28"/>
          <w:szCs w:val="28"/>
        </w:rPr>
        <w:t>Email:</w:t>
      </w:r>
      <w:r w:rsidRPr="00A11C2F">
        <w:rPr>
          <w:rFonts w:ascii="Calibri" w:hAnsi="Calibri" w:cs="Calibri"/>
          <w:sz w:val="28"/>
          <w:szCs w:val="28"/>
        </w:rPr>
        <w:t xml:space="preserve"> </w:t>
      </w:r>
      <w:hyperlink r:id="rId6" w:history="1">
        <w:r w:rsidR="009F3374" w:rsidRPr="00A11C2F">
          <w:rPr>
            <w:rStyle w:val="Hyperlink"/>
            <w:rFonts w:ascii="Calibri" w:hAnsi="Calibri" w:cs="Calibri"/>
            <w:sz w:val="28"/>
            <w:szCs w:val="28"/>
          </w:rPr>
          <w:t>Chris.Long@unt.edu</w:t>
        </w:r>
      </w:hyperlink>
    </w:p>
    <w:p w14:paraId="4E029FD9" w14:textId="3FC1BB60" w:rsidR="00DB7E7C" w:rsidRPr="00A11C2F" w:rsidRDefault="00261B03">
      <w:pPr>
        <w:rPr>
          <w:rFonts w:ascii="Calibri" w:hAnsi="Calibri" w:cs="Calibri"/>
          <w:sz w:val="28"/>
          <w:szCs w:val="28"/>
        </w:rPr>
      </w:pPr>
      <w:r w:rsidRPr="00A11C2F">
        <w:rPr>
          <w:rFonts w:ascii="Calibri" w:hAnsi="Calibri" w:cs="Calibri"/>
          <w:b/>
          <w:bCs/>
          <w:sz w:val="28"/>
          <w:szCs w:val="28"/>
        </w:rPr>
        <w:t>Office Hours:</w:t>
      </w:r>
      <w:r w:rsidRPr="00A11C2F">
        <w:rPr>
          <w:rFonts w:ascii="Calibri" w:hAnsi="Calibri" w:cs="Calibri"/>
          <w:sz w:val="28"/>
          <w:szCs w:val="28"/>
        </w:rPr>
        <w:t xml:space="preserve"> </w:t>
      </w:r>
      <w:r w:rsidR="009F3374" w:rsidRPr="00A11C2F">
        <w:rPr>
          <w:rFonts w:ascii="Calibri" w:hAnsi="Calibri" w:cs="Calibri"/>
          <w:sz w:val="28"/>
          <w:szCs w:val="28"/>
        </w:rPr>
        <w:t>By appointment</w:t>
      </w:r>
    </w:p>
    <w:p w14:paraId="55BB391F" w14:textId="77777777" w:rsidR="00DB7E7C" w:rsidRPr="00982460" w:rsidRDefault="00261B03">
      <w:pPr>
        <w:rPr>
          <w:rFonts w:ascii="Calibri" w:hAnsi="Calibri" w:cs="Calibri"/>
          <w:sz w:val="28"/>
          <w:szCs w:val="28"/>
        </w:rPr>
      </w:pPr>
      <w:r w:rsidRPr="00982460">
        <w:rPr>
          <w:rFonts w:ascii="Calibri" w:hAnsi="Calibri" w:cs="Calibri"/>
          <w:b/>
          <w:sz w:val="28"/>
          <w:szCs w:val="28"/>
        </w:rPr>
        <w:t>EDCI 4060 CATALOGUE DESCRIPTION</w:t>
      </w:r>
    </w:p>
    <w:p w14:paraId="1D0970B3" w14:textId="7BDFC01F" w:rsidR="00DB7E7C" w:rsidRPr="008B74D6" w:rsidRDefault="00261B03" w:rsidP="00982460">
      <w:pPr>
        <w:spacing w:after="0" w:line="240" w:lineRule="auto"/>
        <w:rPr>
          <w:rFonts w:ascii="Calibri" w:hAnsi="Calibri" w:cs="Calibri"/>
        </w:rPr>
      </w:pPr>
      <w:r w:rsidRPr="008B74D6">
        <w:rPr>
          <w:rFonts w:ascii="Calibri" w:hAnsi="Calibri" w:cs="Calibri"/>
        </w:rPr>
        <w:t>This course was designed to help middle and secondary teacher education candidates, as well as practicing</w:t>
      </w:r>
      <w:r w:rsidR="008B74D6" w:rsidRPr="008B74D6">
        <w:rPr>
          <w:rFonts w:ascii="Calibri" w:hAnsi="Calibri" w:cs="Calibri"/>
        </w:rPr>
        <w:t xml:space="preserve"> </w:t>
      </w:r>
      <w:r w:rsidRPr="008B74D6">
        <w:rPr>
          <w:rFonts w:ascii="Calibri" w:hAnsi="Calibri" w:cs="Calibri"/>
        </w:rPr>
        <w:t>teachers in all teaching fields, increase and enhance students' learning. While there is a primary emphasis on learning from printed materials, learning effectively from all forms of text (visual media, audio, and so on) will be included. The course will build an understanding of the importance and the process of recognizing and assessing the typically diverse population of classroom learners and using that information to scaffold learning and differentiate instruction. For each course topic, relevant theory and research will be provided. However, practical application of course material to your future or current classroom is emphasized. Areas studied will include content area literacy, disciplinary literacy, cognition, and metacognition, asset-based approaches to language and literacy learning, culturally sustaining pedagogies, critical perspectives, differentiating instruction, writing as a tool for thinking, classroom assessment, text analysis, and use of alternate resources to improve teaching and learning. Students will explore and understand existing knowledge and theory regarding literacy in its many forms and apply that information to practical classroom situations.</w:t>
      </w:r>
    </w:p>
    <w:p w14:paraId="0E35536E" w14:textId="77777777" w:rsidR="00DB7E7C" w:rsidRPr="008B74D6" w:rsidRDefault="00261B03">
      <w:pPr>
        <w:pStyle w:val="Heading1"/>
        <w:rPr>
          <w:rFonts w:ascii="Calibri" w:hAnsi="Calibri" w:cs="Calibri"/>
          <w:color w:val="auto"/>
        </w:rPr>
      </w:pPr>
      <w:r w:rsidRPr="008B74D6">
        <w:rPr>
          <w:rFonts w:ascii="Calibri" w:hAnsi="Calibri" w:cs="Calibri"/>
          <w:color w:val="auto"/>
        </w:rPr>
        <w:t>COURSE LEARNING OBJECTIVES</w:t>
      </w:r>
    </w:p>
    <w:p w14:paraId="2ECE529E" w14:textId="77777777" w:rsidR="00DB7E7C" w:rsidRPr="008B74D6" w:rsidRDefault="00261B03">
      <w:pPr>
        <w:pStyle w:val="Heading2"/>
        <w:rPr>
          <w:rFonts w:ascii="Calibri" w:hAnsi="Calibri" w:cs="Calibri"/>
          <w:color w:val="auto"/>
        </w:rPr>
      </w:pPr>
      <w:r w:rsidRPr="008B74D6">
        <w:rPr>
          <w:rFonts w:ascii="Calibri" w:hAnsi="Calibri" w:cs="Calibri"/>
          <w:color w:val="auto"/>
        </w:rPr>
        <w:t>By the end of EDCI 4060, students will be able to:</w:t>
      </w:r>
    </w:p>
    <w:p w14:paraId="21300264" w14:textId="374998E6" w:rsidR="00DB7E7C" w:rsidRPr="00982460" w:rsidRDefault="00261B03" w:rsidP="00982460">
      <w:pPr>
        <w:pStyle w:val="ListParagraph"/>
        <w:numPr>
          <w:ilvl w:val="0"/>
          <w:numId w:val="13"/>
        </w:numPr>
        <w:spacing w:after="0" w:line="240" w:lineRule="auto"/>
        <w:rPr>
          <w:rFonts w:ascii="Calibri" w:hAnsi="Calibri" w:cs="Calibri"/>
        </w:rPr>
      </w:pPr>
      <w:r w:rsidRPr="00982460">
        <w:rPr>
          <w:rFonts w:ascii="Calibri" w:hAnsi="Calibri" w:cs="Calibri"/>
        </w:rPr>
        <w:t>Appreciate the value of an informed and reflective mindset about one’s instructional decision-making.</w:t>
      </w:r>
    </w:p>
    <w:p w14:paraId="0F850852" w14:textId="3F881DA1" w:rsidR="00DB7E7C" w:rsidRPr="00982460" w:rsidRDefault="00261B03" w:rsidP="00982460">
      <w:pPr>
        <w:pStyle w:val="ListParagraph"/>
        <w:numPr>
          <w:ilvl w:val="0"/>
          <w:numId w:val="13"/>
        </w:numPr>
        <w:spacing w:after="0" w:line="240" w:lineRule="auto"/>
        <w:rPr>
          <w:rFonts w:ascii="Calibri" w:hAnsi="Calibri" w:cs="Calibri"/>
        </w:rPr>
      </w:pPr>
      <w:r w:rsidRPr="00982460">
        <w:rPr>
          <w:rFonts w:ascii="Calibri" w:hAnsi="Calibri" w:cs="Calibri"/>
        </w:rPr>
        <w:t>Delineate the distinctions between Content Area Literacy, Disciplinary Literacy, and Critical</w:t>
      </w:r>
      <w:r w:rsidR="00982460">
        <w:rPr>
          <w:rFonts w:ascii="Calibri" w:hAnsi="Calibri" w:cs="Calibri"/>
        </w:rPr>
        <w:t xml:space="preserve"> </w:t>
      </w:r>
      <w:r w:rsidRPr="00982460">
        <w:rPr>
          <w:rFonts w:ascii="Calibri" w:hAnsi="Calibri" w:cs="Calibri"/>
        </w:rPr>
        <w:t>Literacy.</w:t>
      </w:r>
    </w:p>
    <w:p w14:paraId="7D9CE676" w14:textId="0602A6DC" w:rsidR="00DB7E7C" w:rsidRPr="00982460" w:rsidRDefault="00261B03" w:rsidP="00982460">
      <w:pPr>
        <w:pStyle w:val="ListParagraph"/>
        <w:numPr>
          <w:ilvl w:val="0"/>
          <w:numId w:val="13"/>
        </w:numPr>
        <w:spacing w:after="0" w:line="240" w:lineRule="auto"/>
        <w:rPr>
          <w:rFonts w:ascii="Calibri" w:hAnsi="Calibri" w:cs="Calibri"/>
        </w:rPr>
      </w:pPr>
      <w:r w:rsidRPr="00982460">
        <w:rPr>
          <w:rFonts w:ascii="Calibri" w:hAnsi="Calibri" w:cs="Calibri"/>
        </w:rPr>
        <w:t>Explain and apply to instructional decision-making an understanding of how reader, text</w:t>
      </w:r>
      <w:r w:rsidR="00982460">
        <w:rPr>
          <w:rFonts w:ascii="Calibri" w:hAnsi="Calibri" w:cs="Calibri"/>
        </w:rPr>
        <w:t xml:space="preserve"> </w:t>
      </w:r>
      <w:r w:rsidRPr="00982460">
        <w:rPr>
          <w:rFonts w:ascii="Calibri" w:hAnsi="Calibri" w:cs="Calibri"/>
        </w:rPr>
        <w:t>and</w:t>
      </w:r>
    </w:p>
    <w:p w14:paraId="0742314F" w14:textId="77777777" w:rsidR="00DB7E7C" w:rsidRPr="00982460" w:rsidRDefault="00261B03" w:rsidP="00982460">
      <w:pPr>
        <w:pStyle w:val="ListParagraph"/>
        <w:spacing w:after="0" w:line="240" w:lineRule="auto"/>
        <w:ind w:left="360"/>
        <w:rPr>
          <w:rFonts w:ascii="Calibri" w:hAnsi="Calibri" w:cs="Calibri"/>
        </w:rPr>
      </w:pPr>
      <w:r w:rsidRPr="00982460">
        <w:rPr>
          <w:rFonts w:ascii="Calibri" w:hAnsi="Calibri" w:cs="Calibri"/>
        </w:rPr>
        <w:t>context factors interact to affect the construction of meaning.</w:t>
      </w:r>
    </w:p>
    <w:p w14:paraId="393198EA" w14:textId="3CDE9F2A" w:rsidR="00DB7E7C" w:rsidRPr="00982460" w:rsidRDefault="00261B03" w:rsidP="00982460">
      <w:pPr>
        <w:pStyle w:val="ListParagraph"/>
        <w:numPr>
          <w:ilvl w:val="0"/>
          <w:numId w:val="13"/>
        </w:numPr>
        <w:spacing w:after="0" w:line="240" w:lineRule="auto"/>
        <w:rPr>
          <w:rFonts w:ascii="Calibri" w:hAnsi="Calibri" w:cs="Calibri"/>
        </w:rPr>
      </w:pPr>
      <w:r w:rsidRPr="00982460">
        <w:rPr>
          <w:rFonts w:ascii="Calibri" w:hAnsi="Calibri" w:cs="Calibri"/>
        </w:rPr>
        <w:t>Incorporate disciplinary literacy strategies into instruction with the goal of folding learners into</w:t>
      </w:r>
      <w:r w:rsidR="00982460" w:rsidRPr="00982460">
        <w:rPr>
          <w:rFonts w:ascii="Calibri" w:hAnsi="Calibri" w:cs="Calibri"/>
        </w:rPr>
        <w:t xml:space="preserve"> </w:t>
      </w:r>
      <w:r w:rsidRPr="00982460">
        <w:rPr>
          <w:rFonts w:ascii="Calibri" w:hAnsi="Calibri" w:cs="Calibri"/>
        </w:rPr>
        <w:t>the practices of disciplinary communities.</w:t>
      </w:r>
    </w:p>
    <w:p w14:paraId="3EC420E6" w14:textId="066038D3" w:rsidR="00DB7E7C" w:rsidRPr="00982460" w:rsidRDefault="00261B03" w:rsidP="00982460">
      <w:pPr>
        <w:pStyle w:val="ListParagraph"/>
        <w:numPr>
          <w:ilvl w:val="0"/>
          <w:numId w:val="13"/>
        </w:numPr>
        <w:spacing w:after="0" w:line="240" w:lineRule="auto"/>
        <w:rPr>
          <w:rFonts w:ascii="Calibri" w:hAnsi="Calibri" w:cs="Calibri"/>
        </w:rPr>
      </w:pPr>
      <w:r w:rsidRPr="00982460">
        <w:rPr>
          <w:rFonts w:ascii="Calibri" w:hAnsi="Calibri" w:cs="Calibri"/>
        </w:rPr>
        <w:t>Develop strategies to sustain learners' abilities, interests, cultures, and languages.</w:t>
      </w:r>
    </w:p>
    <w:p w14:paraId="052EF3DF" w14:textId="4995814C" w:rsidR="00DB7E7C" w:rsidRPr="00982460" w:rsidRDefault="00261B03" w:rsidP="00982460">
      <w:pPr>
        <w:pStyle w:val="ListParagraph"/>
        <w:numPr>
          <w:ilvl w:val="0"/>
          <w:numId w:val="13"/>
        </w:numPr>
        <w:spacing w:after="0" w:line="240" w:lineRule="auto"/>
        <w:rPr>
          <w:rFonts w:ascii="Calibri" w:hAnsi="Calibri" w:cs="Calibri"/>
        </w:rPr>
      </w:pPr>
      <w:r w:rsidRPr="00982460">
        <w:rPr>
          <w:rFonts w:ascii="Calibri" w:hAnsi="Calibri" w:cs="Calibri"/>
        </w:rPr>
        <w:t>Utilize asset-based instructional resources and strategies in instructional decision-making.</w:t>
      </w:r>
    </w:p>
    <w:p w14:paraId="5A564C91" w14:textId="0F46F4B3" w:rsidR="00DB7E7C" w:rsidRPr="00982460" w:rsidRDefault="00261B03" w:rsidP="00982460">
      <w:pPr>
        <w:pStyle w:val="ListParagraph"/>
        <w:numPr>
          <w:ilvl w:val="0"/>
          <w:numId w:val="13"/>
        </w:numPr>
        <w:spacing w:after="0" w:line="240" w:lineRule="auto"/>
        <w:rPr>
          <w:rFonts w:ascii="Calibri" w:hAnsi="Calibri" w:cs="Calibri"/>
        </w:rPr>
      </w:pPr>
      <w:r w:rsidRPr="00982460">
        <w:rPr>
          <w:rFonts w:ascii="Calibri" w:hAnsi="Calibri" w:cs="Calibri"/>
        </w:rPr>
        <w:t>Recognize and describe the impact of students’ cognitive and metacognitive processing during</w:t>
      </w:r>
      <w:r w:rsidR="00982460" w:rsidRPr="00982460">
        <w:rPr>
          <w:rFonts w:ascii="Calibri" w:hAnsi="Calibri" w:cs="Calibri"/>
        </w:rPr>
        <w:t xml:space="preserve"> </w:t>
      </w:r>
      <w:r w:rsidRPr="00982460">
        <w:rPr>
          <w:rFonts w:ascii="Calibri" w:hAnsi="Calibri" w:cs="Calibri"/>
        </w:rPr>
        <w:t>reading.</w:t>
      </w:r>
    </w:p>
    <w:p w14:paraId="70A88812" w14:textId="439EECA8" w:rsidR="00DB7E7C" w:rsidRPr="00982460" w:rsidRDefault="00261B03" w:rsidP="00982460">
      <w:pPr>
        <w:pStyle w:val="ListParagraph"/>
        <w:numPr>
          <w:ilvl w:val="0"/>
          <w:numId w:val="13"/>
        </w:numPr>
        <w:spacing w:after="0" w:line="240" w:lineRule="auto"/>
        <w:rPr>
          <w:rFonts w:ascii="Calibri" w:hAnsi="Calibri" w:cs="Calibri"/>
        </w:rPr>
      </w:pPr>
      <w:r w:rsidRPr="00982460">
        <w:rPr>
          <w:rFonts w:ascii="Calibri" w:hAnsi="Calibri" w:cs="Calibri"/>
        </w:rPr>
        <w:t>Identify and describe discipline-specific literacy practices employed by content experts (including</w:t>
      </w:r>
      <w:r w:rsidR="00982460" w:rsidRPr="00982460">
        <w:rPr>
          <w:rFonts w:ascii="Calibri" w:hAnsi="Calibri" w:cs="Calibri"/>
        </w:rPr>
        <w:t xml:space="preserve"> </w:t>
      </w:r>
      <w:r w:rsidRPr="00982460">
        <w:rPr>
          <w:rFonts w:ascii="Calibri" w:hAnsi="Calibri" w:cs="Calibri"/>
        </w:rPr>
        <w:t>yourself).</w:t>
      </w:r>
    </w:p>
    <w:p w14:paraId="1B4910B0" w14:textId="0FCDAD6D" w:rsidR="00DB7E7C" w:rsidRPr="00982460" w:rsidRDefault="00261B03" w:rsidP="00982460">
      <w:pPr>
        <w:pStyle w:val="ListParagraph"/>
        <w:numPr>
          <w:ilvl w:val="0"/>
          <w:numId w:val="13"/>
        </w:numPr>
        <w:spacing w:after="0" w:line="240" w:lineRule="auto"/>
        <w:rPr>
          <w:rFonts w:ascii="Calibri" w:hAnsi="Calibri" w:cs="Calibri"/>
        </w:rPr>
      </w:pPr>
      <w:r w:rsidRPr="00982460">
        <w:rPr>
          <w:rFonts w:ascii="Calibri" w:hAnsi="Calibri" w:cs="Calibri"/>
        </w:rPr>
        <w:t>Identify discipline-specific professional literature, technology resources, and texts that support</w:t>
      </w:r>
      <w:r w:rsidR="00982460" w:rsidRPr="00982460">
        <w:rPr>
          <w:rFonts w:ascii="Calibri" w:hAnsi="Calibri" w:cs="Calibri"/>
        </w:rPr>
        <w:t xml:space="preserve"> </w:t>
      </w:r>
      <w:r w:rsidRPr="00982460">
        <w:rPr>
          <w:rFonts w:ascii="Calibri" w:hAnsi="Calibri" w:cs="Calibri"/>
        </w:rPr>
        <w:t>your instruction.</w:t>
      </w:r>
    </w:p>
    <w:p w14:paraId="16675BFB" w14:textId="4BCF1E73" w:rsidR="00DB7E7C" w:rsidRPr="00982460" w:rsidRDefault="00261B03" w:rsidP="00982460">
      <w:pPr>
        <w:pStyle w:val="ListParagraph"/>
        <w:numPr>
          <w:ilvl w:val="0"/>
          <w:numId w:val="13"/>
        </w:numPr>
        <w:spacing w:after="0" w:line="240" w:lineRule="auto"/>
        <w:rPr>
          <w:rFonts w:ascii="Calibri" w:hAnsi="Calibri" w:cs="Calibri"/>
        </w:rPr>
      </w:pPr>
      <w:r w:rsidRPr="00982460">
        <w:rPr>
          <w:rFonts w:ascii="Calibri" w:hAnsi="Calibri" w:cs="Calibri"/>
        </w:rPr>
        <w:lastRenderedPageBreak/>
        <w:t>Incorporate discipline-specific language and text structures into instruction in ways that increase</w:t>
      </w:r>
      <w:r w:rsidR="00982460" w:rsidRPr="00982460">
        <w:rPr>
          <w:rFonts w:ascii="Calibri" w:hAnsi="Calibri" w:cs="Calibri"/>
        </w:rPr>
        <w:t xml:space="preserve"> </w:t>
      </w:r>
      <w:r w:rsidRPr="00982460">
        <w:rPr>
          <w:rFonts w:ascii="Calibri" w:hAnsi="Calibri" w:cs="Calibri"/>
        </w:rPr>
        <w:t>concept development and disciplinary habits of mind.</w:t>
      </w:r>
    </w:p>
    <w:p w14:paraId="5401AFEB" w14:textId="7A696382" w:rsidR="00DB7E7C" w:rsidRDefault="00261B03" w:rsidP="00982460">
      <w:pPr>
        <w:pStyle w:val="ListParagraph"/>
        <w:numPr>
          <w:ilvl w:val="0"/>
          <w:numId w:val="13"/>
        </w:numPr>
        <w:spacing w:after="0" w:line="240" w:lineRule="auto"/>
        <w:rPr>
          <w:rFonts w:ascii="Calibri" w:hAnsi="Calibri" w:cs="Calibri"/>
        </w:rPr>
      </w:pPr>
      <w:r w:rsidRPr="00982460">
        <w:rPr>
          <w:rFonts w:ascii="Calibri" w:hAnsi="Calibri" w:cs="Calibri"/>
        </w:rPr>
        <w:t>Purposefully choose and incorporate selected content literacy and disciplinary literacy strategies</w:t>
      </w:r>
      <w:r w:rsidR="00982460" w:rsidRPr="00982460">
        <w:rPr>
          <w:rFonts w:ascii="Calibri" w:hAnsi="Calibri" w:cs="Calibri"/>
        </w:rPr>
        <w:t xml:space="preserve"> </w:t>
      </w:r>
      <w:r w:rsidRPr="00982460">
        <w:rPr>
          <w:rFonts w:ascii="Calibri" w:hAnsi="Calibri" w:cs="Calibri"/>
        </w:rPr>
        <w:t>into instructional decision-making, drawing from varied modalities most aligned with specific</w:t>
      </w:r>
      <w:r w:rsidR="00982460" w:rsidRPr="00982460">
        <w:rPr>
          <w:rFonts w:ascii="Calibri" w:hAnsi="Calibri" w:cs="Calibri"/>
        </w:rPr>
        <w:t xml:space="preserve"> </w:t>
      </w:r>
      <w:r w:rsidRPr="00982460">
        <w:rPr>
          <w:rFonts w:ascii="Calibri" w:hAnsi="Calibri" w:cs="Calibri"/>
        </w:rPr>
        <w:t>areas.</w:t>
      </w:r>
    </w:p>
    <w:p w14:paraId="5FC6BAFD" w14:textId="048B16BD" w:rsidR="00DB7E7C" w:rsidRPr="008B74D6" w:rsidRDefault="00261B03" w:rsidP="00982460">
      <w:pPr>
        <w:pStyle w:val="Heading1"/>
        <w:spacing w:before="0" w:line="240" w:lineRule="auto"/>
        <w:rPr>
          <w:rFonts w:ascii="Calibri" w:hAnsi="Calibri" w:cs="Calibri"/>
          <w:color w:val="auto"/>
        </w:rPr>
      </w:pPr>
      <w:r w:rsidRPr="008B74D6">
        <w:rPr>
          <w:rFonts w:ascii="Calibri" w:hAnsi="Calibri" w:cs="Calibri"/>
          <w:color w:val="auto"/>
        </w:rPr>
        <w:t>REQUIRED TEXTBOOKS/MATERIALS</w:t>
      </w:r>
    </w:p>
    <w:p w14:paraId="660055F9" w14:textId="77777777" w:rsidR="00DB7E7C" w:rsidRDefault="00261B03" w:rsidP="00982460">
      <w:pPr>
        <w:spacing w:after="0" w:line="240" w:lineRule="auto"/>
        <w:rPr>
          <w:rFonts w:ascii="Calibri" w:hAnsi="Calibri" w:cs="Calibri"/>
        </w:rPr>
      </w:pPr>
      <w:r w:rsidRPr="008B74D6">
        <w:rPr>
          <w:rFonts w:ascii="Calibri" w:hAnsi="Calibri" w:cs="Calibri"/>
        </w:rPr>
        <w:t xml:space="preserve">All texts, reading materials, and videos are free and found in the </w:t>
      </w:r>
      <w:r w:rsidRPr="008B74D6">
        <w:rPr>
          <w:rFonts w:ascii="Calibri" w:hAnsi="Calibri" w:cs="Calibri"/>
          <w:b/>
          <w:i/>
        </w:rPr>
        <w:t>Required Readings and Media</w:t>
      </w:r>
      <w:r w:rsidRPr="008B74D6">
        <w:rPr>
          <w:rFonts w:ascii="Calibri" w:hAnsi="Calibri" w:cs="Calibri"/>
        </w:rPr>
        <w:t xml:space="preserve"> section of each Module in Canvas. Some readings must be accessed via the UNT Electronic Library using your EUID and Password. You will not have to purchase texts or materials for this course.</w:t>
      </w:r>
    </w:p>
    <w:p w14:paraId="7826E48B" w14:textId="77777777" w:rsidR="00982460" w:rsidRPr="008B74D6" w:rsidRDefault="00982460" w:rsidP="00982460">
      <w:pPr>
        <w:spacing w:after="0" w:line="240" w:lineRule="auto"/>
        <w:rPr>
          <w:rFonts w:ascii="Calibri" w:hAnsi="Calibri" w:cs="Calibri"/>
        </w:rPr>
      </w:pPr>
    </w:p>
    <w:p w14:paraId="35EF1809" w14:textId="77777777" w:rsidR="00DB7E7C" w:rsidRPr="008B74D6" w:rsidRDefault="00261B03" w:rsidP="00982460">
      <w:pPr>
        <w:pStyle w:val="Heading1"/>
        <w:spacing w:before="0" w:line="240" w:lineRule="auto"/>
        <w:rPr>
          <w:rFonts w:ascii="Calibri" w:hAnsi="Calibri" w:cs="Calibri"/>
          <w:color w:val="auto"/>
        </w:rPr>
      </w:pPr>
      <w:r w:rsidRPr="008B74D6">
        <w:rPr>
          <w:rFonts w:ascii="Calibri" w:hAnsi="Calibri" w:cs="Calibri"/>
          <w:color w:val="auto"/>
        </w:rPr>
        <w:t>ATTENDANCE EXPECTATIONS</w:t>
      </w:r>
    </w:p>
    <w:p w14:paraId="3079DE4C" w14:textId="0425972E" w:rsidR="00DB7E7C" w:rsidRDefault="00261B03" w:rsidP="00982460">
      <w:pPr>
        <w:spacing w:after="0" w:line="240" w:lineRule="auto"/>
        <w:rPr>
          <w:rFonts w:ascii="Calibri" w:hAnsi="Calibri" w:cs="Calibri"/>
        </w:rPr>
      </w:pPr>
      <w:r w:rsidRPr="008B74D6">
        <w:rPr>
          <w:rFonts w:ascii="Calibri" w:hAnsi="Calibri" w:cs="Calibri"/>
        </w:rPr>
        <w:t xml:space="preserve">This is a 3 credit </w:t>
      </w:r>
      <w:r w:rsidR="00982460">
        <w:rPr>
          <w:rFonts w:ascii="Calibri" w:hAnsi="Calibri" w:cs="Calibri"/>
        </w:rPr>
        <w:t>10</w:t>
      </w:r>
      <w:r w:rsidRPr="008B74D6">
        <w:rPr>
          <w:rFonts w:ascii="Calibri" w:hAnsi="Calibri" w:cs="Calibri"/>
        </w:rPr>
        <w:t xml:space="preserve">-week </w:t>
      </w:r>
      <w:r w:rsidRPr="008B74D6">
        <w:rPr>
          <w:rFonts w:ascii="Calibri" w:hAnsi="Calibri" w:cs="Calibri"/>
          <w:b/>
          <w:i/>
        </w:rPr>
        <w:t>required</w:t>
      </w:r>
      <w:r w:rsidRPr="008B74D6">
        <w:rPr>
          <w:rFonts w:ascii="Calibri" w:hAnsi="Calibri" w:cs="Calibri"/>
        </w:rPr>
        <w:t xml:space="preserve"> course that takes place completely online. There are NO required synchronous Zooms or Zoom lectures. There are eight (8) modules of instruction</w:t>
      </w:r>
      <w:r w:rsidR="00982460">
        <w:rPr>
          <w:rFonts w:ascii="Calibri" w:hAnsi="Calibri" w:cs="Calibri"/>
        </w:rPr>
        <w:t>, and two required TEA Learn Trainings</w:t>
      </w:r>
      <w:r w:rsidRPr="008B74D6">
        <w:rPr>
          <w:rFonts w:ascii="Calibri" w:hAnsi="Calibri" w:cs="Calibri"/>
        </w:rPr>
        <w:t>. You must log into the Canvas course on a regular basis and participate actively by reading ALL weekly announcements and completing ALL readings and assignments. The content and assignments in each module align with the course learning objectives and state educator preparation program standards.</w:t>
      </w:r>
    </w:p>
    <w:p w14:paraId="04BDEA3E" w14:textId="77777777" w:rsidR="00982460" w:rsidRPr="008B74D6" w:rsidRDefault="00982460" w:rsidP="00982460">
      <w:pPr>
        <w:spacing w:after="0" w:line="240" w:lineRule="auto"/>
        <w:rPr>
          <w:rFonts w:ascii="Calibri" w:hAnsi="Calibri" w:cs="Calibri"/>
        </w:rPr>
      </w:pPr>
    </w:p>
    <w:p w14:paraId="4E51D8F5" w14:textId="55A3024C" w:rsidR="00DB7E7C" w:rsidRDefault="00261B03" w:rsidP="00982460">
      <w:pPr>
        <w:spacing w:after="0" w:line="240" w:lineRule="auto"/>
        <w:rPr>
          <w:rFonts w:ascii="Calibri" w:hAnsi="Calibri" w:cs="Calibri"/>
          <w:i/>
        </w:rPr>
      </w:pPr>
      <w:r w:rsidRPr="008B74D6">
        <w:rPr>
          <w:rFonts w:ascii="Calibri" w:hAnsi="Calibri" w:cs="Calibri"/>
          <w:b/>
          <w:i/>
        </w:rPr>
        <w:t>NOTE:</w:t>
      </w:r>
      <w:r w:rsidRPr="008B74D6">
        <w:rPr>
          <w:rFonts w:ascii="Calibri" w:hAnsi="Calibri" w:cs="Calibri"/>
          <w:i/>
        </w:rPr>
        <w:t xml:space="preserve"> </w:t>
      </w:r>
      <w:proofErr w:type="gramStart"/>
      <w:r w:rsidRPr="008B74D6">
        <w:rPr>
          <w:rFonts w:ascii="Calibri" w:hAnsi="Calibri" w:cs="Calibri"/>
          <w:i/>
        </w:rPr>
        <w:t>In order to</w:t>
      </w:r>
      <w:proofErr w:type="gramEnd"/>
      <w:r w:rsidRPr="008B74D6">
        <w:rPr>
          <w:rFonts w:ascii="Calibri" w:hAnsi="Calibri" w:cs="Calibri"/>
          <w:i/>
        </w:rPr>
        <w:t xml:space="preserve"> receive an A in this class, all assignments must be completed and submitted in Canvas. If there are ANY missing assignments, even if your average is above a 90%, a grade of A will not be awarded.</w:t>
      </w:r>
      <w:r w:rsidR="00982460">
        <w:rPr>
          <w:rFonts w:ascii="Calibri" w:hAnsi="Calibri" w:cs="Calibri"/>
          <w:i/>
        </w:rPr>
        <w:t xml:space="preserve"> Please see how Participation and Engagement will be graded </w:t>
      </w:r>
      <w:proofErr w:type="gramStart"/>
      <w:r w:rsidR="00982460">
        <w:rPr>
          <w:rFonts w:ascii="Calibri" w:hAnsi="Calibri" w:cs="Calibri"/>
          <w:i/>
        </w:rPr>
        <w:t>in</w:t>
      </w:r>
      <w:proofErr w:type="gramEnd"/>
      <w:r w:rsidR="00982460">
        <w:rPr>
          <w:rFonts w:ascii="Calibri" w:hAnsi="Calibri" w:cs="Calibri"/>
          <w:i/>
        </w:rPr>
        <w:t xml:space="preserve"> this course in Canvas.</w:t>
      </w:r>
    </w:p>
    <w:p w14:paraId="241A3489" w14:textId="77777777" w:rsidR="00982460" w:rsidRPr="008B74D6" w:rsidRDefault="00982460" w:rsidP="00982460">
      <w:pPr>
        <w:spacing w:after="0" w:line="240" w:lineRule="auto"/>
        <w:rPr>
          <w:rFonts w:ascii="Calibri" w:hAnsi="Calibri" w:cs="Calibri"/>
        </w:rPr>
      </w:pPr>
    </w:p>
    <w:p w14:paraId="34FD168E" w14:textId="77777777" w:rsidR="00DB7E7C" w:rsidRPr="008B74D6" w:rsidRDefault="00261B03" w:rsidP="00982460">
      <w:pPr>
        <w:pStyle w:val="Heading1"/>
        <w:spacing w:before="0" w:line="240" w:lineRule="auto"/>
        <w:rPr>
          <w:rFonts w:ascii="Calibri" w:hAnsi="Calibri" w:cs="Calibri"/>
          <w:color w:val="auto"/>
        </w:rPr>
      </w:pPr>
      <w:r w:rsidRPr="008B74D6">
        <w:rPr>
          <w:rFonts w:ascii="Calibri" w:hAnsi="Calibri" w:cs="Calibri"/>
          <w:color w:val="auto"/>
        </w:rPr>
        <w:t>GRADING</w:t>
      </w:r>
    </w:p>
    <w:p w14:paraId="6C572079" w14:textId="77777777" w:rsidR="00DB7E7C" w:rsidRPr="008B74D6" w:rsidRDefault="00261B03" w:rsidP="00982460">
      <w:pPr>
        <w:spacing w:after="0" w:line="240" w:lineRule="auto"/>
        <w:rPr>
          <w:rFonts w:ascii="Calibri" w:hAnsi="Calibri" w:cs="Calibri"/>
        </w:rPr>
      </w:pPr>
      <w:r w:rsidRPr="008B74D6">
        <w:rPr>
          <w:rFonts w:ascii="Calibri" w:hAnsi="Calibri" w:cs="Calibri"/>
        </w:rPr>
        <w:t>A: 90-100% Exemplary. The student performs well above and beyond the minimum criteria.</w:t>
      </w:r>
    </w:p>
    <w:p w14:paraId="6585A875" w14:textId="77777777" w:rsidR="00DB7E7C" w:rsidRPr="008B74D6" w:rsidRDefault="00261B03" w:rsidP="00982460">
      <w:pPr>
        <w:spacing w:after="0" w:line="240" w:lineRule="auto"/>
        <w:rPr>
          <w:rFonts w:ascii="Calibri" w:hAnsi="Calibri" w:cs="Calibri"/>
        </w:rPr>
      </w:pPr>
      <w:r w:rsidRPr="008B74D6">
        <w:rPr>
          <w:rFonts w:ascii="Calibri" w:hAnsi="Calibri" w:cs="Calibri"/>
        </w:rPr>
        <w:t>B: 80-89% Proficient. The student performs slightly above the minimum criteria.</w:t>
      </w:r>
    </w:p>
    <w:p w14:paraId="539C7CED" w14:textId="77777777" w:rsidR="00DB7E7C" w:rsidRPr="008B74D6" w:rsidRDefault="00261B03" w:rsidP="00982460">
      <w:pPr>
        <w:spacing w:after="0" w:line="240" w:lineRule="auto"/>
        <w:rPr>
          <w:rFonts w:ascii="Calibri" w:hAnsi="Calibri" w:cs="Calibri"/>
        </w:rPr>
      </w:pPr>
      <w:r w:rsidRPr="008B74D6">
        <w:rPr>
          <w:rFonts w:ascii="Calibri" w:hAnsi="Calibri" w:cs="Calibri"/>
        </w:rPr>
        <w:t>C: 70-79% Average. The student meets the minimum criteria.</w:t>
      </w:r>
    </w:p>
    <w:p w14:paraId="35716392" w14:textId="77777777" w:rsidR="00DB7E7C" w:rsidRPr="008B74D6" w:rsidRDefault="00261B03" w:rsidP="00982460">
      <w:pPr>
        <w:spacing w:after="0" w:line="240" w:lineRule="auto"/>
        <w:rPr>
          <w:rFonts w:ascii="Calibri" w:hAnsi="Calibri" w:cs="Calibri"/>
        </w:rPr>
      </w:pPr>
      <w:r w:rsidRPr="008B74D6">
        <w:rPr>
          <w:rFonts w:ascii="Calibri" w:hAnsi="Calibri" w:cs="Calibri"/>
        </w:rPr>
        <w:t>D: 60-69% Below Average. The student does not meet the minimum criteria.</w:t>
      </w:r>
    </w:p>
    <w:p w14:paraId="5A0598DA" w14:textId="77777777" w:rsidR="00DB7E7C" w:rsidRDefault="00261B03" w:rsidP="00982460">
      <w:pPr>
        <w:spacing w:after="0" w:line="240" w:lineRule="auto"/>
        <w:rPr>
          <w:rFonts w:ascii="Calibri" w:hAnsi="Calibri" w:cs="Calibri"/>
        </w:rPr>
      </w:pPr>
      <w:r w:rsidRPr="008B74D6">
        <w:rPr>
          <w:rFonts w:ascii="Calibri" w:hAnsi="Calibri" w:cs="Calibri"/>
        </w:rPr>
        <w:t>F: 0-59% Improvement Required. The student does not complete the coursework.</w:t>
      </w:r>
    </w:p>
    <w:p w14:paraId="1F7C47EF" w14:textId="77777777" w:rsidR="00982460" w:rsidRPr="008B74D6" w:rsidRDefault="00982460" w:rsidP="00982460">
      <w:pPr>
        <w:spacing w:after="0" w:line="240" w:lineRule="auto"/>
        <w:rPr>
          <w:rFonts w:ascii="Calibri" w:hAnsi="Calibri" w:cs="Calibri"/>
        </w:rPr>
      </w:pPr>
    </w:p>
    <w:p w14:paraId="23C5C19B" w14:textId="77777777" w:rsidR="00DB7E7C" w:rsidRPr="008B74D6" w:rsidRDefault="00261B03" w:rsidP="00982460">
      <w:pPr>
        <w:pStyle w:val="Heading1"/>
        <w:spacing w:before="0" w:line="240" w:lineRule="auto"/>
        <w:rPr>
          <w:rFonts w:ascii="Calibri" w:hAnsi="Calibri" w:cs="Calibri"/>
          <w:color w:val="auto"/>
        </w:rPr>
      </w:pPr>
      <w:r w:rsidRPr="008B74D6">
        <w:rPr>
          <w:rFonts w:ascii="Calibri" w:hAnsi="Calibri" w:cs="Calibri"/>
          <w:color w:val="auto"/>
        </w:rPr>
        <w:t>LATE WORK</w:t>
      </w:r>
    </w:p>
    <w:p w14:paraId="74A12C0D" w14:textId="77777777" w:rsidR="00DB7E7C" w:rsidRDefault="00261B03" w:rsidP="00982460">
      <w:pPr>
        <w:spacing w:after="0" w:line="240" w:lineRule="auto"/>
        <w:rPr>
          <w:rFonts w:ascii="Calibri" w:hAnsi="Calibri" w:cs="Calibri"/>
        </w:rPr>
      </w:pPr>
      <w:r w:rsidRPr="008B74D6">
        <w:rPr>
          <w:rFonts w:ascii="Calibri" w:hAnsi="Calibri" w:cs="Calibri"/>
        </w:rPr>
        <w:t>Assignments submitted after the due date are late and points will be deducted from the final grade. For each day an assignment is late, 10% will be deducted from the score earned. On the 8th day after the due date, the assignment will remain 0% in the grade book. All work turned in after the deadline will receive a grade of zero unless the student has a university excused absence and provides documentation within 48 hours of the missed deadline. In the case of an emergency, if you need extra time before a due date, please discuss it with me, and together, we will decide on a timeline for completion. Please remember to honor this commitment.</w:t>
      </w:r>
    </w:p>
    <w:p w14:paraId="248529A9" w14:textId="77777777" w:rsidR="00982460" w:rsidRPr="008B74D6" w:rsidRDefault="00982460" w:rsidP="00982460">
      <w:pPr>
        <w:spacing w:after="0" w:line="240" w:lineRule="auto"/>
        <w:rPr>
          <w:rFonts w:ascii="Calibri" w:hAnsi="Calibri" w:cs="Calibri"/>
        </w:rPr>
      </w:pPr>
    </w:p>
    <w:p w14:paraId="6623D945" w14:textId="77777777" w:rsidR="00DB7E7C" w:rsidRPr="008B74D6" w:rsidRDefault="00261B03" w:rsidP="00982460">
      <w:pPr>
        <w:pStyle w:val="Heading1"/>
        <w:spacing w:before="0" w:line="240" w:lineRule="auto"/>
        <w:rPr>
          <w:rFonts w:ascii="Calibri" w:hAnsi="Calibri" w:cs="Calibri"/>
          <w:color w:val="auto"/>
        </w:rPr>
      </w:pPr>
      <w:r w:rsidRPr="008B74D6">
        <w:rPr>
          <w:rFonts w:ascii="Calibri" w:hAnsi="Calibri" w:cs="Calibri"/>
          <w:color w:val="auto"/>
        </w:rPr>
        <w:t>FORMATTING</w:t>
      </w:r>
    </w:p>
    <w:p w14:paraId="0853114C" w14:textId="77777777" w:rsidR="00DB7E7C" w:rsidRPr="008B74D6" w:rsidRDefault="00261B03" w:rsidP="00982460">
      <w:pPr>
        <w:spacing w:after="0" w:line="240" w:lineRule="auto"/>
        <w:rPr>
          <w:rFonts w:ascii="Calibri" w:hAnsi="Calibri" w:cs="Calibri"/>
        </w:rPr>
      </w:pPr>
      <w:r w:rsidRPr="008B74D6">
        <w:rPr>
          <w:rFonts w:ascii="Calibri" w:hAnsi="Calibri" w:cs="Calibri"/>
        </w:rPr>
        <w:t xml:space="preserve">The only type of document formats I will accept for a grade in this course are </w:t>
      </w:r>
      <w:r w:rsidRPr="008B74D6">
        <w:rPr>
          <w:rFonts w:ascii="Calibri" w:hAnsi="Calibri" w:cs="Calibri"/>
          <w:b/>
        </w:rPr>
        <w:t>Word</w:t>
      </w:r>
      <w:r w:rsidRPr="008B74D6">
        <w:rPr>
          <w:rFonts w:ascii="Calibri" w:hAnsi="Calibri" w:cs="Calibri"/>
        </w:rPr>
        <w:t xml:space="preserve"> and </w:t>
      </w:r>
      <w:r w:rsidRPr="008B74D6">
        <w:rPr>
          <w:rFonts w:ascii="Calibri" w:hAnsi="Calibri" w:cs="Calibri"/>
          <w:b/>
        </w:rPr>
        <w:t>PDF</w:t>
      </w:r>
      <w:r w:rsidRPr="008B74D6">
        <w:rPr>
          <w:rFonts w:ascii="Calibri" w:hAnsi="Calibri" w:cs="Calibri"/>
        </w:rPr>
        <w:t xml:space="preserve">. If you submit a </w:t>
      </w:r>
      <w:r w:rsidRPr="008B74D6">
        <w:rPr>
          <w:rFonts w:ascii="Calibri" w:hAnsi="Calibri" w:cs="Calibri"/>
          <w:b/>
          <w:i/>
        </w:rPr>
        <w:t>.pages </w:t>
      </w:r>
      <w:r w:rsidRPr="008B74D6">
        <w:rPr>
          <w:rFonts w:ascii="Calibri" w:hAnsi="Calibri" w:cs="Calibri"/>
        </w:rPr>
        <w:t>document or any other type of document format, you will receive a grade of 0 for the assignment unless it is resubmitted on or before the designated due date. Blank documents or incorrect documents will also receive grades of 0. It is YOUR responsibility to ensure you have submitted the correct assignment using the designated formatting. </w:t>
      </w:r>
    </w:p>
    <w:p w14:paraId="75CB534B" w14:textId="77777777" w:rsidR="00DB7E7C" w:rsidRPr="008B74D6" w:rsidRDefault="00261B03" w:rsidP="00982460">
      <w:pPr>
        <w:pStyle w:val="Heading1"/>
        <w:spacing w:line="240" w:lineRule="auto"/>
        <w:rPr>
          <w:rFonts w:ascii="Calibri" w:hAnsi="Calibri" w:cs="Calibri"/>
          <w:color w:val="auto"/>
        </w:rPr>
      </w:pPr>
      <w:r w:rsidRPr="008B74D6">
        <w:rPr>
          <w:rFonts w:ascii="Calibri" w:hAnsi="Calibri" w:cs="Calibri"/>
          <w:color w:val="auto"/>
        </w:rPr>
        <w:lastRenderedPageBreak/>
        <w:t>REVISING/RESUBMITTING</w:t>
      </w:r>
    </w:p>
    <w:p w14:paraId="1447576A" w14:textId="77777777" w:rsidR="00DB7E7C" w:rsidRPr="008B74D6" w:rsidRDefault="00261B03" w:rsidP="00982460">
      <w:pPr>
        <w:spacing w:after="0" w:line="240" w:lineRule="auto"/>
        <w:rPr>
          <w:rFonts w:ascii="Calibri" w:hAnsi="Calibri" w:cs="Calibri"/>
        </w:rPr>
      </w:pPr>
      <w:r w:rsidRPr="008B74D6">
        <w:rPr>
          <w:rFonts w:ascii="Calibri" w:hAnsi="Calibri" w:cs="Calibri"/>
        </w:rPr>
        <w:t xml:space="preserve">If you would like the opportunity to revise/resubmit a graded assignment </w:t>
      </w:r>
      <w:proofErr w:type="gramStart"/>
      <w:r w:rsidRPr="008B74D6">
        <w:rPr>
          <w:rFonts w:ascii="Calibri" w:hAnsi="Calibri" w:cs="Calibri"/>
        </w:rPr>
        <w:t>in order to</w:t>
      </w:r>
      <w:proofErr w:type="gramEnd"/>
      <w:r w:rsidRPr="008B74D6">
        <w:rPr>
          <w:rFonts w:ascii="Calibri" w:hAnsi="Calibri" w:cs="Calibri"/>
        </w:rPr>
        <w:t xml:space="preserve"> improve your grade, you may request permission from the instructor (along with feedback and suggestions for improvement) and complete the revision/resubmission within 48 hours of receiving your initial grade. The instructor will decide how much additional credit can be earned for a revised assignment on an individual basis.</w:t>
      </w:r>
    </w:p>
    <w:p w14:paraId="0FF13808" w14:textId="77777777" w:rsidR="00DB7E7C" w:rsidRPr="008B74D6" w:rsidRDefault="00261B03" w:rsidP="00982460">
      <w:pPr>
        <w:pStyle w:val="Heading1"/>
        <w:spacing w:line="240" w:lineRule="auto"/>
        <w:rPr>
          <w:rFonts w:ascii="Calibri" w:hAnsi="Calibri" w:cs="Calibri"/>
          <w:color w:val="auto"/>
        </w:rPr>
      </w:pPr>
      <w:r w:rsidRPr="008B74D6">
        <w:rPr>
          <w:rFonts w:ascii="Calibri" w:hAnsi="Calibri" w:cs="Calibri"/>
          <w:color w:val="auto"/>
        </w:rPr>
        <w:t>NON-PARTICIPATION IN CLASS</w:t>
      </w:r>
    </w:p>
    <w:p w14:paraId="33FF3910" w14:textId="77777777" w:rsidR="00DB7E7C" w:rsidRPr="008B74D6" w:rsidRDefault="00261B03" w:rsidP="00982460">
      <w:pPr>
        <w:spacing w:after="0" w:line="240" w:lineRule="auto"/>
        <w:rPr>
          <w:rFonts w:ascii="Calibri" w:hAnsi="Calibri" w:cs="Calibri"/>
        </w:rPr>
      </w:pPr>
      <w:r w:rsidRPr="008B74D6">
        <w:rPr>
          <w:rFonts w:ascii="Calibri" w:hAnsi="Calibri" w:cs="Calibri"/>
        </w:rPr>
        <w:t xml:space="preserve">Unfortunately, life sometimes gets in the way of course work, and I </w:t>
      </w:r>
      <w:proofErr w:type="gramStart"/>
      <w:r w:rsidRPr="008B74D6">
        <w:rPr>
          <w:rFonts w:ascii="Calibri" w:hAnsi="Calibri" w:cs="Calibri"/>
        </w:rPr>
        <w:t>definitely understand</w:t>
      </w:r>
      <w:proofErr w:type="gramEnd"/>
      <w:r w:rsidRPr="008B74D6">
        <w:rPr>
          <w:rFonts w:ascii="Calibri" w:hAnsi="Calibri" w:cs="Calibri"/>
        </w:rPr>
        <w:t xml:space="preserve"> when that happens. I am compassionate and empathetic in ALL </w:t>
      </w:r>
      <w:proofErr w:type="gramStart"/>
      <w:r w:rsidRPr="008B74D6">
        <w:rPr>
          <w:rFonts w:ascii="Calibri" w:hAnsi="Calibri" w:cs="Calibri"/>
        </w:rPr>
        <w:t>circumstances</w:t>
      </w:r>
      <w:proofErr w:type="gramEnd"/>
      <w:r w:rsidRPr="008B74D6">
        <w:rPr>
          <w:rFonts w:ascii="Calibri" w:hAnsi="Calibri" w:cs="Calibri"/>
        </w:rPr>
        <w:t xml:space="preserve"> and I do not judge anyone when they struggle. </w:t>
      </w:r>
      <w:proofErr w:type="gramStart"/>
      <w:r w:rsidRPr="008B74D6">
        <w:rPr>
          <w:rFonts w:ascii="Calibri" w:hAnsi="Calibri" w:cs="Calibri"/>
        </w:rPr>
        <w:t>But,</w:t>
      </w:r>
      <w:proofErr w:type="gramEnd"/>
      <w:r w:rsidRPr="008B74D6">
        <w:rPr>
          <w:rFonts w:ascii="Calibri" w:hAnsi="Calibri" w:cs="Calibri"/>
        </w:rPr>
        <w:t xml:space="preserve"> you MUST let me know if you are struggling and/or need an extension to complete your assignments! If you do not communicate with me about your needs, do not participate in class, or do not submit assignments, it will be hard for you to pass, especially if it is more than halfway through the semester. A grade of a D, F, or W means you will have to retake the </w:t>
      </w:r>
      <w:proofErr w:type="gramStart"/>
      <w:r w:rsidRPr="008B74D6">
        <w:rPr>
          <w:rFonts w:ascii="Calibri" w:hAnsi="Calibri" w:cs="Calibri"/>
        </w:rPr>
        <w:t>class</w:t>
      </w:r>
      <w:proofErr w:type="gramEnd"/>
      <w:r w:rsidRPr="008B74D6">
        <w:rPr>
          <w:rFonts w:ascii="Calibri" w:hAnsi="Calibri" w:cs="Calibri"/>
        </w:rPr>
        <w:t xml:space="preserve"> and this may affect your financial aid/tuition payment and degree completion date. January 24th is the last day you can drop this course without it appearing on your transcript, but it could still affect your financial aid and degree completion. If you withdraw between January 25th and April 10th, a grade of W will appear on your transcript and tuition and fees will remain. However, a W could affect your financial aid and degree completion. You cannot withdraw from class after April 10th. A grade of “I” for Incomplete cannot be awarded if you are failing the class at the time of grade submission.</w:t>
      </w:r>
    </w:p>
    <w:p w14:paraId="613CF074" w14:textId="77777777" w:rsidR="00DB7E7C" w:rsidRPr="008B74D6" w:rsidRDefault="00261B03" w:rsidP="00982460">
      <w:pPr>
        <w:pStyle w:val="Heading1"/>
        <w:spacing w:line="240" w:lineRule="auto"/>
        <w:rPr>
          <w:rFonts w:ascii="Calibri" w:hAnsi="Calibri" w:cs="Calibri"/>
          <w:color w:val="auto"/>
        </w:rPr>
      </w:pPr>
      <w:r w:rsidRPr="008B74D6">
        <w:rPr>
          <w:rFonts w:ascii="Calibri" w:hAnsi="Calibri" w:cs="Calibri"/>
          <w:color w:val="auto"/>
        </w:rPr>
        <w:t>TECHNICAL REQUIREMENTS</w:t>
      </w:r>
    </w:p>
    <w:p w14:paraId="79E18394" w14:textId="0EECA93B" w:rsidR="00DB7E7C" w:rsidRPr="008B74D6" w:rsidRDefault="00261B03" w:rsidP="00982460">
      <w:pPr>
        <w:spacing w:after="0" w:line="240" w:lineRule="auto"/>
        <w:rPr>
          <w:rFonts w:ascii="Calibri" w:hAnsi="Calibri" w:cs="Calibri"/>
        </w:rPr>
      </w:pPr>
      <w:r w:rsidRPr="008B74D6">
        <w:rPr>
          <w:rFonts w:ascii="Calibri" w:hAnsi="Calibri" w:cs="Calibri"/>
        </w:rPr>
        <w:t>This course has digital components. To participate in this class, you will need internet access to reference content on the Canvas Learning Management System and complete assignments using Microsoft Word Processing</w:t>
      </w:r>
      <w:r w:rsidR="00062C8E">
        <w:rPr>
          <w:rFonts w:ascii="Calibri" w:hAnsi="Calibri" w:cs="Calibri"/>
        </w:rPr>
        <w:t>. You will need to be able to open and read PDF documents</w:t>
      </w:r>
      <w:r w:rsidRPr="008B74D6">
        <w:rPr>
          <w:rFonts w:ascii="Calibri" w:hAnsi="Calibri" w:cs="Calibri"/>
        </w:rPr>
        <w:t>. If circumstances change, you will be informed of other technical needs to access course content.</w:t>
      </w:r>
    </w:p>
    <w:p w14:paraId="5B81C51E" w14:textId="77777777" w:rsidR="00DB7E7C" w:rsidRPr="008B74D6" w:rsidRDefault="00261B03" w:rsidP="00982460">
      <w:pPr>
        <w:pStyle w:val="Heading1"/>
        <w:spacing w:line="240" w:lineRule="auto"/>
        <w:rPr>
          <w:rFonts w:ascii="Calibri" w:hAnsi="Calibri" w:cs="Calibri"/>
          <w:color w:val="auto"/>
        </w:rPr>
      </w:pPr>
      <w:r w:rsidRPr="008B74D6">
        <w:rPr>
          <w:rFonts w:ascii="Calibri" w:hAnsi="Calibri" w:cs="Calibri"/>
          <w:color w:val="auto"/>
        </w:rPr>
        <w:t>PROFESSIONAL BEHAVIOR IN CLASS</w:t>
      </w:r>
    </w:p>
    <w:p w14:paraId="1C73EF96" w14:textId="77777777" w:rsidR="00DB7E7C" w:rsidRPr="008B74D6" w:rsidRDefault="00261B03" w:rsidP="00982460">
      <w:pPr>
        <w:spacing w:after="0" w:line="240" w:lineRule="auto"/>
        <w:rPr>
          <w:rFonts w:ascii="Calibri" w:hAnsi="Calibri" w:cs="Calibri"/>
        </w:rPr>
      </w:pPr>
      <w:r w:rsidRPr="008B74D6">
        <w:rPr>
          <w:rFonts w:ascii="Calibri" w:hAnsi="Calibri" w:cs="Calibri"/>
        </w:rPr>
        <w:t xml:space="preserve">Teachers must exhibit a high degree of professional behavior to best meet the needs of their students. As a preservice teacher, it is essential to begin practicing what will be expected of you as an in-service </w:t>
      </w:r>
      <w:proofErr w:type="gramStart"/>
      <w:r w:rsidRPr="008B74D6">
        <w:rPr>
          <w:rFonts w:ascii="Calibri" w:hAnsi="Calibri" w:cs="Calibri"/>
        </w:rPr>
        <w:t>teacher</w:t>
      </w:r>
      <w:proofErr w:type="gramEnd"/>
      <w:r w:rsidRPr="008B74D6">
        <w:rPr>
          <w:rFonts w:ascii="Calibri" w:hAnsi="Calibri" w:cs="Calibri"/>
        </w:rPr>
        <w:t xml:space="preserve"> including reliability, responsibility, flexibility, punctuality, integrity, and ability to work efficiently and productively with your colleagues. This includes engagement and participation during all learning activities, online discussions about content and readings, assessments and assignments, informal presentations, interaction/communication with peers, professors, and guest speakers, cultural responsiveness, awareness of impact on others, and overall professional behavior.</w:t>
      </w:r>
    </w:p>
    <w:p w14:paraId="26BAFF3F" w14:textId="77777777" w:rsidR="00DB7E7C" w:rsidRDefault="00261B03" w:rsidP="00982460">
      <w:pPr>
        <w:spacing w:after="0" w:line="240" w:lineRule="auto"/>
        <w:rPr>
          <w:rFonts w:ascii="Calibri" w:hAnsi="Calibri" w:cs="Calibri"/>
        </w:rPr>
      </w:pPr>
      <w:r w:rsidRPr="008B74D6">
        <w:rPr>
          <w:rFonts w:ascii="Calibri" w:hAnsi="Calibri" w:cs="Calibri"/>
        </w:rPr>
        <w:t xml:space="preserve">If you engage in unprofessional behavior including (but not limited to), lack of communication or dishonesty regarding missing work, and disrespectful/confrontational interactions with peers and professor, the instructor reserves the right to </w:t>
      </w:r>
      <w:r w:rsidRPr="008B74D6">
        <w:rPr>
          <w:rFonts w:ascii="Calibri" w:hAnsi="Calibri" w:cs="Calibri"/>
          <w:b/>
          <w:i/>
        </w:rPr>
        <w:t>deduct one or more letter grades from your final grade</w:t>
      </w:r>
      <w:r w:rsidRPr="008B74D6">
        <w:rPr>
          <w:rFonts w:ascii="Calibri" w:hAnsi="Calibri" w:cs="Calibri"/>
        </w:rPr>
        <w:t xml:space="preserve"> and/or refer you to the Dean of Students for Code of Conduct violations which may result in dismissal from our program and/or the University.</w:t>
      </w:r>
    </w:p>
    <w:p w14:paraId="27DC05C1" w14:textId="77777777" w:rsidR="008D343A" w:rsidRDefault="008D343A" w:rsidP="00982460">
      <w:pPr>
        <w:spacing w:after="0" w:line="240" w:lineRule="auto"/>
        <w:rPr>
          <w:rFonts w:ascii="Calibri" w:hAnsi="Calibri" w:cs="Calibri"/>
        </w:rPr>
      </w:pPr>
    </w:p>
    <w:p w14:paraId="1DC2FD3A" w14:textId="77777777" w:rsidR="008D343A" w:rsidRPr="008B74D6" w:rsidRDefault="008D343A" w:rsidP="00982460">
      <w:pPr>
        <w:spacing w:after="0" w:line="240" w:lineRule="auto"/>
        <w:rPr>
          <w:rFonts w:ascii="Calibri" w:hAnsi="Calibri" w:cs="Calibri"/>
        </w:rPr>
      </w:pPr>
    </w:p>
    <w:p w14:paraId="6EDEDEBD" w14:textId="77777777" w:rsidR="00DB7E7C" w:rsidRPr="008B74D6" w:rsidRDefault="00261B03" w:rsidP="00982460">
      <w:pPr>
        <w:pStyle w:val="Heading1"/>
        <w:spacing w:line="240" w:lineRule="auto"/>
        <w:rPr>
          <w:rFonts w:ascii="Calibri" w:hAnsi="Calibri" w:cs="Calibri"/>
          <w:color w:val="auto"/>
        </w:rPr>
      </w:pPr>
      <w:r w:rsidRPr="008B74D6">
        <w:rPr>
          <w:rFonts w:ascii="Calibri" w:hAnsi="Calibri" w:cs="Calibri"/>
          <w:color w:val="auto"/>
        </w:rPr>
        <w:lastRenderedPageBreak/>
        <w:t>AI (ARTIFICIAL INTELLIGENCE) AND PLAGIARISM IN EDCI 4060</w:t>
      </w:r>
    </w:p>
    <w:p w14:paraId="7713E41B" w14:textId="77777777" w:rsidR="00DB7E7C" w:rsidRPr="008B74D6" w:rsidRDefault="00261B03" w:rsidP="00982460">
      <w:pPr>
        <w:spacing w:after="0" w:line="240" w:lineRule="auto"/>
        <w:rPr>
          <w:rFonts w:ascii="Calibri" w:hAnsi="Calibri" w:cs="Calibri"/>
        </w:rPr>
      </w:pPr>
      <w:r w:rsidRPr="008B74D6">
        <w:rPr>
          <w:rFonts w:ascii="Calibri" w:hAnsi="Calibri" w:cs="Calibri"/>
          <w:i/>
        </w:rPr>
        <w:t xml:space="preserve">The unauthorized use of any person or technology that assists in a student's assignment, project, or paper is considered cheating under </w:t>
      </w:r>
      <w:proofErr w:type="gramStart"/>
      <w:r w:rsidRPr="008B74D6">
        <w:rPr>
          <w:rFonts w:ascii="Calibri" w:hAnsi="Calibri" w:cs="Calibri"/>
          <w:i/>
        </w:rPr>
        <w:t>the  (</w:t>
      </w:r>
      <w:proofErr w:type="gramEnd"/>
      <w:r w:rsidRPr="008B74D6">
        <w:rPr>
          <w:rFonts w:ascii="Calibri" w:hAnsi="Calibri" w:cs="Calibri"/>
          <w:i/>
        </w:rPr>
        <w:t>UNT Policy 6.003). Unless a professor or instructor gives explicit "authorization," AI cannot be used to complete assignments, projects, or papers. Doing so will result in a "cheating" violation. </w:t>
      </w:r>
    </w:p>
    <w:p w14:paraId="5122CBEE" w14:textId="77777777" w:rsidR="00DB7E7C" w:rsidRPr="008B74D6" w:rsidRDefault="00261B03" w:rsidP="00982460">
      <w:pPr>
        <w:spacing w:after="0" w:line="240" w:lineRule="auto"/>
        <w:rPr>
          <w:rFonts w:ascii="Calibri" w:hAnsi="Calibri" w:cs="Calibri"/>
        </w:rPr>
      </w:pPr>
      <w:r w:rsidRPr="008B74D6">
        <w:rPr>
          <w:rFonts w:ascii="Calibri" w:hAnsi="Calibri" w:cs="Calibri"/>
        </w:rPr>
        <w:t xml:space="preserve">As future educators, it is completely necessary that you engage fully in the learning process throughout this course. Plagiarizing and/or using AI to complete assignments in place of your own work will seriously undermine your ability to pass </w:t>
      </w:r>
      <w:proofErr w:type="gramStart"/>
      <w:r w:rsidRPr="008B74D6">
        <w:rPr>
          <w:rFonts w:ascii="Calibri" w:hAnsi="Calibri" w:cs="Calibri"/>
        </w:rPr>
        <w:t>your ,</w:t>
      </w:r>
      <w:proofErr w:type="gramEnd"/>
      <w:r w:rsidRPr="008B74D6">
        <w:rPr>
          <w:rFonts w:ascii="Calibri" w:hAnsi="Calibri" w:cs="Calibri"/>
        </w:rPr>
        <w:t xml:space="preserve"> weaken your confidence during your clinical practice experience, and ultimately compromise your ability to successfully teach your future students. If AI does the thinking for you now, it can delay or prevent your personal growth, and you will not be as prepared to make real time decisions as an educator. </w:t>
      </w:r>
    </w:p>
    <w:p w14:paraId="3EF6477F" w14:textId="77777777" w:rsidR="00DB7E7C" w:rsidRPr="008B74D6" w:rsidRDefault="00261B03" w:rsidP="00982460">
      <w:pPr>
        <w:spacing w:after="0" w:line="240" w:lineRule="auto"/>
        <w:rPr>
          <w:rFonts w:ascii="Calibri" w:hAnsi="Calibri" w:cs="Calibri"/>
        </w:rPr>
      </w:pPr>
      <w:r w:rsidRPr="008B74D6">
        <w:rPr>
          <w:rFonts w:ascii="Calibri" w:hAnsi="Calibri" w:cs="Calibri"/>
        </w:rPr>
        <w:t xml:space="preserve">While some assignments may seem to invite the use of online tools, the core expectation for our class is that </w:t>
      </w:r>
      <w:r w:rsidRPr="008B74D6">
        <w:rPr>
          <w:rFonts w:ascii="Calibri" w:hAnsi="Calibri" w:cs="Calibri"/>
          <w:b/>
        </w:rPr>
        <w:t>the work you submit is your own original writing</w:t>
      </w:r>
      <w:r w:rsidRPr="008B74D6">
        <w:rPr>
          <w:rFonts w:ascii="Calibri" w:hAnsi="Calibri" w:cs="Calibri"/>
        </w:rPr>
        <w:t xml:space="preserve">. Using the work of someone else (including Al) </w:t>
      </w:r>
      <w:r w:rsidRPr="008B74D6">
        <w:rPr>
          <w:rFonts w:ascii="Calibri" w:hAnsi="Calibri" w:cs="Calibri"/>
          <w:b/>
        </w:rPr>
        <w:t>without citing it</w:t>
      </w:r>
      <w:r w:rsidRPr="008B74D6">
        <w:rPr>
          <w:rFonts w:ascii="Calibri" w:hAnsi="Calibri" w:cs="Calibri"/>
        </w:rPr>
        <w:t xml:space="preserve"> is a form </w:t>
      </w:r>
      <w:proofErr w:type="gramStart"/>
      <w:r w:rsidRPr="008B74D6">
        <w:rPr>
          <w:rFonts w:ascii="Calibri" w:hAnsi="Calibri" w:cs="Calibri"/>
        </w:rPr>
        <w:t>of .</w:t>
      </w:r>
      <w:proofErr w:type="gramEnd"/>
      <w:r w:rsidRPr="008B74D6">
        <w:rPr>
          <w:rFonts w:ascii="Calibri" w:hAnsi="Calibri" w:cs="Calibri"/>
        </w:rPr>
        <w:t xml:space="preserve"> UNT employs AI detection software through Canvas LMS, so please be aware of this when submitting your work. </w:t>
      </w:r>
    </w:p>
    <w:p w14:paraId="0921AB68" w14:textId="77777777" w:rsidR="00DB7E7C" w:rsidRPr="008B74D6" w:rsidRDefault="00261B03" w:rsidP="00982460">
      <w:pPr>
        <w:spacing w:after="0" w:line="240" w:lineRule="auto"/>
        <w:rPr>
          <w:rFonts w:ascii="Calibri" w:hAnsi="Calibri" w:cs="Calibri"/>
        </w:rPr>
      </w:pPr>
      <w:r w:rsidRPr="008B74D6">
        <w:rPr>
          <w:rFonts w:ascii="Calibri" w:hAnsi="Calibri" w:cs="Calibri"/>
        </w:rPr>
        <w:t xml:space="preserve">If you use AI this semester in this course, I encourage you to reflect on this guiding question: </w:t>
      </w:r>
      <w:r w:rsidRPr="008B74D6">
        <w:rPr>
          <w:rFonts w:ascii="Calibri" w:hAnsi="Calibri" w:cs="Calibri"/>
          <w:b/>
          <w:i/>
        </w:rPr>
        <w:t>“Am I using this tool to support my learning, or to avoid it?”</w:t>
      </w:r>
      <w:r w:rsidRPr="008B74D6">
        <w:rPr>
          <w:rFonts w:ascii="Calibri" w:hAnsi="Calibri" w:cs="Calibri"/>
          <w:i/>
        </w:rPr>
        <w:t xml:space="preserve"> </w:t>
      </w:r>
      <w:r w:rsidRPr="008B74D6">
        <w:rPr>
          <w:rFonts w:ascii="Calibri" w:hAnsi="Calibri" w:cs="Calibri"/>
        </w:rPr>
        <w:t>Please establish a reasonable relationship with emerging technologies that enhances your authentic growth as a reflective, capable, and compassionate educator.</w:t>
      </w:r>
    </w:p>
    <w:p w14:paraId="33706271" w14:textId="77777777" w:rsidR="00982460" w:rsidRDefault="00982460" w:rsidP="00982460">
      <w:pPr>
        <w:spacing w:after="0" w:line="240" w:lineRule="auto"/>
        <w:rPr>
          <w:rFonts w:ascii="Calibri" w:hAnsi="Calibri" w:cs="Calibri"/>
          <w:b/>
          <w:bCs/>
        </w:rPr>
      </w:pPr>
    </w:p>
    <w:p w14:paraId="6BB96735" w14:textId="3AAA544A" w:rsidR="00DB7E7C" w:rsidRPr="00982460" w:rsidRDefault="00261B03" w:rsidP="00982460">
      <w:pPr>
        <w:spacing w:after="0" w:line="240" w:lineRule="auto"/>
        <w:rPr>
          <w:rFonts w:ascii="Calibri" w:hAnsi="Calibri" w:cs="Calibri"/>
          <w:b/>
          <w:bCs/>
        </w:rPr>
      </w:pPr>
      <w:r w:rsidRPr="00982460">
        <w:rPr>
          <w:rFonts w:ascii="Calibri" w:hAnsi="Calibri" w:cs="Calibri"/>
          <w:b/>
          <w:bCs/>
        </w:rPr>
        <w:t xml:space="preserve">You may use AI (with full disclosure to your professor) </w:t>
      </w:r>
      <w:proofErr w:type="gramStart"/>
      <w:r w:rsidRPr="00982460">
        <w:rPr>
          <w:rFonts w:ascii="Calibri" w:hAnsi="Calibri" w:cs="Calibri"/>
          <w:b/>
          <w:bCs/>
        </w:rPr>
        <w:t>to</w:t>
      </w:r>
      <w:proofErr w:type="gramEnd"/>
      <w:r w:rsidRPr="00982460">
        <w:rPr>
          <w:rFonts w:ascii="Calibri" w:hAnsi="Calibri" w:cs="Calibri"/>
          <w:b/>
          <w:bCs/>
        </w:rPr>
        <w:t>:</w:t>
      </w:r>
    </w:p>
    <w:p w14:paraId="42B93F76" w14:textId="77777777" w:rsidR="00DB7E7C" w:rsidRPr="008B74D6" w:rsidRDefault="00261B03" w:rsidP="00982460">
      <w:pPr>
        <w:pStyle w:val="ListParagraph"/>
        <w:numPr>
          <w:ilvl w:val="0"/>
          <w:numId w:val="10"/>
        </w:numPr>
        <w:spacing w:after="0" w:line="240" w:lineRule="auto"/>
        <w:rPr>
          <w:rFonts w:ascii="Calibri" w:hAnsi="Calibri" w:cs="Calibri"/>
        </w:rPr>
      </w:pPr>
      <w:r w:rsidRPr="008B74D6">
        <w:rPr>
          <w:rFonts w:ascii="Calibri" w:hAnsi="Calibri" w:cs="Calibri"/>
        </w:rPr>
        <w:t>Refine grammar and organization after drafting your own writing/responses FIRST.</w:t>
      </w:r>
    </w:p>
    <w:p w14:paraId="57C45839" w14:textId="77777777" w:rsidR="00DB7E7C" w:rsidRPr="008B74D6" w:rsidRDefault="00261B03" w:rsidP="00982460">
      <w:pPr>
        <w:pStyle w:val="ListParagraph"/>
        <w:numPr>
          <w:ilvl w:val="0"/>
          <w:numId w:val="10"/>
        </w:numPr>
        <w:spacing w:after="0" w:line="240" w:lineRule="auto"/>
        <w:rPr>
          <w:rFonts w:ascii="Calibri" w:hAnsi="Calibri" w:cs="Calibri"/>
        </w:rPr>
      </w:pPr>
      <w:r w:rsidRPr="008B74D6">
        <w:rPr>
          <w:rFonts w:ascii="Calibri" w:hAnsi="Calibri" w:cs="Calibri"/>
        </w:rPr>
        <w:t>Ask follow-up questions to deepen your understanding of course concepts.</w:t>
      </w:r>
    </w:p>
    <w:p w14:paraId="2279720D" w14:textId="77777777" w:rsidR="00DB7E7C" w:rsidRPr="008B74D6" w:rsidRDefault="00261B03" w:rsidP="00982460">
      <w:pPr>
        <w:pStyle w:val="ListParagraph"/>
        <w:numPr>
          <w:ilvl w:val="0"/>
          <w:numId w:val="10"/>
        </w:numPr>
        <w:spacing w:after="0" w:line="240" w:lineRule="auto"/>
        <w:rPr>
          <w:rFonts w:ascii="Calibri" w:hAnsi="Calibri" w:cs="Calibri"/>
        </w:rPr>
      </w:pPr>
      <w:r w:rsidRPr="008B74D6">
        <w:rPr>
          <w:rFonts w:ascii="Calibri" w:hAnsi="Calibri" w:cs="Calibri"/>
        </w:rPr>
        <w:t>Brainstorm ideas based upon your own thoughts and suggestions.</w:t>
      </w:r>
    </w:p>
    <w:p w14:paraId="67EC1EB5" w14:textId="77777777" w:rsidR="00982460" w:rsidRDefault="00982460" w:rsidP="00982460">
      <w:pPr>
        <w:spacing w:after="0" w:line="240" w:lineRule="auto"/>
        <w:rPr>
          <w:rFonts w:ascii="Calibri" w:hAnsi="Calibri" w:cs="Calibri"/>
          <w:b/>
          <w:bCs/>
        </w:rPr>
      </w:pPr>
    </w:p>
    <w:p w14:paraId="2819336B" w14:textId="4861B867" w:rsidR="00DB7E7C" w:rsidRPr="00982460" w:rsidRDefault="00261B03" w:rsidP="00982460">
      <w:pPr>
        <w:spacing w:after="0" w:line="240" w:lineRule="auto"/>
        <w:rPr>
          <w:rFonts w:ascii="Calibri" w:hAnsi="Calibri" w:cs="Calibri"/>
          <w:b/>
          <w:bCs/>
        </w:rPr>
      </w:pPr>
      <w:r w:rsidRPr="00982460">
        <w:rPr>
          <w:rFonts w:ascii="Calibri" w:hAnsi="Calibri" w:cs="Calibri"/>
          <w:b/>
          <w:bCs/>
        </w:rPr>
        <w:t>You may NOT use AI to:</w:t>
      </w:r>
    </w:p>
    <w:p w14:paraId="69D6496A" w14:textId="77777777" w:rsidR="00DB7E7C" w:rsidRPr="008B74D6" w:rsidRDefault="00261B03" w:rsidP="00982460">
      <w:pPr>
        <w:pStyle w:val="ListParagraph"/>
        <w:numPr>
          <w:ilvl w:val="0"/>
          <w:numId w:val="11"/>
        </w:numPr>
        <w:spacing w:after="0" w:line="240" w:lineRule="auto"/>
        <w:rPr>
          <w:rFonts w:ascii="Calibri" w:hAnsi="Calibri" w:cs="Calibri"/>
        </w:rPr>
      </w:pPr>
      <w:r w:rsidRPr="008B74D6">
        <w:rPr>
          <w:rFonts w:ascii="Calibri" w:hAnsi="Calibri" w:cs="Calibri"/>
        </w:rPr>
        <w:t>Write assignments, assessments, reflections, lesson plans, discussion board posts, etc.</w:t>
      </w:r>
    </w:p>
    <w:p w14:paraId="5CCB5487" w14:textId="77777777" w:rsidR="00DB7E7C" w:rsidRPr="008B74D6" w:rsidRDefault="00261B03" w:rsidP="00982460">
      <w:pPr>
        <w:pStyle w:val="ListParagraph"/>
        <w:numPr>
          <w:ilvl w:val="0"/>
          <w:numId w:val="11"/>
        </w:numPr>
        <w:spacing w:after="0" w:line="240" w:lineRule="auto"/>
        <w:rPr>
          <w:rFonts w:ascii="Calibri" w:hAnsi="Calibri" w:cs="Calibri"/>
        </w:rPr>
      </w:pPr>
      <w:r w:rsidRPr="008B74D6">
        <w:rPr>
          <w:rFonts w:ascii="Calibri" w:hAnsi="Calibri" w:cs="Calibri"/>
        </w:rPr>
        <w:t>Generate written work without SIGNIFICANT personal input, revision, and citation/disclosure of AI use.</w:t>
      </w:r>
    </w:p>
    <w:p w14:paraId="7F76A3E5" w14:textId="77777777" w:rsidR="00DB7E7C" w:rsidRPr="008B74D6" w:rsidRDefault="00261B03" w:rsidP="00982460">
      <w:pPr>
        <w:pStyle w:val="ListParagraph"/>
        <w:numPr>
          <w:ilvl w:val="0"/>
          <w:numId w:val="11"/>
        </w:numPr>
        <w:spacing w:after="0" w:line="240" w:lineRule="auto"/>
        <w:rPr>
          <w:rFonts w:ascii="Calibri" w:hAnsi="Calibri" w:cs="Calibri"/>
        </w:rPr>
      </w:pPr>
      <w:r w:rsidRPr="008B74D6">
        <w:rPr>
          <w:rFonts w:ascii="Calibri" w:hAnsi="Calibri" w:cs="Calibri"/>
        </w:rPr>
        <w:t>Fabricate personal experiences or interactions.</w:t>
      </w:r>
    </w:p>
    <w:p w14:paraId="37AC536A" w14:textId="77777777" w:rsidR="00982460" w:rsidRDefault="00982460" w:rsidP="00982460">
      <w:pPr>
        <w:spacing w:after="0" w:line="240" w:lineRule="auto"/>
        <w:rPr>
          <w:rFonts w:ascii="Calibri" w:hAnsi="Calibri" w:cs="Calibri"/>
        </w:rPr>
      </w:pPr>
    </w:p>
    <w:p w14:paraId="057A74C4" w14:textId="6862F70B" w:rsidR="00DB7E7C" w:rsidRPr="008B74D6" w:rsidRDefault="00261B03" w:rsidP="00982460">
      <w:pPr>
        <w:spacing w:after="0" w:line="240" w:lineRule="auto"/>
        <w:rPr>
          <w:rFonts w:ascii="Calibri" w:hAnsi="Calibri" w:cs="Calibri"/>
        </w:rPr>
      </w:pPr>
      <w:r w:rsidRPr="008B74D6">
        <w:rPr>
          <w:rFonts w:ascii="Calibri" w:hAnsi="Calibri" w:cs="Calibri"/>
        </w:rPr>
        <w:t>As your instructor, I promise to NEVER use AI to replace the deep engagement and individualized attention you each deserve from me. I strive to provide consistent, high-quality support, and I vow to read every word you write or share with me. I do not use AI to grade assignments. I will deliver customized, authentic, and meaningful feedback on your work. While I may occasionally use AI to enhance my ability to provide consistent, high-quality support so that I may serve you more efficiently, I assure you that all of my interactions with you and our class will be genuine, unique,  personal, and guided by my professional judgment and ethical commitment to your success. I will also be sure to fully disclose when, how, and why I use AI in our course if I do.</w:t>
      </w:r>
    </w:p>
    <w:p w14:paraId="1160690A" w14:textId="77777777" w:rsidR="00982460" w:rsidRDefault="00982460" w:rsidP="00982460">
      <w:pPr>
        <w:spacing w:after="0" w:line="240" w:lineRule="auto"/>
        <w:rPr>
          <w:rFonts w:ascii="Calibri" w:hAnsi="Calibri" w:cs="Calibri"/>
          <w:b/>
          <w:i/>
        </w:rPr>
      </w:pPr>
    </w:p>
    <w:p w14:paraId="45DE3E52" w14:textId="6908CAFE" w:rsidR="00DB7E7C" w:rsidRPr="008B74D6" w:rsidRDefault="00261B03" w:rsidP="00982460">
      <w:pPr>
        <w:spacing w:after="0" w:line="240" w:lineRule="auto"/>
        <w:rPr>
          <w:rFonts w:ascii="Calibri" w:hAnsi="Calibri" w:cs="Calibri"/>
        </w:rPr>
      </w:pPr>
      <w:r w:rsidRPr="008B74D6">
        <w:rPr>
          <w:rFonts w:ascii="Calibri" w:hAnsi="Calibri" w:cs="Calibri"/>
          <w:b/>
          <w:i/>
        </w:rPr>
        <w:t>A note on publicly sharing course content and material:</w:t>
      </w:r>
      <w:r w:rsidRPr="008B74D6">
        <w:rPr>
          <w:rFonts w:ascii="Calibri" w:hAnsi="Calibri" w:cs="Calibri"/>
        </w:rPr>
        <w:t> You are not permitted to share any portion of this course publicly on any type of social media platform. Doing so will result in disciplinary action that may lead to your dismissal from this program.</w:t>
      </w:r>
    </w:p>
    <w:p w14:paraId="60B854E6" w14:textId="77777777" w:rsidR="00982460" w:rsidRPr="008B74D6" w:rsidRDefault="00982460" w:rsidP="00982460">
      <w:pPr>
        <w:pStyle w:val="Heading1"/>
        <w:spacing w:line="240" w:lineRule="auto"/>
        <w:rPr>
          <w:rFonts w:ascii="Calibri" w:hAnsi="Calibri" w:cs="Calibri"/>
          <w:color w:val="auto"/>
        </w:rPr>
      </w:pPr>
      <w:r w:rsidRPr="008B74D6">
        <w:rPr>
          <w:rFonts w:ascii="Calibri" w:hAnsi="Calibri" w:cs="Calibri"/>
          <w:color w:val="auto"/>
        </w:rPr>
        <w:lastRenderedPageBreak/>
        <w:t xml:space="preserve">Course </w:t>
      </w:r>
      <w:r>
        <w:rPr>
          <w:rFonts w:ascii="Calibri" w:hAnsi="Calibri" w:cs="Calibri"/>
          <w:color w:val="auto"/>
        </w:rPr>
        <w:t>A</w:t>
      </w:r>
      <w:r w:rsidRPr="008B74D6">
        <w:rPr>
          <w:rFonts w:ascii="Calibri" w:hAnsi="Calibri" w:cs="Calibri"/>
          <w:color w:val="auto"/>
        </w:rPr>
        <w:t xml:space="preserve">ssessment </w:t>
      </w:r>
      <w:r>
        <w:rPr>
          <w:rFonts w:ascii="Calibri" w:hAnsi="Calibri" w:cs="Calibri"/>
          <w:color w:val="auto"/>
        </w:rPr>
        <w:t>D</w:t>
      </w:r>
      <w:r w:rsidRPr="008B74D6">
        <w:rPr>
          <w:rFonts w:ascii="Calibri" w:hAnsi="Calibri" w:cs="Calibri"/>
          <w:color w:val="auto"/>
        </w:rPr>
        <w:t xml:space="preserve">escriptions and </w:t>
      </w:r>
      <w:r>
        <w:rPr>
          <w:rFonts w:ascii="Calibri" w:hAnsi="Calibri" w:cs="Calibri"/>
          <w:color w:val="auto"/>
        </w:rPr>
        <w:t>W</w:t>
      </w:r>
      <w:r w:rsidRPr="008B74D6">
        <w:rPr>
          <w:rFonts w:ascii="Calibri" w:hAnsi="Calibri" w:cs="Calibri"/>
          <w:color w:val="auto"/>
        </w:rPr>
        <w:t>eights</w:t>
      </w:r>
    </w:p>
    <w:tbl>
      <w:tblPr>
        <w:tblStyle w:val="TableGrid"/>
        <w:tblW w:w="0" w:type="auto"/>
        <w:tblLook w:val="04A0" w:firstRow="1" w:lastRow="0" w:firstColumn="1" w:lastColumn="0" w:noHBand="0" w:noVBand="1"/>
      </w:tblPr>
      <w:tblGrid>
        <w:gridCol w:w="2065"/>
        <w:gridCol w:w="6565"/>
      </w:tblGrid>
      <w:tr w:rsidR="00982460" w:rsidRPr="008B74D6" w14:paraId="2A44DD50" w14:textId="77777777" w:rsidTr="009A7120">
        <w:trPr>
          <w:tblHeader/>
        </w:trPr>
        <w:tc>
          <w:tcPr>
            <w:tcW w:w="2065" w:type="dxa"/>
          </w:tcPr>
          <w:p w14:paraId="1A9DE92D" w14:textId="77777777" w:rsidR="00982460" w:rsidRPr="008B74D6" w:rsidRDefault="00982460" w:rsidP="00982460">
            <w:pPr>
              <w:rPr>
                <w:rFonts w:ascii="Calibri" w:hAnsi="Calibri" w:cs="Calibri"/>
                <w:b/>
                <w:bCs/>
              </w:rPr>
            </w:pPr>
            <w:r w:rsidRPr="008B74D6">
              <w:rPr>
                <w:rFonts w:ascii="Calibri" w:hAnsi="Calibri" w:cs="Calibri"/>
                <w:b/>
                <w:bCs/>
              </w:rPr>
              <w:t>Assessment</w:t>
            </w:r>
          </w:p>
        </w:tc>
        <w:tc>
          <w:tcPr>
            <w:tcW w:w="6565" w:type="dxa"/>
          </w:tcPr>
          <w:p w14:paraId="37073339" w14:textId="77777777" w:rsidR="00982460" w:rsidRPr="008B74D6" w:rsidRDefault="00982460" w:rsidP="00982460">
            <w:pPr>
              <w:rPr>
                <w:rFonts w:ascii="Calibri" w:hAnsi="Calibri" w:cs="Calibri"/>
                <w:b/>
                <w:bCs/>
              </w:rPr>
            </w:pPr>
            <w:r w:rsidRPr="008B74D6">
              <w:rPr>
                <w:rFonts w:ascii="Calibri" w:hAnsi="Calibri" w:cs="Calibri"/>
                <w:b/>
                <w:bCs/>
              </w:rPr>
              <w:t>Description</w:t>
            </w:r>
          </w:p>
        </w:tc>
      </w:tr>
      <w:tr w:rsidR="00982460" w:rsidRPr="008B74D6" w14:paraId="434BAECF" w14:textId="77777777" w:rsidTr="009A7120">
        <w:tc>
          <w:tcPr>
            <w:tcW w:w="2065" w:type="dxa"/>
            <w:vAlign w:val="center"/>
          </w:tcPr>
          <w:p w14:paraId="2EEB041B" w14:textId="239BF610" w:rsidR="00982460" w:rsidRPr="00982460" w:rsidRDefault="00982460" w:rsidP="00982460">
            <w:pPr>
              <w:rPr>
                <w:rFonts w:ascii="Calibri" w:hAnsi="Calibri" w:cs="Calibri"/>
                <w:b/>
                <w:bCs/>
              </w:rPr>
            </w:pPr>
            <w:r w:rsidRPr="00982460">
              <w:rPr>
                <w:rFonts w:ascii="Calibri" w:hAnsi="Calibri" w:cs="Calibri"/>
                <w:b/>
                <w:bCs/>
              </w:rPr>
              <w:t>Online Participation and Engagement (5%)</w:t>
            </w:r>
          </w:p>
        </w:tc>
        <w:tc>
          <w:tcPr>
            <w:tcW w:w="6565" w:type="dxa"/>
          </w:tcPr>
          <w:p w14:paraId="09094293" w14:textId="77777777" w:rsidR="00982460" w:rsidRPr="008B74D6" w:rsidRDefault="00982460" w:rsidP="00982460">
            <w:pPr>
              <w:rPr>
                <w:rFonts w:ascii="Calibri" w:hAnsi="Calibri" w:cs="Calibri"/>
              </w:rPr>
            </w:pPr>
            <w:r w:rsidRPr="008B74D6">
              <w:rPr>
                <w:rFonts w:ascii="Calibri" w:hAnsi="Calibri" w:cs="Calibri"/>
              </w:rPr>
              <w:t>Students will be expected to be active participants in our online course. This counts as “attendance” and includes completing all coursework, regularly logging into our Canvas site to complete work, checking messages, and participating in discussions. Please note: If you do not complete all coursework and assignments, you will not receive full credit in this category.</w:t>
            </w:r>
          </w:p>
        </w:tc>
      </w:tr>
      <w:tr w:rsidR="00982460" w:rsidRPr="008B74D6" w14:paraId="62452B92" w14:textId="77777777" w:rsidTr="009A7120">
        <w:tc>
          <w:tcPr>
            <w:tcW w:w="2065" w:type="dxa"/>
            <w:vAlign w:val="center"/>
          </w:tcPr>
          <w:p w14:paraId="497E17E3" w14:textId="313B8A19" w:rsidR="00982460" w:rsidRPr="00982460" w:rsidRDefault="00982460" w:rsidP="00982460">
            <w:pPr>
              <w:rPr>
                <w:rFonts w:ascii="Calibri" w:hAnsi="Calibri" w:cs="Calibri"/>
                <w:b/>
                <w:bCs/>
              </w:rPr>
            </w:pPr>
            <w:r w:rsidRPr="00982460">
              <w:rPr>
                <w:rFonts w:ascii="Calibri" w:hAnsi="Calibri" w:cs="Calibri"/>
                <w:b/>
                <w:bCs/>
              </w:rPr>
              <w:t>Checkpoint Activities (25%) – 10 pts each</w:t>
            </w:r>
          </w:p>
        </w:tc>
        <w:tc>
          <w:tcPr>
            <w:tcW w:w="6565" w:type="dxa"/>
          </w:tcPr>
          <w:p w14:paraId="05672D65" w14:textId="77777777" w:rsidR="00982460" w:rsidRPr="008B74D6" w:rsidRDefault="00982460" w:rsidP="00982460">
            <w:pPr>
              <w:rPr>
                <w:rFonts w:ascii="Calibri" w:hAnsi="Calibri" w:cs="Calibri"/>
              </w:rPr>
            </w:pPr>
            <w:r w:rsidRPr="008B74D6">
              <w:rPr>
                <w:rFonts w:ascii="Calibri" w:hAnsi="Calibri" w:cs="Calibri"/>
              </w:rPr>
              <w:t>In Modules 1, 4, and 5, you will encounter different content literacy strategies designed to connect you to a relevant topic. These are the types of activities you should use with your own students to scaffold their understanding of the material in your own classroom. Completing these activities will allow you to see the benefits and challenges and consider modifications to make each literacy strategy work more effectively in your discipline.</w:t>
            </w:r>
          </w:p>
        </w:tc>
      </w:tr>
      <w:tr w:rsidR="00982460" w:rsidRPr="008B74D6" w14:paraId="1482B5B6" w14:textId="77777777" w:rsidTr="009A7120">
        <w:tc>
          <w:tcPr>
            <w:tcW w:w="2065" w:type="dxa"/>
            <w:vAlign w:val="center"/>
          </w:tcPr>
          <w:p w14:paraId="12A55C81" w14:textId="542DA318" w:rsidR="00982460" w:rsidRPr="00982460" w:rsidRDefault="00982460" w:rsidP="00982460">
            <w:pPr>
              <w:rPr>
                <w:rFonts w:ascii="Calibri" w:hAnsi="Calibri" w:cs="Calibri"/>
                <w:b/>
                <w:bCs/>
              </w:rPr>
            </w:pPr>
            <w:r w:rsidRPr="00982460">
              <w:rPr>
                <w:rFonts w:ascii="Calibri" w:hAnsi="Calibri" w:cs="Calibri"/>
                <w:b/>
                <w:bCs/>
              </w:rPr>
              <w:t>Case Studies (20%) – 15 pts each</w:t>
            </w:r>
          </w:p>
        </w:tc>
        <w:tc>
          <w:tcPr>
            <w:tcW w:w="6565" w:type="dxa"/>
          </w:tcPr>
          <w:p w14:paraId="6CDA79E2" w14:textId="77777777" w:rsidR="00982460" w:rsidRPr="008B74D6" w:rsidRDefault="00982460" w:rsidP="00982460">
            <w:pPr>
              <w:rPr>
                <w:rFonts w:ascii="Calibri" w:hAnsi="Calibri" w:cs="Calibri"/>
              </w:rPr>
            </w:pPr>
            <w:r w:rsidRPr="008B74D6">
              <w:rPr>
                <w:rFonts w:ascii="Calibri" w:hAnsi="Calibri" w:cs="Calibri"/>
              </w:rPr>
              <w:t>For the Case Studies in Modules 3 and 5, you will be expected to think critically, analyze problems of practice, and share thoughts and ideas with other future teachers. These case studies are designed to help prepare you for the realities of engaging with disciplinary literacy in your subject area as a future teacher.</w:t>
            </w:r>
          </w:p>
        </w:tc>
      </w:tr>
      <w:tr w:rsidR="00982460" w:rsidRPr="008B74D6" w14:paraId="2C5A8C2F" w14:textId="77777777" w:rsidTr="009A7120">
        <w:tc>
          <w:tcPr>
            <w:tcW w:w="2065" w:type="dxa"/>
            <w:vAlign w:val="center"/>
          </w:tcPr>
          <w:p w14:paraId="7581BC17" w14:textId="75D6AA87" w:rsidR="00982460" w:rsidRPr="00982460" w:rsidRDefault="00982460" w:rsidP="00982460">
            <w:pPr>
              <w:rPr>
                <w:rFonts w:ascii="Calibri" w:hAnsi="Calibri" w:cs="Calibri"/>
                <w:b/>
                <w:bCs/>
              </w:rPr>
            </w:pPr>
            <w:r w:rsidRPr="00982460">
              <w:rPr>
                <w:rFonts w:ascii="Calibri" w:hAnsi="Calibri" w:cs="Calibri"/>
                <w:b/>
                <w:bCs/>
              </w:rPr>
              <w:t>Classroom Applications (20%) – 25 pts each</w:t>
            </w:r>
          </w:p>
        </w:tc>
        <w:tc>
          <w:tcPr>
            <w:tcW w:w="6565" w:type="dxa"/>
          </w:tcPr>
          <w:p w14:paraId="0D19A84F" w14:textId="77777777" w:rsidR="00982460" w:rsidRPr="008B74D6" w:rsidRDefault="00982460" w:rsidP="00982460">
            <w:pPr>
              <w:rPr>
                <w:rFonts w:ascii="Calibri" w:hAnsi="Calibri" w:cs="Calibri"/>
              </w:rPr>
            </w:pPr>
            <w:r w:rsidRPr="008B74D6">
              <w:rPr>
                <w:rFonts w:ascii="Calibri" w:hAnsi="Calibri" w:cs="Calibri"/>
              </w:rPr>
              <w:t>In Modules 1 and 2, you will apply what you have learned to a hypothetical (or actual, if you are currently teaching) classroom setting, which should simulate your desired future teaching context as closely as possible.</w:t>
            </w:r>
          </w:p>
        </w:tc>
      </w:tr>
      <w:tr w:rsidR="00982460" w:rsidRPr="008B74D6" w14:paraId="05632E43" w14:textId="77777777" w:rsidTr="009A7120">
        <w:tc>
          <w:tcPr>
            <w:tcW w:w="2065" w:type="dxa"/>
            <w:vAlign w:val="center"/>
          </w:tcPr>
          <w:p w14:paraId="28C0A45E" w14:textId="475902F1" w:rsidR="00982460" w:rsidRPr="00982460" w:rsidRDefault="00982460" w:rsidP="00982460">
            <w:pPr>
              <w:rPr>
                <w:rFonts w:ascii="Calibri" w:hAnsi="Calibri" w:cs="Calibri"/>
                <w:b/>
                <w:bCs/>
              </w:rPr>
            </w:pPr>
            <w:r w:rsidRPr="00982460">
              <w:rPr>
                <w:rFonts w:ascii="Calibri" w:hAnsi="Calibri" w:cs="Calibri"/>
                <w:b/>
                <w:bCs/>
              </w:rPr>
              <w:t>Capstone Project (30%) – 120 total pts</w:t>
            </w:r>
          </w:p>
        </w:tc>
        <w:tc>
          <w:tcPr>
            <w:tcW w:w="6565" w:type="dxa"/>
          </w:tcPr>
          <w:p w14:paraId="016E73F5" w14:textId="77777777" w:rsidR="00982460" w:rsidRPr="008B74D6" w:rsidRDefault="00982460" w:rsidP="00982460">
            <w:pPr>
              <w:rPr>
                <w:rFonts w:ascii="Calibri" w:hAnsi="Calibri" w:cs="Calibri"/>
              </w:rPr>
            </w:pPr>
            <w:r w:rsidRPr="008B74D6">
              <w:rPr>
                <w:rFonts w:ascii="Calibri" w:hAnsi="Calibri" w:cs="Calibri"/>
              </w:rPr>
              <w:t>In Modules 6,7, and 8, you will be completing four (4) unique tasks in which you will demonstrate and apply your learning of the course content.</w:t>
            </w:r>
          </w:p>
        </w:tc>
      </w:tr>
      <w:tr w:rsidR="00982460" w:rsidRPr="008B74D6" w14:paraId="700DE076" w14:textId="77777777" w:rsidTr="009A7120">
        <w:tc>
          <w:tcPr>
            <w:tcW w:w="2065" w:type="dxa"/>
            <w:vAlign w:val="center"/>
          </w:tcPr>
          <w:p w14:paraId="48F272EB" w14:textId="046B48D7" w:rsidR="00982460" w:rsidRPr="00982460" w:rsidRDefault="00982460" w:rsidP="00982460">
            <w:pPr>
              <w:rPr>
                <w:rFonts w:ascii="Calibri" w:hAnsi="Calibri" w:cs="Calibri"/>
                <w:b/>
                <w:bCs/>
              </w:rPr>
            </w:pPr>
            <w:r w:rsidRPr="00982460">
              <w:rPr>
                <w:rFonts w:ascii="Calibri" w:hAnsi="Calibri" w:cs="Calibri"/>
                <w:b/>
                <w:bCs/>
              </w:rPr>
              <w:t>TEA LEARN (10%) Required Trainings</w:t>
            </w:r>
            <w:r w:rsidR="009A7120">
              <w:rPr>
                <w:rFonts w:ascii="Calibri" w:hAnsi="Calibri" w:cs="Calibri"/>
                <w:b/>
                <w:bCs/>
              </w:rPr>
              <w:t xml:space="preserve"> </w:t>
            </w:r>
          </w:p>
        </w:tc>
        <w:tc>
          <w:tcPr>
            <w:tcW w:w="6565" w:type="dxa"/>
          </w:tcPr>
          <w:p w14:paraId="182F77A6" w14:textId="5A9899F1" w:rsidR="00982460" w:rsidRPr="008B74D6" w:rsidRDefault="00062C8E" w:rsidP="00982460">
            <w:pPr>
              <w:rPr>
                <w:rFonts w:ascii="Calibri" w:hAnsi="Calibri" w:cs="Calibri"/>
              </w:rPr>
            </w:pPr>
            <w:r w:rsidRPr="00062C8E">
              <w:rPr>
                <w:rFonts w:ascii="Calibri" w:hAnsi="Calibri" w:cs="Calibri"/>
              </w:rPr>
              <w:t xml:space="preserve">As part of your preparation to become a certified Texas educator, you are </w:t>
            </w:r>
            <w:proofErr w:type="gramStart"/>
            <w:r w:rsidRPr="00062C8E">
              <w:rPr>
                <w:rFonts w:ascii="Calibri" w:hAnsi="Calibri" w:cs="Calibri"/>
              </w:rPr>
              <w:t>REQUIRED  to</w:t>
            </w:r>
            <w:proofErr w:type="gramEnd"/>
            <w:r w:rsidRPr="00062C8E">
              <w:rPr>
                <w:rFonts w:ascii="Calibri" w:hAnsi="Calibri" w:cs="Calibri"/>
              </w:rPr>
              <w:t xml:space="preserve"> complete two online </w:t>
            </w:r>
            <w:proofErr w:type="gramStart"/>
            <w:r w:rsidRPr="00062C8E">
              <w:rPr>
                <w:rFonts w:ascii="Calibri" w:hAnsi="Calibri" w:cs="Calibri"/>
              </w:rPr>
              <w:t>trainings</w:t>
            </w:r>
            <w:proofErr w:type="gramEnd"/>
            <w:r w:rsidRPr="00062C8E">
              <w:rPr>
                <w:rFonts w:ascii="Calibri" w:hAnsi="Calibri" w:cs="Calibri"/>
              </w:rPr>
              <w:t xml:space="preserve"> through the TEA Learn Platform: These training modules are completed parallel to your coursework to prepare you for the diverse learning needs of Texas students, and they cover required and tested educator standards.</w:t>
            </w:r>
          </w:p>
        </w:tc>
      </w:tr>
    </w:tbl>
    <w:p w14:paraId="5A772E40" w14:textId="77777777" w:rsidR="00982460" w:rsidRPr="008B74D6" w:rsidRDefault="00982460" w:rsidP="00982460">
      <w:pPr>
        <w:pStyle w:val="Heading1"/>
        <w:spacing w:line="240" w:lineRule="auto"/>
        <w:rPr>
          <w:rFonts w:ascii="Calibri" w:hAnsi="Calibri" w:cs="Calibri"/>
          <w:color w:val="auto"/>
        </w:rPr>
      </w:pPr>
      <w:r w:rsidRPr="008B74D6">
        <w:rPr>
          <w:rFonts w:ascii="Calibri" w:hAnsi="Calibri" w:cs="Calibri"/>
          <w:color w:val="auto"/>
        </w:rPr>
        <w:t>Course Assignments with Due Dates</w:t>
      </w:r>
    </w:p>
    <w:tbl>
      <w:tblPr>
        <w:tblStyle w:val="TableGrid"/>
        <w:tblW w:w="0" w:type="auto"/>
        <w:tblLook w:val="04A0" w:firstRow="1" w:lastRow="0" w:firstColumn="1" w:lastColumn="0" w:noHBand="0" w:noVBand="1"/>
      </w:tblPr>
      <w:tblGrid>
        <w:gridCol w:w="500"/>
        <w:gridCol w:w="4085"/>
        <w:gridCol w:w="2610"/>
        <w:gridCol w:w="1435"/>
      </w:tblGrid>
      <w:tr w:rsidR="00982460" w:rsidRPr="008B74D6" w14:paraId="27798CF8" w14:textId="77777777" w:rsidTr="00062C8E">
        <w:trPr>
          <w:tblHeader/>
        </w:trPr>
        <w:tc>
          <w:tcPr>
            <w:tcW w:w="4585" w:type="dxa"/>
            <w:gridSpan w:val="2"/>
          </w:tcPr>
          <w:p w14:paraId="2936351A" w14:textId="77777777" w:rsidR="00982460" w:rsidRPr="008B74D6" w:rsidRDefault="00982460" w:rsidP="00982460">
            <w:pPr>
              <w:rPr>
                <w:rFonts w:ascii="Calibri" w:hAnsi="Calibri" w:cs="Calibri"/>
                <w:b/>
                <w:bCs/>
              </w:rPr>
            </w:pPr>
            <w:r w:rsidRPr="008B74D6">
              <w:rPr>
                <w:rFonts w:ascii="Calibri" w:hAnsi="Calibri" w:cs="Calibri"/>
                <w:b/>
                <w:bCs/>
              </w:rPr>
              <w:t>Module/Topic</w:t>
            </w:r>
          </w:p>
        </w:tc>
        <w:tc>
          <w:tcPr>
            <w:tcW w:w="2610" w:type="dxa"/>
          </w:tcPr>
          <w:p w14:paraId="1F9FF6D8" w14:textId="77777777" w:rsidR="00982460" w:rsidRPr="008B74D6" w:rsidRDefault="00982460" w:rsidP="00982460">
            <w:pPr>
              <w:rPr>
                <w:rFonts w:ascii="Calibri" w:hAnsi="Calibri" w:cs="Calibri"/>
                <w:b/>
                <w:bCs/>
              </w:rPr>
            </w:pPr>
            <w:r w:rsidRPr="008B74D6">
              <w:rPr>
                <w:rFonts w:ascii="Calibri" w:hAnsi="Calibri" w:cs="Calibri"/>
                <w:b/>
                <w:bCs/>
              </w:rPr>
              <w:t>Assignment</w:t>
            </w:r>
          </w:p>
        </w:tc>
        <w:tc>
          <w:tcPr>
            <w:tcW w:w="1435" w:type="dxa"/>
          </w:tcPr>
          <w:p w14:paraId="56CD927C" w14:textId="77777777" w:rsidR="00982460" w:rsidRPr="008B74D6" w:rsidRDefault="00982460" w:rsidP="00982460">
            <w:pPr>
              <w:rPr>
                <w:rFonts w:ascii="Calibri" w:hAnsi="Calibri" w:cs="Calibri"/>
                <w:b/>
                <w:bCs/>
              </w:rPr>
            </w:pPr>
            <w:r w:rsidRPr="008B74D6">
              <w:rPr>
                <w:rFonts w:ascii="Calibri" w:hAnsi="Calibri" w:cs="Calibri"/>
                <w:b/>
                <w:bCs/>
              </w:rPr>
              <w:t>Due Date</w:t>
            </w:r>
          </w:p>
        </w:tc>
      </w:tr>
      <w:tr w:rsidR="00982460" w:rsidRPr="008B74D6" w14:paraId="243607FA" w14:textId="77777777" w:rsidTr="00062C8E">
        <w:tc>
          <w:tcPr>
            <w:tcW w:w="500" w:type="dxa"/>
            <w:vMerge w:val="restart"/>
            <w:vAlign w:val="center"/>
          </w:tcPr>
          <w:p w14:paraId="7D21CB79" w14:textId="2323255A" w:rsidR="00982460" w:rsidRPr="008B74D6" w:rsidRDefault="00982460" w:rsidP="00982460">
            <w:pPr>
              <w:jc w:val="center"/>
              <w:rPr>
                <w:rFonts w:ascii="Calibri" w:hAnsi="Calibri" w:cs="Calibri"/>
              </w:rPr>
            </w:pPr>
            <w:r w:rsidRPr="008B74D6">
              <w:rPr>
                <w:rFonts w:ascii="Calibri" w:hAnsi="Calibri" w:cs="Calibri"/>
              </w:rPr>
              <w:t>1</w:t>
            </w:r>
          </w:p>
        </w:tc>
        <w:tc>
          <w:tcPr>
            <w:tcW w:w="4085" w:type="dxa"/>
            <w:vMerge w:val="restart"/>
            <w:vAlign w:val="center"/>
          </w:tcPr>
          <w:p w14:paraId="1487E8CE" w14:textId="0A14F06F" w:rsidR="00982460" w:rsidRPr="008B74D6" w:rsidRDefault="00982460" w:rsidP="00982460">
            <w:pPr>
              <w:rPr>
                <w:rFonts w:ascii="Calibri" w:hAnsi="Calibri" w:cs="Calibri"/>
              </w:rPr>
            </w:pPr>
            <w:r w:rsidRPr="008B74D6">
              <w:rPr>
                <w:rFonts w:ascii="Calibri" w:hAnsi="Calibri" w:cs="Calibri"/>
              </w:rPr>
              <w:t>Approaches in Disciplinary Literacy</w:t>
            </w:r>
          </w:p>
        </w:tc>
        <w:tc>
          <w:tcPr>
            <w:tcW w:w="2610" w:type="dxa"/>
            <w:vAlign w:val="center"/>
          </w:tcPr>
          <w:p w14:paraId="3CFAE673" w14:textId="77777777" w:rsidR="00982460" w:rsidRPr="008B74D6" w:rsidRDefault="00982460" w:rsidP="00982460">
            <w:pPr>
              <w:rPr>
                <w:rFonts w:ascii="Calibri" w:hAnsi="Calibri" w:cs="Calibri"/>
              </w:rPr>
            </w:pPr>
            <w:r w:rsidRPr="008B74D6">
              <w:rPr>
                <w:rFonts w:ascii="Calibri" w:hAnsi="Calibri" w:cs="Calibri"/>
              </w:rPr>
              <w:t>Checkpoint</w:t>
            </w:r>
          </w:p>
        </w:tc>
        <w:tc>
          <w:tcPr>
            <w:tcW w:w="1435" w:type="dxa"/>
          </w:tcPr>
          <w:p w14:paraId="0067ABCA" w14:textId="77777777" w:rsidR="00982460" w:rsidRPr="008B74D6" w:rsidRDefault="00982460" w:rsidP="00982460">
            <w:pPr>
              <w:rPr>
                <w:rFonts w:ascii="Calibri" w:hAnsi="Calibri" w:cs="Calibri"/>
              </w:rPr>
            </w:pPr>
          </w:p>
        </w:tc>
      </w:tr>
      <w:tr w:rsidR="00982460" w:rsidRPr="008B74D6" w14:paraId="350A5A71" w14:textId="77777777" w:rsidTr="00062C8E">
        <w:tc>
          <w:tcPr>
            <w:tcW w:w="500" w:type="dxa"/>
            <w:vMerge/>
            <w:vAlign w:val="center"/>
          </w:tcPr>
          <w:p w14:paraId="47DCC003" w14:textId="1DA9C38F" w:rsidR="00982460" w:rsidRPr="008B74D6" w:rsidRDefault="00982460" w:rsidP="00982460">
            <w:pPr>
              <w:jc w:val="center"/>
              <w:rPr>
                <w:rFonts w:ascii="Calibri" w:hAnsi="Calibri" w:cs="Calibri"/>
              </w:rPr>
            </w:pPr>
          </w:p>
        </w:tc>
        <w:tc>
          <w:tcPr>
            <w:tcW w:w="4085" w:type="dxa"/>
            <w:vMerge/>
            <w:vAlign w:val="center"/>
          </w:tcPr>
          <w:p w14:paraId="7ABF122C" w14:textId="4620F8EA" w:rsidR="00982460" w:rsidRPr="008B74D6" w:rsidRDefault="00982460" w:rsidP="00982460">
            <w:pPr>
              <w:rPr>
                <w:rFonts w:ascii="Calibri" w:hAnsi="Calibri" w:cs="Calibri"/>
              </w:rPr>
            </w:pPr>
          </w:p>
        </w:tc>
        <w:tc>
          <w:tcPr>
            <w:tcW w:w="2610" w:type="dxa"/>
            <w:vAlign w:val="center"/>
          </w:tcPr>
          <w:p w14:paraId="0F290F15" w14:textId="77777777" w:rsidR="00982460" w:rsidRPr="008B74D6" w:rsidRDefault="00982460" w:rsidP="00982460">
            <w:pPr>
              <w:rPr>
                <w:rFonts w:ascii="Calibri" w:hAnsi="Calibri" w:cs="Calibri"/>
              </w:rPr>
            </w:pPr>
            <w:r w:rsidRPr="008B74D6">
              <w:rPr>
                <w:rFonts w:ascii="Calibri" w:hAnsi="Calibri" w:cs="Calibri"/>
              </w:rPr>
              <w:t>Classroom Application</w:t>
            </w:r>
          </w:p>
        </w:tc>
        <w:tc>
          <w:tcPr>
            <w:tcW w:w="1435" w:type="dxa"/>
          </w:tcPr>
          <w:p w14:paraId="35345E17" w14:textId="77777777" w:rsidR="00982460" w:rsidRPr="008B74D6" w:rsidRDefault="00982460" w:rsidP="00982460">
            <w:pPr>
              <w:rPr>
                <w:rFonts w:ascii="Calibri" w:hAnsi="Calibri" w:cs="Calibri"/>
              </w:rPr>
            </w:pPr>
          </w:p>
        </w:tc>
      </w:tr>
      <w:tr w:rsidR="00982460" w:rsidRPr="008B74D6" w14:paraId="4D3F8BF4" w14:textId="77777777" w:rsidTr="00062C8E">
        <w:tc>
          <w:tcPr>
            <w:tcW w:w="500" w:type="dxa"/>
            <w:vAlign w:val="center"/>
          </w:tcPr>
          <w:p w14:paraId="693C82D4" w14:textId="77777777" w:rsidR="00982460" w:rsidRPr="008B74D6" w:rsidRDefault="00982460" w:rsidP="00982460">
            <w:pPr>
              <w:jc w:val="center"/>
              <w:rPr>
                <w:rFonts w:ascii="Calibri" w:hAnsi="Calibri" w:cs="Calibri"/>
              </w:rPr>
            </w:pPr>
            <w:r w:rsidRPr="008B74D6">
              <w:rPr>
                <w:rFonts w:ascii="Calibri" w:hAnsi="Calibri" w:cs="Calibri"/>
              </w:rPr>
              <w:t>2</w:t>
            </w:r>
          </w:p>
        </w:tc>
        <w:tc>
          <w:tcPr>
            <w:tcW w:w="4085" w:type="dxa"/>
            <w:vAlign w:val="center"/>
          </w:tcPr>
          <w:p w14:paraId="517400CA" w14:textId="77777777" w:rsidR="00982460" w:rsidRPr="008B74D6" w:rsidRDefault="00982460" w:rsidP="00982460">
            <w:pPr>
              <w:rPr>
                <w:rFonts w:ascii="Calibri" w:hAnsi="Calibri" w:cs="Calibri"/>
              </w:rPr>
            </w:pPr>
            <w:r w:rsidRPr="008B74D6">
              <w:rPr>
                <w:rFonts w:ascii="Calibri" w:hAnsi="Calibri" w:cs="Calibri"/>
              </w:rPr>
              <w:t>Disciplines as Sociocultural Communities</w:t>
            </w:r>
          </w:p>
        </w:tc>
        <w:tc>
          <w:tcPr>
            <w:tcW w:w="2610" w:type="dxa"/>
            <w:vAlign w:val="center"/>
          </w:tcPr>
          <w:p w14:paraId="6A4F364C" w14:textId="77777777" w:rsidR="00982460" w:rsidRPr="008B74D6" w:rsidRDefault="00982460" w:rsidP="00982460">
            <w:pPr>
              <w:rPr>
                <w:rFonts w:ascii="Calibri" w:hAnsi="Calibri" w:cs="Calibri"/>
              </w:rPr>
            </w:pPr>
            <w:r w:rsidRPr="008B74D6">
              <w:rPr>
                <w:rFonts w:ascii="Calibri" w:hAnsi="Calibri" w:cs="Calibri"/>
              </w:rPr>
              <w:t>Classroom Application</w:t>
            </w:r>
          </w:p>
        </w:tc>
        <w:tc>
          <w:tcPr>
            <w:tcW w:w="1435" w:type="dxa"/>
          </w:tcPr>
          <w:p w14:paraId="7BE2F78B" w14:textId="77777777" w:rsidR="00982460" w:rsidRPr="008B74D6" w:rsidRDefault="00982460" w:rsidP="00982460">
            <w:pPr>
              <w:rPr>
                <w:rFonts w:ascii="Calibri" w:hAnsi="Calibri" w:cs="Calibri"/>
              </w:rPr>
            </w:pPr>
          </w:p>
        </w:tc>
      </w:tr>
      <w:tr w:rsidR="00982460" w:rsidRPr="008B74D6" w14:paraId="100D37C5" w14:textId="77777777" w:rsidTr="00062C8E">
        <w:tc>
          <w:tcPr>
            <w:tcW w:w="500" w:type="dxa"/>
            <w:vAlign w:val="center"/>
          </w:tcPr>
          <w:p w14:paraId="19E8DE3E" w14:textId="77777777" w:rsidR="00982460" w:rsidRPr="008B74D6" w:rsidRDefault="00982460" w:rsidP="00982460">
            <w:pPr>
              <w:jc w:val="center"/>
              <w:rPr>
                <w:rFonts w:ascii="Calibri" w:hAnsi="Calibri" w:cs="Calibri"/>
              </w:rPr>
            </w:pPr>
            <w:r w:rsidRPr="008B74D6">
              <w:rPr>
                <w:rFonts w:ascii="Calibri" w:hAnsi="Calibri" w:cs="Calibri"/>
              </w:rPr>
              <w:t>3</w:t>
            </w:r>
          </w:p>
        </w:tc>
        <w:tc>
          <w:tcPr>
            <w:tcW w:w="4085" w:type="dxa"/>
            <w:vAlign w:val="center"/>
          </w:tcPr>
          <w:p w14:paraId="15A2B8C2" w14:textId="77777777" w:rsidR="00982460" w:rsidRPr="008B74D6" w:rsidRDefault="00982460" w:rsidP="00982460">
            <w:pPr>
              <w:rPr>
                <w:rFonts w:ascii="Calibri" w:hAnsi="Calibri" w:cs="Calibri"/>
              </w:rPr>
            </w:pPr>
            <w:r w:rsidRPr="008B74D6">
              <w:rPr>
                <w:rFonts w:ascii="Calibri" w:hAnsi="Calibri" w:cs="Calibri"/>
              </w:rPr>
              <w:t>Asset-Based Pedagogies</w:t>
            </w:r>
          </w:p>
        </w:tc>
        <w:tc>
          <w:tcPr>
            <w:tcW w:w="2610" w:type="dxa"/>
            <w:vAlign w:val="center"/>
          </w:tcPr>
          <w:p w14:paraId="1E96A1DA" w14:textId="77777777" w:rsidR="00982460" w:rsidRPr="008B74D6" w:rsidRDefault="00982460" w:rsidP="00982460">
            <w:pPr>
              <w:rPr>
                <w:rFonts w:ascii="Calibri" w:hAnsi="Calibri" w:cs="Calibri"/>
              </w:rPr>
            </w:pPr>
            <w:r w:rsidRPr="008B74D6">
              <w:rPr>
                <w:rFonts w:ascii="Calibri" w:hAnsi="Calibri" w:cs="Calibri"/>
              </w:rPr>
              <w:t>Case Study</w:t>
            </w:r>
          </w:p>
        </w:tc>
        <w:tc>
          <w:tcPr>
            <w:tcW w:w="1435" w:type="dxa"/>
          </w:tcPr>
          <w:p w14:paraId="13CBE497" w14:textId="77777777" w:rsidR="00982460" w:rsidRPr="008B74D6" w:rsidRDefault="00982460" w:rsidP="00982460">
            <w:pPr>
              <w:rPr>
                <w:rFonts w:ascii="Calibri" w:hAnsi="Calibri" w:cs="Calibri"/>
              </w:rPr>
            </w:pPr>
          </w:p>
        </w:tc>
      </w:tr>
      <w:tr w:rsidR="00982460" w:rsidRPr="008B74D6" w14:paraId="24388E6D" w14:textId="77777777" w:rsidTr="00062C8E">
        <w:tc>
          <w:tcPr>
            <w:tcW w:w="500" w:type="dxa"/>
            <w:vAlign w:val="center"/>
          </w:tcPr>
          <w:p w14:paraId="66213BE8" w14:textId="77777777" w:rsidR="00982460" w:rsidRPr="008B74D6" w:rsidRDefault="00982460" w:rsidP="00982460">
            <w:pPr>
              <w:jc w:val="center"/>
              <w:rPr>
                <w:rFonts w:ascii="Calibri" w:hAnsi="Calibri" w:cs="Calibri"/>
              </w:rPr>
            </w:pPr>
            <w:r w:rsidRPr="008B74D6">
              <w:rPr>
                <w:rFonts w:ascii="Calibri" w:hAnsi="Calibri" w:cs="Calibri"/>
              </w:rPr>
              <w:t>4</w:t>
            </w:r>
          </w:p>
        </w:tc>
        <w:tc>
          <w:tcPr>
            <w:tcW w:w="4085" w:type="dxa"/>
            <w:vAlign w:val="center"/>
          </w:tcPr>
          <w:p w14:paraId="24042E17" w14:textId="77777777" w:rsidR="00982460" w:rsidRPr="008B74D6" w:rsidRDefault="00982460" w:rsidP="00982460">
            <w:pPr>
              <w:rPr>
                <w:rFonts w:ascii="Calibri" w:hAnsi="Calibri" w:cs="Calibri"/>
              </w:rPr>
            </w:pPr>
            <w:r w:rsidRPr="008B74D6">
              <w:rPr>
                <w:rFonts w:ascii="Calibri" w:hAnsi="Calibri" w:cs="Calibri"/>
              </w:rPr>
              <w:t>Indigenous Knowledge and Experiences</w:t>
            </w:r>
          </w:p>
        </w:tc>
        <w:tc>
          <w:tcPr>
            <w:tcW w:w="2610" w:type="dxa"/>
            <w:vAlign w:val="center"/>
          </w:tcPr>
          <w:p w14:paraId="4F68F708" w14:textId="77777777" w:rsidR="00982460" w:rsidRPr="008B74D6" w:rsidRDefault="00982460" w:rsidP="00982460">
            <w:pPr>
              <w:rPr>
                <w:rFonts w:ascii="Calibri" w:hAnsi="Calibri" w:cs="Calibri"/>
              </w:rPr>
            </w:pPr>
            <w:r w:rsidRPr="008B74D6">
              <w:rPr>
                <w:rFonts w:ascii="Calibri" w:hAnsi="Calibri" w:cs="Calibri"/>
              </w:rPr>
              <w:t>Checkpoint</w:t>
            </w:r>
          </w:p>
        </w:tc>
        <w:tc>
          <w:tcPr>
            <w:tcW w:w="1435" w:type="dxa"/>
          </w:tcPr>
          <w:p w14:paraId="08D9BD1C" w14:textId="77777777" w:rsidR="00982460" w:rsidRPr="008B74D6" w:rsidRDefault="00982460" w:rsidP="00982460">
            <w:pPr>
              <w:rPr>
                <w:rFonts w:ascii="Calibri" w:hAnsi="Calibri" w:cs="Calibri"/>
              </w:rPr>
            </w:pPr>
          </w:p>
        </w:tc>
      </w:tr>
      <w:tr w:rsidR="00982460" w:rsidRPr="008B74D6" w14:paraId="301B23F7" w14:textId="77777777" w:rsidTr="00062C8E">
        <w:tc>
          <w:tcPr>
            <w:tcW w:w="500" w:type="dxa"/>
            <w:vMerge w:val="restart"/>
            <w:vAlign w:val="center"/>
          </w:tcPr>
          <w:p w14:paraId="28BCA85E" w14:textId="60AA716B" w:rsidR="00982460" w:rsidRPr="008B74D6" w:rsidRDefault="00982460" w:rsidP="00982460">
            <w:pPr>
              <w:jc w:val="center"/>
              <w:rPr>
                <w:rFonts w:ascii="Calibri" w:hAnsi="Calibri" w:cs="Calibri"/>
              </w:rPr>
            </w:pPr>
            <w:r w:rsidRPr="008B74D6">
              <w:rPr>
                <w:rFonts w:ascii="Calibri" w:hAnsi="Calibri" w:cs="Calibri"/>
              </w:rPr>
              <w:t>5</w:t>
            </w:r>
          </w:p>
        </w:tc>
        <w:tc>
          <w:tcPr>
            <w:tcW w:w="4085" w:type="dxa"/>
            <w:vMerge w:val="restart"/>
            <w:vAlign w:val="center"/>
          </w:tcPr>
          <w:p w14:paraId="6893DD89" w14:textId="4DF2BDB0" w:rsidR="00982460" w:rsidRPr="008B74D6" w:rsidRDefault="00982460" w:rsidP="00982460">
            <w:pPr>
              <w:rPr>
                <w:rFonts w:ascii="Calibri" w:hAnsi="Calibri" w:cs="Calibri"/>
              </w:rPr>
            </w:pPr>
            <w:r w:rsidRPr="008B74D6">
              <w:rPr>
                <w:rFonts w:ascii="Calibri" w:hAnsi="Calibri" w:cs="Calibri"/>
              </w:rPr>
              <w:t>Disciplinary Deep Dive</w:t>
            </w:r>
          </w:p>
        </w:tc>
        <w:tc>
          <w:tcPr>
            <w:tcW w:w="2610" w:type="dxa"/>
            <w:vAlign w:val="center"/>
          </w:tcPr>
          <w:p w14:paraId="0BA6C43D" w14:textId="77777777" w:rsidR="00982460" w:rsidRPr="008B74D6" w:rsidRDefault="00982460" w:rsidP="00982460">
            <w:pPr>
              <w:rPr>
                <w:rFonts w:ascii="Calibri" w:hAnsi="Calibri" w:cs="Calibri"/>
              </w:rPr>
            </w:pPr>
            <w:r w:rsidRPr="008B74D6">
              <w:rPr>
                <w:rFonts w:ascii="Calibri" w:hAnsi="Calibri" w:cs="Calibri"/>
              </w:rPr>
              <w:t>Checkpoint</w:t>
            </w:r>
          </w:p>
        </w:tc>
        <w:tc>
          <w:tcPr>
            <w:tcW w:w="1435" w:type="dxa"/>
          </w:tcPr>
          <w:p w14:paraId="17C3081E" w14:textId="77777777" w:rsidR="00982460" w:rsidRPr="008B74D6" w:rsidRDefault="00982460" w:rsidP="00982460">
            <w:pPr>
              <w:rPr>
                <w:rFonts w:ascii="Calibri" w:hAnsi="Calibri" w:cs="Calibri"/>
              </w:rPr>
            </w:pPr>
          </w:p>
        </w:tc>
      </w:tr>
      <w:tr w:rsidR="00982460" w:rsidRPr="008B74D6" w14:paraId="4E3353E7" w14:textId="77777777" w:rsidTr="00062C8E">
        <w:tc>
          <w:tcPr>
            <w:tcW w:w="500" w:type="dxa"/>
            <w:vMerge/>
            <w:vAlign w:val="center"/>
          </w:tcPr>
          <w:p w14:paraId="1C3F95FF" w14:textId="22F9C65E" w:rsidR="00982460" w:rsidRPr="008B74D6" w:rsidRDefault="00982460" w:rsidP="00982460">
            <w:pPr>
              <w:jc w:val="center"/>
              <w:rPr>
                <w:rFonts w:ascii="Calibri" w:hAnsi="Calibri" w:cs="Calibri"/>
              </w:rPr>
            </w:pPr>
          </w:p>
        </w:tc>
        <w:tc>
          <w:tcPr>
            <w:tcW w:w="4085" w:type="dxa"/>
            <w:vMerge/>
            <w:vAlign w:val="center"/>
          </w:tcPr>
          <w:p w14:paraId="4E6A1441" w14:textId="6659121E" w:rsidR="00982460" w:rsidRPr="008B74D6" w:rsidRDefault="00982460" w:rsidP="00982460">
            <w:pPr>
              <w:rPr>
                <w:rFonts w:ascii="Calibri" w:hAnsi="Calibri" w:cs="Calibri"/>
              </w:rPr>
            </w:pPr>
          </w:p>
        </w:tc>
        <w:tc>
          <w:tcPr>
            <w:tcW w:w="2610" w:type="dxa"/>
            <w:vAlign w:val="center"/>
          </w:tcPr>
          <w:p w14:paraId="5697D96E" w14:textId="77777777" w:rsidR="00982460" w:rsidRPr="008B74D6" w:rsidRDefault="00982460" w:rsidP="00982460">
            <w:pPr>
              <w:rPr>
                <w:rFonts w:ascii="Calibri" w:hAnsi="Calibri" w:cs="Calibri"/>
              </w:rPr>
            </w:pPr>
            <w:r w:rsidRPr="008B74D6">
              <w:rPr>
                <w:rFonts w:ascii="Calibri" w:hAnsi="Calibri" w:cs="Calibri"/>
              </w:rPr>
              <w:t>Case Study</w:t>
            </w:r>
          </w:p>
        </w:tc>
        <w:tc>
          <w:tcPr>
            <w:tcW w:w="1435" w:type="dxa"/>
          </w:tcPr>
          <w:p w14:paraId="1A7D264F" w14:textId="77777777" w:rsidR="00982460" w:rsidRPr="008B74D6" w:rsidRDefault="00982460" w:rsidP="00982460">
            <w:pPr>
              <w:rPr>
                <w:rFonts w:ascii="Calibri" w:hAnsi="Calibri" w:cs="Calibri"/>
              </w:rPr>
            </w:pPr>
          </w:p>
        </w:tc>
      </w:tr>
      <w:tr w:rsidR="00982460" w:rsidRPr="008B74D6" w14:paraId="3476BD00" w14:textId="77777777" w:rsidTr="00062C8E">
        <w:tc>
          <w:tcPr>
            <w:tcW w:w="500" w:type="dxa"/>
            <w:vMerge w:val="restart"/>
            <w:vAlign w:val="center"/>
          </w:tcPr>
          <w:p w14:paraId="2226AF65" w14:textId="4714DF8A" w:rsidR="00982460" w:rsidRPr="008B74D6" w:rsidRDefault="00982460" w:rsidP="00982460">
            <w:pPr>
              <w:jc w:val="center"/>
              <w:rPr>
                <w:rFonts w:ascii="Calibri" w:hAnsi="Calibri" w:cs="Calibri"/>
              </w:rPr>
            </w:pPr>
            <w:r w:rsidRPr="008B74D6">
              <w:rPr>
                <w:rFonts w:ascii="Calibri" w:hAnsi="Calibri" w:cs="Calibri"/>
              </w:rPr>
              <w:t>6</w:t>
            </w:r>
          </w:p>
        </w:tc>
        <w:tc>
          <w:tcPr>
            <w:tcW w:w="4085" w:type="dxa"/>
            <w:vMerge w:val="restart"/>
            <w:vAlign w:val="center"/>
          </w:tcPr>
          <w:p w14:paraId="41236D70" w14:textId="216358D7" w:rsidR="00982460" w:rsidRPr="008B74D6" w:rsidRDefault="00982460" w:rsidP="00982460">
            <w:pPr>
              <w:rPr>
                <w:rFonts w:ascii="Calibri" w:hAnsi="Calibri" w:cs="Calibri"/>
              </w:rPr>
            </w:pPr>
            <w:r w:rsidRPr="008B74D6">
              <w:rPr>
                <w:rFonts w:ascii="Calibri" w:hAnsi="Calibri" w:cs="Calibri"/>
              </w:rPr>
              <w:t>Disciplinary Literacy Pedagogy</w:t>
            </w:r>
          </w:p>
        </w:tc>
        <w:tc>
          <w:tcPr>
            <w:tcW w:w="2610" w:type="dxa"/>
            <w:vAlign w:val="center"/>
          </w:tcPr>
          <w:p w14:paraId="072A40ED" w14:textId="77777777" w:rsidR="00982460" w:rsidRPr="008B74D6" w:rsidRDefault="00982460" w:rsidP="00982460">
            <w:pPr>
              <w:rPr>
                <w:rFonts w:ascii="Calibri" w:hAnsi="Calibri" w:cs="Calibri"/>
              </w:rPr>
            </w:pPr>
            <w:r w:rsidRPr="008B74D6">
              <w:rPr>
                <w:rFonts w:ascii="Calibri" w:hAnsi="Calibri" w:cs="Calibri"/>
              </w:rPr>
              <w:t>Capstone Part 1a</w:t>
            </w:r>
          </w:p>
        </w:tc>
        <w:tc>
          <w:tcPr>
            <w:tcW w:w="1435" w:type="dxa"/>
          </w:tcPr>
          <w:p w14:paraId="7B097266" w14:textId="77777777" w:rsidR="00982460" w:rsidRPr="008B74D6" w:rsidRDefault="00982460" w:rsidP="00982460">
            <w:pPr>
              <w:rPr>
                <w:rFonts w:ascii="Calibri" w:hAnsi="Calibri" w:cs="Calibri"/>
              </w:rPr>
            </w:pPr>
          </w:p>
        </w:tc>
      </w:tr>
      <w:tr w:rsidR="00982460" w:rsidRPr="008B74D6" w14:paraId="7E4F324F" w14:textId="77777777" w:rsidTr="00062C8E">
        <w:tc>
          <w:tcPr>
            <w:tcW w:w="500" w:type="dxa"/>
            <w:vMerge/>
            <w:vAlign w:val="center"/>
          </w:tcPr>
          <w:p w14:paraId="4A3D6BE9" w14:textId="7C11E28A" w:rsidR="00982460" w:rsidRPr="008B74D6" w:rsidRDefault="00982460" w:rsidP="00982460">
            <w:pPr>
              <w:jc w:val="center"/>
              <w:rPr>
                <w:rFonts w:ascii="Calibri" w:hAnsi="Calibri" w:cs="Calibri"/>
              </w:rPr>
            </w:pPr>
          </w:p>
        </w:tc>
        <w:tc>
          <w:tcPr>
            <w:tcW w:w="4085" w:type="dxa"/>
            <w:vMerge/>
            <w:vAlign w:val="center"/>
          </w:tcPr>
          <w:p w14:paraId="3161AB5A" w14:textId="155CBA4A" w:rsidR="00982460" w:rsidRPr="008B74D6" w:rsidRDefault="00982460" w:rsidP="00982460">
            <w:pPr>
              <w:rPr>
                <w:rFonts w:ascii="Calibri" w:hAnsi="Calibri" w:cs="Calibri"/>
              </w:rPr>
            </w:pPr>
          </w:p>
        </w:tc>
        <w:tc>
          <w:tcPr>
            <w:tcW w:w="2610" w:type="dxa"/>
            <w:vAlign w:val="center"/>
          </w:tcPr>
          <w:p w14:paraId="0AF77025" w14:textId="77777777" w:rsidR="00982460" w:rsidRPr="008B74D6" w:rsidRDefault="00982460" w:rsidP="00982460">
            <w:pPr>
              <w:rPr>
                <w:rFonts w:ascii="Calibri" w:hAnsi="Calibri" w:cs="Calibri"/>
              </w:rPr>
            </w:pPr>
            <w:r w:rsidRPr="008B74D6">
              <w:rPr>
                <w:rFonts w:ascii="Calibri" w:hAnsi="Calibri" w:cs="Calibri"/>
              </w:rPr>
              <w:t>Capstone Part 1b</w:t>
            </w:r>
          </w:p>
        </w:tc>
        <w:tc>
          <w:tcPr>
            <w:tcW w:w="1435" w:type="dxa"/>
          </w:tcPr>
          <w:p w14:paraId="5195E3C1" w14:textId="77777777" w:rsidR="00982460" w:rsidRPr="008B74D6" w:rsidRDefault="00982460" w:rsidP="00982460">
            <w:pPr>
              <w:rPr>
                <w:rFonts w:ascii="Calibri" w:hAnsi="Calibri" w:cs="Calibri"/>
              </w:rPr>
            </w:pPr>
          </w:p>
        </w:tc>
      </w:tr>
      <w:tr w:rsidR="00982460" w:rsidRPr="008B74D6" w14:paraId="3699762E" w14:textId="77777777" w:rsidTr="00062C8E">
        <w:tc>
          <w:tcPr>
            <w:tcW w:w="500" w:type="dxa"/>
            <w:vAlign w:val="center"/>
          </w:tcPr>
          <w:p w14:paraId="3F4A00AD" w14:textId="77777777" w:rsidR="00982460" w:rsidRPr="008B74D6" w:rsidRDefault="00982460" w:rsidP="00982460">
            <w:pPr>
              <w:jc w:val="center"/>
              <w:rPr>
                <w:rFonts w:ascii="Calibri" w:hAnsi="Calibri" w:cs="Calibri"/>
              </w:rPr>
            </w:pPr>
            <w:r w:rsidRPr="008B74D6">
              <w:rPr>
                <w:rFonts w:ascii="Calibri" w:hAnsi="Calibri" w:cs="Calibri"/>
              </w:rPr>
              <w:t>7</w:t>
            </w:r>
          </w:p>
        </w:tc>
        <w:tc>
          <w:tcPr>
            <w:tcW w:w="4085" w:type="dxa"/>
            <w:vAlign w:val="center"/>
          </w:tcPr>
          <w:p w14:paraId="1508CFFB" w14:textId="77777777" w:rsidR="00982460" w:rsidRPr="008B74D6" w:rsidRDefault="00982460" w:rsidP="00982460">
            <w:pPr>
              <w:rPr>
                <w:rFonts w:ascii="Calibri" w:hAnsi="Calibri" w:cs="Calibri"/>
              </w:rPr>
            </w:pPr>
            <w:r w:rsidRPr="008B74D6">
              <w:rPr>
                <w:rFonts w:ascii="Calibri" w:hAnsi="Calibri" w:cs="Calibri"/>
              </w:rPr>
              <w:t>Designing for Disciplinary Teaching</w:t>
            </w:r>
          </w:p>
        </w:tc>
        <w:tc>
          <w:tcPr>
            <w:tcW w:w="2610" w:type="dxa"/>
            <w:vAlign w:val="center"/>
          </w:tcPr>
          <w:p w14:paraId="0E1F8F94" w14:textId="77777777" w:rsidR="00982460" w:rsidRPr="008B74D6" w:rsidRDefault="00982460" w:rsidP="00982460">
            <w:pPr>
              <w:rPr>
                <w:rFonts w:ascii="Calibri" w:hAnsi="Calibri" w:cs="Calibri"/>
              </w:rPr>
            </w:pPr>
            <w:r w:rsidRPr="008B74D6">
              <w:rPr>
                <w:rFonts w:ascii="Calibri" w:hAnsi="Calibri" w:cs="Calibri"/>
              </w:rPr>
              <w:t>Capstone Part 2</w:t>
            </w:r>
          </w:p>
        </w:tc>
        <w:tc>
          <w:tcPr>
            <w:tcW w:w="1435" w:type="dxa"/>
          </w:tcPr>
          <w:p w14:paraId="6BD3C780" w14:textId="77777777" w:rsidR="00982460" w:rsidRPr="008B74D6" w:rsidRDefault="00982460" w:rsidP="00982460">
            <w:pPr>
              <w:rPr>
                <w:rFonts w:ascii="Calibri" w:hAnsi="Calibri" w:cs="Calibri"/>
              </w:rPr>
            </w:pPr>
          </w:p>
        </w:tc>
      </w:tr>
      <w:tr w:rsidR="00982460" w:rsidRPr="008B74D6" w14:paraId="4063880B" w14:textId="77777777" w:rsidTr="00062C8E">
        <w:tc>
          <w:tcPr>
            <w:tcW w:w="500" w:type="dxa"/>
          </w:tcPr>
          <w:p w14:paraId="3857A624" w14:textId="77777777" w:rsidR="00982460" w:rsidRPr="008B74D6" w:rsidRDefault="00982460" w:rsidP="00062C8E">
            <w:pPr>
              <w:jc w:val="center"/>
              <w:rPr>
                <w:rFonts w:ascii="Calibri" w:hAnsi="Calibri" w:cs="Calibri"/>
              </w:rPr>
            </w:pPr>
            <w:r w:rsidRPr="008B74D6">
              <w:rPr>
                <w:rFonts w:ascii="Calibri" w:hAnsi="Calibri" w:cs="Calibri"/>
              </w:rPr>
              <w:t>8</w:t>
            </w:r>
          </w:p>
        </w:tc>
        <w:tc>
          <w:tcPr>
            <w:tcW w:w="4085" w:type="dxa"/>
          </w:tcPr>
          <w:p w14:paraId="158D8E58" w14:textId="77777777" w:rsidR="00982460" w:rsidRPr="008B74D6" w:rsidRDefault="00982460" w:rsidP="00982460">
            <w:pPr>
              <w:rPr>
                <w:rFonts w:ascii="Calibri" w:hAnsi="Calibri" w:cs="Calibri"/>
              </w:rPr>
            </w:pPr>
            <w:r w:rsidRPr="008B74D6">
              <w:rPr>
                <w:rFonts w:ascii="Calibri" w:hAnsi="Calibri" w:cs="Calibri"/>
              </w:rPr>
              <w:t>Interdisciplinarity</w:t>
            </w:r>
          </w:p>
        </w:tc>
        <w:tc>
          <w:tcPr>
            <w:tcW w:w="2610" w:type="dxa"/>
          </w:tcPr>
          <w:p w14:paraId="729A8295" w14:textId="77777777" w:rsidR="00982460" w:rsidRPr="008B74D6" w:rsidRDefault="00982460" w:rsidP="00982460">
            <w:pPr>
              <w:rPr>
                <w:rFonts w:ascii="Calibri" w:hAnsi="Calibri" w:cs="Calibri"/>
              </w:rPr>
            </w:pPr>
            <w:r w:rsidRPr="008B74D6">
              <w:rPr>
                <w:rFonts w:ascii="Calibri" w:hAnsi="Calibri" w:cs="Calibri"/>
              </w:rPr>
              <w:t>Capstone Part 3</w:t>
            </w:r>
          </w:p>
        </w:tc>
        <w:tc>
          <w:tcPr>
            <w:tcW w:w="1435" w:type="dxa"/>
          </w:tcPr>
          <w:p w14:paraId="2C908C4F" w14:textId="77777777" w:rsidR="00982460" w:rsidRPr="008B74D6" w:rsidRDefault="00982460" w:rsidP="00982460">
            <w:pPr>
              <w:rPr>
                <w:rFonts w:ascii="Calibri" w:hAnsi="Calibri" w:cs="Calibri"/>
              </w:rPr>
            </w:pPr>
          </w:p>
        </w:tc>
      </w:tr>
    </w:tbl>
    <w:p w14:paraId="7A09B5B0" w14:textId="140478B9" w:rsidR="00DB7E7C" w:rsidRPr="008B74D6" w:rsidRDefault="00982460" w:rsidP="00982460">
      <w:pPr>
        <w:spacing w:after="0" w:line="240" w:lineRule="auto"/>
        <w:ind w:left="-270"/>
        <w:rPr>
          <w:rFonts w:ascii="Calibri" w:hAnsi="Calibri" w:cs="Calibri"/>
        </w:rPr>
      </w:pPr>
      <w:r>
        <w:rPr>
          <w:rFonts w:ascii="Calibri" w:hAnsi="Calibri" w:cs="Calibri"/>
          <w:b/>
        </w:rPr>
        <w:lastRenderedPageBreak/>
        <w:t>B</w:t>
      </w:r>
      <w:r w:rsidR="00261B03" w:rsidRPr="008B74D6">
        <w:rPr>
          <w:rFonts w:ascii="Calibri" w:hAnsi="Calibri" w:cs="Calibri"/>
          <w:b/>
        </w:rPr>
        <w:t>IBLIOGRAPHY</w:t>
      </w:r>
    </w:p>
    <w:p w14:paraId="618C2256"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Chandler-Olcott, K. (2017). Disciplinary literacy and multimodal text design in physical education. </w:t>
      </w:r>
      <w:r w:rsidRPr="00982460">
        <w:rPr>
          <w:rFonts w:ascii="Calibri" w:hAnsi="Calibri" w:cs="Calibri"/>
          <w:i/>
        </w:rPr>
        <w:t>Literacy, 51</w:t>
      </w:r>
      <w:r w:rsidRPr="00982460">
        <w:rPr>
          <w:rFonts w:ascii="Calibri" w:hAnsi="Calibri" w:cs="Calibri"/>
        </w:rPr>
        <w:t>(3), 147–153.​</w:t>
      </w:r>
    </w:p>
    <w:p w14:paraId="580E31C1"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Cervetti, G., &amp; Pearson, P. (2012). Reading, writing, and thinking like a scientist. </w:t>
      </w:r>
      <w:r w:rsidRPr="00982460">
        <w:rPr>
          <w:rFonts w:ascii="Calibri" w:hAnsi="Calibri" w:cs="Calibri"/>
          <w:i/>
        </w:rPr>
        <w:t>Journal of Adolescent &amp; Adult Literacy, 55</w:t>
      </w:r>
      <w:r w:rsidRPr="00982460">
        <w:rPr>
          <w:rFonts w:ascii="Calibri" w:hAnsi="Calibri" w:cs="Calibri"/>
        </w:rPr>
        <w:t>(7), 580–586.​</w:t>
      </w:r>
    </w:p>
    <w:p w14:paraId="3397A443"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Damico, J., Baildon, M., Exter, M., &amp; Guo, S.-J. (2009). Where we read from matters: Disciplinary literacy in a ninth-grade social studies classroom. </w:t>
      </w:r>
      <w:r w:rsidRPr="00982460">
        <w:rPr>
          <w:rFonts w:ascii="Calibri" w:hAnsi="Calibri" w:cs="Calibri"/>
          <w:i/>
        </w:rPr>
        <w:t>Journal of Adolescent &amp; Adult Literacy, 53</w:t>
      </w:r>
      <w:r w:rsidRPr="00982460">
        <w:rPr>
          <w:rFonts w:ascii="Calibri" w:hAnsi="Calibri" w:cs="Calibri"/>
        </w:rPr>
        <w:t>(4), 325–335.​</w:t>
      </w:r>
    </w:p>
    <w:p w14:paraId="5B856E70"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Danielsson, K., &amp; Selander, S. (2016). Reading multimodal texts for learning: A model for cultivating multimodal literacy. </w:t>
      </w:r>
      <w:r w:rsidRPr="00982460">
        <w:rPr>
          <w:rFonts w:ascii="Calibri" w:hAnsi="Calibri" w:cs="Calibri"/>
          <w:i/>
        </w:rPr>
        <w:t>Designs for Learning, 8</w:t>
      </w:r>
      <w:r w:rsidRPr="00982460">
        <w:rPr>
          <w:rFonts w:ascii="Calibri" w:hAnsi="Calibri" w:cs="Calibri"/>
        </w:rPr>
        <w:t>(1), 25–36.​</w:t>
      </w:r>
    </w:p>
    <w:p w14:paraId="28EA9F32"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Danielsson, K., &amp; Selander, S. (2021). Introduction. In </w:t>
      </w:r>
      <w:r w:rsidRPr="00982460">
        <w:rPr>
          <w:rFonts w:ascii="Calibri" w:hAnsi="Calibri" w:cs="Calibri"/>
          <w:i/>
        </w:rPr>
        <w:t>Multimodal texts in disciplinary education</w:t>
      </w:r>
      <w:r w:rsidRPr="00982460">
        <w:rPr>
          <w:rFonts w:ascii="Calibri" w:hAnsi="Calibri" w:cs="Calibri"/>
        </w:rPr>
        <w:t> (pp. 3–7). Springer.​</w:t>
      </w:r>
    </w:p>
    <w:p w14:paraId="4BEA1934"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Gillis, V. (2014). Disciplinary literacy: Adapt not adopt. </w:t>
      </w:r>
      <w:r w:rsidRPr="00982460">
        <w:rPr>
          <w:rFonts w:ascii="Calibri" w:hAnsi="Calibri" w:cs="Calibri"/>
          <w:i/>
        </w:rPr>
        <w:t>Journal of Adolescent &amp; Adult Literacy, 57</w:t>
      </w:r>
      <w:r w:rsidRPr="00982460">
        <w:rPr>
          <w:rFonts w:ascii="Calibri" w:hAnsi="Calibri" w:cs="Calibri"/>
        </w:rPr>
        <w:t>(8), 614–623.​</w:t>
      </w:r>
    </w:p>
    <w:p w14:paraId="6ED5CA23"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Hayes, K., Rueda, R., &amp; Chilton, S. (2009). Scaffolding language, literacy, and academic content in English and Spanish: The linguistic highway from Mesoamerica to southern California. </w:t>
      </w:r>
      <w:r w:rsidRPr="00982460">
        <w:rPr>
          <w:rFonts w:ascii="Calibri" w:hAnsi="Calibri" w:cs="Calibri"/>
          <w:i/>
        </w:rPr>
        <w:t>English Teaching, 82</w:t>
      </w:r>
      <w:r w:rsidRPr="00982460">
        <w:rPr>
          <w:rFonts w:ascii="Calibri" w:hAnsi="Calibri" w:cs="Calibri"/>
        </w:rPr>
        <w:t>, 1–37.​</w:t>
      </w:r>
    </w:p>
    <w:p w14:paraId="1AB89049"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Hynd-Shanahan, C. (2013). What does it take? The challenge of disciplinary literacy. </w:t>
      </w:r>
      <w:r w:rsidRPr="00982460">
        <w:rPr>
          <w:rFonts w:ascii="Calibri" w:hAnsi="Calibri" w:cs="Calibri"/>
          <w:i/>
        </w:rPr>
        <w:t>Journal of Adolescent &amp; Adult Literacy, 57</w:t>
      </w:r>
      <w:r w:rsidRPr="00982460">
        <w:rPr>
          <w:rFonts w:ascii="Calibri" w:hAnsi="Calibri" w:cs="Calibri"/>
        </w:rPr>
        <w:t>(2), 93–98.​</w:t>
      </w:r>
    </w:p>
    <w:p w14:paraId="358405D4"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International Literacy Association. (2017). </w:t>
      </w:r>
      <w:r w:rsidRPr="00982460">
        <w:rPr>
          <w:rFonts w:ascii="Calibri" w:hAnsi="Calibri" w:cs="Calibri"/>
          <w:i/>
        </w:rPr>
        <w:t>Content area and disciplinary literacy: Strategies and frameworks</w:t>
      </w:r>
      <w:r w:rsidRPr="00982460">
        <w:rPr>
          <w:rFonts w:ascii="Calibri" w:hAnsi="Calibri" w:cs="Calibri"/>
        </w:rPr>
        <w:t> (Literacy leadership brief). International Literacy Association.​</w:t>
      </w:r>
    </w:p>
    <w:p w14:paraId="24E07088"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Jobe, J., &amp; Coles-Ritchie, M. (2016). Creating third space through critical interactions in a high school: Examining Latino students’ experiences in neocolonial society. </w:t>
      </w:r>
      <w:r w:rsidRPr="00982460">
        <w:rPr>
          <w:rFonts w:ascii="Calibri" w:hAnsi="Calibri" w:cs="Calibri"/>
          <w:i/>
        </w:rPr>
        <w:t>NABE Journal of Research and Practice, 7</w:t>
      </w:r>
      <w:r w:rsidRPr="00982460">
        <w:rPr>
          <w:rFonts w:ascii="Calibri" w:hAnsi="Calibri" w:cs="Calibri"/>
        </w:rPr>
        <w:t>(1), 142–185.​</w:t>
      </w:r>
    </w:p>
    <w:p w14:paraId="5149D511"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Katz, A. (2013). Positioning students in a new lens: Art historians, readers and writers. </w:t>
      </w:r>
      <w:r w:rsidRPr="00982460">
        <w:rPr>
          <w:rFonts w:ascii="Calibri" w:hAnsi="Calibri" w:cs="Calibri"/>
          <w:i/>
        </w:rPr>
        <w:t>Journal of Content Area Reading, 10</w:t>
      </w:r>
      <w:r w:rsidRPr="00982460">
        <w:rPr>
          <w:rFonts w:ascii="Calibri" w:hAnsi="Calibri" w:cs="Calibri"/>
        </w:rPr>
        <w:t>(1), 7–28.​</w:t>
      </w:r>
    </w:p>
    <w:p w14:paraId="187FC7D7"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Lenley, S. M. (2018). Using inquiry to develop art and music preservice teachers’ disciplinary literacy pedagogy. </w:t>
      </w:r>
      <w:r w:rsidRPr="00982460">
        <w:rPr>
          <w:rFonts w:ascii="Calibri" w:hAnsi="Calibri" w:cs="Calibri"/>
          <w:i/>
        </w:rPr>
        <w:t>Journal of Literature, Literacy, and the Arts, 5</w:t>
      </w:r>
      <w:r w:rsidRPr="00982460">
        <w:rPr>
          <w:rFonts w:ascii="Calibri" w:hAnsi="Calibri" w:cs="Calibri"/>
        </w:rPr>
        <w:t>(1), 49–73.​</w:t>
      </w:r>
    </w:p>
    <w:p w14:paraId="792254B3"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 xml:space="preserve">McCarty, T. L., &amp; Nicholas, S. E. (2014). </w:t>
      </w:r>
      <w:r w:rsidRPr="00982460">
        <w:rPr>
          <w:rFonts w:ascii="Calibri" w:hAnsi="Calibri" w:cs="Calibri"/>
          <w:i/>
        </w:rPr>
        <w:t>Review of Research in Education, 38</w:t>
      </w:r>
      <w:r w:rsidRPr="00982460">
        <w:rPr>
          <w:rFonts w:ascii="Calibri" w:hAnsi="Calibri" w:cs="Calibri"/>
        </w:rPr>
        <w:t>(1), 106–136.​</w:t>
      </w:r>
    </w:p>
    <w:p w14:paraId="35184FD0"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 xml:space="preserve">Moll, L. C. (2019). </w:t>
      </w:r>
      <w:r w:rsidRPr="00982460">
        <w:rPr>
          <w:rFonts w:ascii="Calibri" w:hAnsi="Calibri" w:cs="Calibri"/>
          <w:i/>
        </w:rPr>
        <w:t>Literacy Research: Theory, Method, and Practice, 68</w:t>
      </w:r>
      <w:r w:rsidRPr="00982460">
        <w:rPr>
          <w:rFonts w:ascii="Calibri" w:hAnsi="Calibri" w:cs="Calibri"/>
        </w:rPr>
        <w:t>(1), 130–138.​</w:t>
      </w:r>
    </w:p>
    <w:p w14:paraId="00BAB0EA"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Moje, E. B. (2008). Foregrounding the disciplines in secondary literacy teaching and learning: A call for change. </w:t>
      </w:r>
      <w:r w:rsidRPr="00982460">
        <w:rPr>
          <w:rFonts w:ascii="Calibri" w:hAnsi="Calibri" w:cs="Calibri"/>
          <w:i/>
        </w:rPr>
        <w:t>Journal of Adolescent &amp; Adult Literacy, 52</w:t>
      </w:r>
      <w:r w:rsidRPr="00982460">
        <w:rPr>
          <w:rFonts w:ascii="Calibri" w:hAnsi="Calibri" w:cs="Calibri"/>
        </w:rPr>
        <w:t>(2), 96–107.​</w:t>
      </w:r>
    </w:p>
    <w:p w14:paraId="1521A606"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Moje, E. B. (2015). Doing and teaching disciplinary literacy with adolescent learners: A social and cultural enterprise. </w:t>
      </w:r>
      <w:r w:rsidRPr="00982460">
        <w:rPr>
          <w:rFonts w:ascii="Calibri" w:hAnsi="Calibri" w:cs="Calibri"/>
          <w:i/>
        </w:rPr>
        <w:t>Harvard Educational Review, 85</w:t>
      </w:r>
      <w:r w:rsidRPr="00982460">
        <w:rPr>
          <w:rFonts w:ascii="Calibri" w:hAnsi="Calibri" w:cs="Calibri"/>
        </w:rPr>
        <w:t>(2), 254–278.​</w:t>
      </w:r>
    </w:p>
    <w:p w14:paraId="46EB03AE" w14:textId="77777777" w:rsidR="00DB7E7C" w:rsidRPr="00982460" w:rsidRDefault="00261B03" w:rsidP="00982460">
      <w:pPr>
        <w:pStyle w:val="ListParagraph"/>
        <w:numPr>
          <w:ilvl w:val="0"/>
          <w:numId w:val="12"/>
        </w:numPr>
        <w:spacing w:after="0" w:line="240" w:lineRule="auto"/>
        <w:ind w:left="0"/>
        <w:rPr>
          <w:rFonts w:ascii="Calibri" w:hAnsi="Calibri" w:cs="Calibri"/>
        </w:rPr>
      </w:pPr>
      <w:proofErr w:type="spellStart"/>
      <w:r w:rsidRPr="00982460">
        <w:rPr>
          <w:rFonts w:ascii="Calibri" w:hAnsi="Calibri" w:cs="Calibri"/>
        </w:rPr>
        <w:t>Pytash</w:t>
      </w:r>
      <w:proofErr w:type="spellEnd"/>
      <w:r w:rsidRPr="00982460">
        <w:rPr>
          <w:rFonts w:ascii="Calibri" w:hAnsi="Calibri" w:cs="Calibri"/>
        </w:rPr>
        <w:t>, K. (2011). Teaching PSTs to take a disciplinary approach to teaching writing. </w:t>
      </w:r>
      <w:r w:rsidRPr="00982460">
        <w:rPr>
          <w:rFonts w:ascii="Calibri" w:hAnsi="Calibri" w:cs="Calibri"/>
          <w:i/>
        </w:rPr>
        <w:t>Journal of Content Area Reading, 9</w:t>
      </w:r>
      <w:r w:rsidRPr="00982460">
        <w:rPr>
          <w:rFonts w:ascii="Calibri" w:hAnsi="Calibri" w:cs="Calibri"/>
        </w:rPr>
        <w:t>(1), 105–122.​</w:t>
      </w:r>
    </w:p>
    <w:p w14:paraId="40F904D6"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Rainey, E. C., Maher, B. L., Coupland, D., Franchi, R., &amp; Moje, E. B. (2018). But what does it look like? Illustrations of disciplinary literacy teaching in two content areas. </w:t>
      </w:r>
      <w:r w:rsidRPr="00982460">
        <w:rPr>
          <w:rFonts w:ascii="Calibri" w:hAnsi="Calibri" w:cs="Calibri"/>
          <w:i/>
        </w:rPr>
        <w:t>Journal of Adolescent &amp; Adult Literacy, 61</w:t>
      </w:r>
      <w:r w:rsidRPr="00982460">
        <w:rPr>
          <w:rFonts w:ascii="Calibri" w:hAnsi="Calibri" w:cs="Calibri"/>
        </w:rPr>
        <w:t>(4), 371–379.​</w:t>
      </w:r>
    </w:p>
    <w:p w14:paraId="2C3B6700"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Spitler, E. (2011). From resistance to advocacy for math literacy: One teacher’s literacy identity transformation. </w:t>
      </w:r>
      <w:r w:rsidRPr="00982460">
        <w:rPr>
          <w:rFonts w:ascii="Calibri" w:hAnsi="Calibri" w:cs="Calibri"/>
          <w:i/>
        </w:rPr>
        <w:t>Journal of Adolescent &amp; Adult Literacy, 55</w:t>
      </w:r>
      <w:r w:rsidRPr="00982460">
        <w:rPr>
          <w:rFonts w:ascii="Calibri" w:hAnsi="Calibri" w:cs="Calibri"/>
        </w:rPr>
        <w:t>(4), 306–315.​</w:t>
      </w:r>
    </w:p>
    <w:p w14:paraId="7DEB3BFE" w14:textId="77777777" w:rsidR="00DB7E7C" w:rsidRPr="00982460"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Weiner, L. (2006). Challenging deficit thinking. </w:t>
      </w:r>
      <w:r w:rsidRPr="00982460">
        <w:rPr>
          <w:rFonts w:ascii="Calibri" w:hAnsi="Calibri" w:cs="Calibri"/>
          <w:i/>
        </w:rPr>
        <w:t>Educational Leadership, 64</w:t>
      </w:r>
      <w:r w:rsidRPr="00982460">
        <w:rPr>
          <w:rFonts w:ascii="Calibri" w:hAnsi="Calibri" w:cs="Calibri"/>
        </w:rPr>
        <w:t>(1), 42–45.​</w:t>
      </w:r>
    </w:p>
    <w:p w14:paraId="44698D0A" w14:textId="77777777" w:rsidR="00DB7E7C" w:rsidRDefault="00261B03" w:rsidP="00982460">
      <w:pPr>
        <w:pStyle w:val="ListParagraph"/>
        <w:numPr>
          <w:ilvl w:val="0"/>
          <w:numId w:val="12"/>
        </w:numPr>
        <w:spacing w:after="0" w:line="240" w:lineRule="auto"/>
        <w:ind w:left="0"/>
        <w:rPr>
          <w:rFonts w:ascii="Calibri" w:hAnsi="Calibri" w:cs="Calibri"/>
        </w:rPr>
      </w:pPr>
      <w:r w:rsidRPr="00982460">
        <w:rPr>
          <w:rFonts w:ascii="Calibri" w:hAnsi="Calibri" w:cs="Calibri"/>
        </w:rPr>
        <w:t>Wickens, C. M., Manderino, M., Parker, J., &amp; Jung, J. (2015). Habits of practice. </w:t>
      </w:r>
      <w:r w:rsidRPr="00982460">
        <w:rPr>
          <w:rFonts w:ascii="Calibri" w:hAnsi="Calibri" w:cs="Calibri"/>
          <w:i/>
        </w:rPr>
        <w:t>Journal of Adolescent &amp; Adult Literacy, 59</w:t>
      </w:r>
      <w:r w:rsidRPr="00982460">
        <w:rPr>
          <w:rFonts w:ascii="Calibri" w:hAnsi="Calibri" w:cs="Calibri"/>
        </w:rPr>
        <w:t>(1), 75–82.</w:t>
      </w:r>
    </w:p>
    <w:p w14:paraId="32CEEA8B" w14:textId="77777777" w:rsidR="006169B7" w:rsidRDefault="006169B7" w:rsidP="006169B7">
      <w:pPr>
        <w:spacing w:after="0" w:line="240" w:lineRule="auto"/>
        <w:rPr>
          <w:rFonts w:ascii="Calibri" w:hAnsi="Calibri" w:cs="Calibri"/>
        </w:rPr>
      </w:pPr>
    </w:p>
    <w:p w14:paraId="1949A190" w14:textId="77777777" w:rsidR="006169B7" w:rsidRDefault="006169B7" w:rsidP="006169B7">
      <w:pPr>
        <w:spacing w:after="0" w:line="240" w:lineRule="auto"/>
        <w:rPr>
          <w:rFonts w:ascii="Calibri" w:hAnsi="Calibri" w:cs="Calibri"/>
        </w:rPr>
      </w:pPr>
    </w:p>
    <w:p w14:paraId="62680FF8" w14:textId="77777777" w:rsidR="006169B7" w:rsidRDefault="006169B7" w:rsidP="006169B7">
      <w:pPr>
        <w:spacing w:after="0" w:line="240" w:lineRule="auto"/>
        <w:rPr>
          <w:rFonts w:ascii="Calibri" w:hAnsi="Calibri" w:cs="Calibri"/>
        </w:rPr>
      </w:pPr>
    </w:p>
    <w:p w14:paraId="71E17A22" w14:textId="77777777" w:rsidR="008D343A" w:rsidRPr="00DC2091" w:rsidRDefault="008D343A" w:rsidP="008D343A">
      <w:pPr>
        <w:shd w:val="clear" w:color="auto" w:fill="FFFFFF"/>
        <w:spacing w:after="2"/>
        <w:rPr>
          <w:rFonts w:ascii="Calibri" w:hAnsi="Calibri" w:cs="Calibri"/>
          <w:b/>
          <w:bCs/>
          <w:color w:val="000000"/>
        </w:rPr>
      </w:pPr>
      <w:r w:rsidRPr="00DC2091">
        <w:rPr>
          <w:rFonts w:ascii="Calibri" w:hAnsi="Calibri" w:cs="Calibri"/>
          <w:b/>
          <w:bCs/>
          <w:color w:val="000000"/>
        </w:rPr>
        <w:lastRenderedPageBreak/>
        <w:t xml:space="preserve">TEA TAC Chapter 235. </w:t>
      </w:r>
      <w:hyperlink r:id="rId7" w:history="1">
        <w:r w:rsidRPr="00DC2091">
          <w:rPr>
            <w:rStyle w:val="Hyperlink"/>
            <w:rFonts w:ascii="Calibri" w:hAnsi="Calibri" w:cs="Calibri"/>
            <w:b/>
            <w:bCs/>
            <w:i/>
            <w:iCs/>
          </w:rPr>
          <w:t>Classroom Teacher Certification Standards</w:t>
        </w:r>
      </w:hyperlink>
    </w:p>
    <w:p w14:paraId="72174FCD" w14:textId="77777777" w:rsidR="008D343A" w:rsidRDefault="008D343A" w:rsidP="008D343A">
      <w:pPr>
        <w:shd w:val="clear" w:color="auto" w:fill="FFFFFF"/>
        <w:spacing w:after="2"/>
        <w:rPr>
          <w:rFonts w:ascii="Calibri" w:hAnsi="Calibri" w:cs="Calibri"/>
          <w:b/>
          <w:bCs/>
          <w:color w:val="000000"/>
        </w:rPr>
      </w:pPr>
    </w:p>
    <w:p w14:paraId="035D6995" w14:textId="77777777" w:rsidR="008D343A" w:rsidRPr="00601B8C" w:rsidRDefault="008D343A" w:rsidP="008D343A">
      <w:pPr>
        <w:shd w:val="clear" w:color="auto" w:fill="FFFFFF"/>
        <w:spacing w:after="2"/>
        <w:rPr>
          <w:rFonts w:ascii="Calibri" w:hAnsi="Calibri" w:cs="Calibri"/>
          <w:b/>
          <w:bCs/>
          <w:color w:val="000000"/>
        </w:rPr>
      </w:pPr>
      <w:r w:rsidRPr="00601B8C">
        <w:rPr>
          <w:rFonts w:ascii="Calibri" w:hAnsi="Calibri" w:cs="Calibri"/>
          <w:b/>
          <w:bCs/>
          <w:color w:val="000000"/>
        </w:rPr>
        <w:t>Instructional Preparation</w:t>
      </w:r>
    </w:p>
    <w:p w14:paraId="31A82137" w14:textId="77777777" w:rsidR="008D343A" w:rsidRDefault="008D343A" w:rsidP="008D343A">
      <w:pPr>
        <w:shd w:val="clear" w:color="auto" w:fill="FFFFFF"/>
        <w:spacing w:after="2"/>
        <w:rPr>
          <w:rFonts w:ascii="Calibri" w:hAnsi="Calibri" w:cs="Calibri"/>
          <w:color w:val="000000"/>
        </w:rPr>
      </w:pPr>
    </w:p>
    <w:p w14:paraId="1A0F1BA4" w14:textId="77777777" w:rsidR="008D343A" w:rsidRPr="008D343A"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t xml:space="preserve">Teachers understand learning as an active and social process of meaning-making that results in changes in student knowledge and behavior based on connections between past and new experiences. </w:t>
      </w:r>
    </w:p>
    <w:p w14:paraId="50A42231" w14:textId="77777777" w:rsidR="008D343A" w:rsidRPr="008D343A" w:rsidRDefault="008D343A" w:rsidP="008D343A">
      <w:pPr>
        <w:shd w:val="clear" w:color="auto" w:fill="FFFFFF"/>
        <w:spacing w:after="2"/>
        <w:rPr>
          <w:rFonts w:ascii="Calibri" w:hAnsi="Calibri" w:cs="Calibri"/>
          <w:color w:val="000000"/>
        </w:rPr>
      </w:pPr>
    </w:p>
    <w:p w14:paraId="43C093CF" w14:textId="77777777" w:rsidR="008D343A" w:rsidRPr="008D343A"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t>Teachers prepare instruction that uses research and evidence-based teaching strategies for eliciting and sustaining attention and motivation and supporting encoding such as use of multimedia learning principles, reduction of extraneous cognitive load, use of worked examples, interleaving, and deep integration of new experiences with prior knowledge.</w:t>
      </w:r>
    </w:p>
    <w:p w14:paraId="4DF33627" w14:textId="77777777" w:rsidR="008D343A" w:rsidRPr="008D343A" w:rsidRDefault="008D343A" w:rsidP="008D343A">
      <w:pPr>
        <w:shd w:val="clear" w:color="auto" w:fill="FFFFFF"/>
        <w:spacing w:after="2"/>
        <w:rPr>
          <w:rFonts w:ascii="Calibri" w:hAnsi="Calibri" w:cs="Calibri"/>
          <w:color w:val="000000"/>
        </w:rPr>
      </w:pPr>
    </w:p>
    <w:p w14:paraId="06715ABA" w14:textId="77777777" w:rsidR="008D343A" w:rsidRPr="008D343A"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t>Teachers identify the components of high-quality instructional materials such as a logical scope and sequence, clear learning objectives, grade or course level content, explicit instruction, student engagement, academic language, deliberate practice, and assessment, appropriate to the discipline.</w:t>
      </w:r>
    </w:p>
    <w:p w14:paraId="45B23BE8" w14:textId="77777777" w:rsidR="008D343A" w:rsidRPr="008D343A" w:rsidRDefault="008D343A" w:rsidP="008D343A">
      <w:pPr>
        <w:shd w:val="clear" w:color="auto" w:fill="FFFFFF"/>
        <w:spacing w:after="2"/>
        <w:rPr>
          <w:rFonts w:ascii="Calibri" w:hAnsi="Calibri" w:cs="Calibri"/>
          <w:color w:val="000000"/>
        </w:rPr>
      </w:pPr>
    </w:p>
    <w:p w14:paraId="61B0FECF" w14:textId="77777777" w:rsidR="008D343A" w:rsidRPr="008D343A"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t>Teachers design lessons based on the components of high-quality instructional materials such as a logical scope and sequence, clear learning objectives, application of explicit instruction, and grade or course level content.</w:t>
      </w:r>
    </w:p>
    <w:p w14:paraId="5E2C28A2" w14:textId="77777777" w:rsidR="008D343A" w:rsidRPr="008D343A" w:rsidRDefault="008D343A" w:rsidP="008D343A">
      <w:pPr>
        <w:shd w:val="clear" w:color="auto" w:fill="FFFFFF"/>
        <w:spacing w:after="2"/>
        <w:rPr>
          <w:rFonts w:ascii="Calibri" w:hAnsi="Calibri" w:cs="Calibri"/>
          <w:color w:val="000000"/>
        </w:rPr>
      </w:pPr>
    </w:p>
    <w:p w14:paraId="5F1FBC18" w14:textId="77777777" w:rsidR="008D343A" w:rsidRPr="008D343A"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t>Teachers design lessons that effectively connect learning objectives with explicit instruction, student engagement, academic language, deliberate practice, and assessment.</w:t>
      </w:r>
    </w:p>
    <w:p w14:paraId="5F7FDE7A" w14:textId="77777777" w:rsidR="008D343A" w:rsidRPr="008D343A" w:rsidRDefault="008D343A" w:rsidP="008D343A">
      <w:pPr>
        <w:shd w:val="clear" w:color="auto" w:fill="FFFFFF"/>
        <w:spacing w:after="2"/>
        <w:rPr>
          <w:rFonts w:ascii="Calibri" w:hAnsi="Calibri" w:cs="Calibri"/>
          <w:color w:val="000000"/>
        </w:rPr>
      </w:pPr>
    </w:p>
    <w:p w14:paraId="4786CE87" w14:textId="77777777" w:rsidR="008D343A" w:rsidRPr="008D343A"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t>Teachers design lessons that connect students prior understanding and real-world experiences to new content and contexts.</w:t>
      </w:r>
    </w:p>
    <w:p w14:paraId="19ADF394" w14:textId="77777777" w:rsidR="008D343A" w:rsidRPr="008D343A" w:rsidRDefault="008D343A" w:rsidP="008D343A">
      <w:pPr>
        <w:shd w:val="clear" w:color="auto" w:fill="FFFFFF"/>
        <w:spacing w:after="2"/>
        <w:rPr>
          <w:rFonts w:ascii="Calibri" w:hAnsi="Calibri" w:cs="Calibri"/>
          <w:color w:val="000000"/>
        </w:rPr>
      </w:pPr>
    </w:p>
    <w:p w14:paraId="416622C6" w14:textId="77777777" w:rsidR="008D343A" w:rsidRPr="008D343A"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t>Teachers plan for the use of digital tools and resources to engage students in active deep learning.</w:t>
      </w:r>
    </w:p>
    <w:p w14:paraId="0650CDA4" w14:textId="77777777" w:rsidR="008D343A" w:rsidRPr="008D343A" w:rsidRDefault="008D343A" w:rsidP="008D343A">
      <w:pPr>
        <w:shd w:val="clear" w:color="auto" w:fill="FFFFFF"/>
        <w:spacing w:after="2"/>
        <w:rPr>
          <w:rFonts w:ascii="Calibri" w:hAnsi="Calibri" w:cs="Calibri"/>
          <w:color w:val="000000"/>
        </w:rPr>
      </w:pPr>
    </w:p>
    <w:p w14:paraId="64EDB988" w14:textId="77777777" w:rsidR="008D343A" w:rsidRPr="008D343A"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t>Teachers plan for the use of multiple means to engage students, varied ways of representing information, and options for students to demonstrate their learning.</w:t>
      </w:r>
    </w:p>
    <w:p w14:paraId="0EF39603" w14:textId="77777777" w:rsidR="008D343A" w:rsidRPr="008D343A" w:rsidRDefault="008D343A" w:rsidP="008D343A">
      <w:pPr>
        <w:shd w:val="clear" w:color="auto" w:fill="FFFFFF"/>
        <w:spacing w:after="2"/>
        <w:rPr>
          <w:rFonts w:ascii="Calibri" w:hAnsi="Calibri" w:cs="Calibri"/>
          <w:color w:val="000000"/>
        </w:rPr>
      </w:pPr>
    </w:p>
    <w:p w14:paraId="31CEB161" w14:textId="77777777" w:rsidR="008D343A" w:rsidRPr="008D343A"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t>Teachers leverage student data to prepare flexible student groups that facilitate learning for all students.</w:t>
      </w:r>
    </w:p>
    <w:p w14:paraId="6177AA3B" w14:textId="77777777" w:rsidR="008D343A" w:rsidRPr="008D343A" w:rsidRDefault="008D343A" w:rsidP="008D343A">
      <w:pPr>
        <w:shd w:val="clear" w:color="auto" w:fill="FFFFFF"/>
        <w:spacing w:after="2"/>
        <w:rPr>
          <w:rFonts w:ascii="Calibri" w:hAnsi="Calibri" w:cs="Calibri"/>
          <w:color w:val="000000"/>
        </w:rPr>
      </w:pPr>
    </w:p>
    <w:p w14:paraId="46CA8B06" w14:textId="77777777" w:rsidR="008D343A" w:rsidRPr="008D343A"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t>Teachers plan to present information in a meaningful way that activates or provides prerequisite knowledge to maximize student learning.</w:t>
      </w:r>
    </w:p>
    <w:p w14:paraId="63444D1A" w14:textId="77777777" w:rsidR="008D343A" w:rsidRPr="008D343A" w:rsidRDefault="008D343A" w:rsidP="008D343A">
      <w:pPr>
        <w:shd w:val="clear" w:color="auto" w:fill="FFFFFF"/>
        <w:spacing w:after="2"/>
        <w:rPr>
          <w:rFonts w:ascii="Calibri" w:hAnsi="Calibri" w:cs="Calibri"/>
          <w:color w:val="000000"/>
        </w:rPr>
      </w:pPr>
    </w:p>
    <w:p w14:paraId="4E4EDC2D" w14:textId="77777777" w:rsidR="008D343A" w:rsidRPr="008D343A"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t>Teachers plan instructional practices and strategies that support language acquisition so that language is comprehensible, and instruction is fully accessible.</w:t>
      </w:r>
    </w:p>
    <w:p w14:paraId="42617C3F" w14:textId="77777777" w:rsidR="008D343A" w:rsidRPr="008D343A" w:rsidRDefault="008D343A" w:rsidP="008D343A">
      <w:pPr>
        <w:shd w:val="clear" w:color="auto" w:fill="FFFFFF"/>
        <w:spacing w:after="2"/>
        <w:rPr>
          <w:rFonts w:ascii="Calibri" w:hAnsi="Calibri" w:cs="Calibri"/>
          <w:color w:val="000000"/>
        </w:rPr>
      </w:pPr>
    </w:p>
    <w:p w14:paraId="6D875CC5" w14:textId="365EBAFC" w:rsidR="008D343A" w:rsidRPr="007C12D2" w:rsidRDefault="008D343A" w:rsidP="008D343A">
      <w:pPr>
        <w:pStyle w:val="ListParagraph"/>
        <w:numPr>
          <w:ilvl w:val="0"/>
          <w:numId w:val="14"/>
        </w:numPr>
        <w:shd w:val="clear" w:color="auto" w:fill="FFFFFF"/>
        <w:spacing w:after="2" w:line="240" w:lineRule="auto"/>
        <w:rPr>
          <w:rFonts w:ascii="Calibri" w:hAnsi="Calibri" w:cs="Calibri"/>
          <w:color w:val="000000"/>
        </w:rPr>
      </w:pPr>
      <w:r w:rsidRPr="008D343A">
        <w:rPr>
          <w:rFonts w:ascii="Calibri" w:hAnsi="Calibri" w:cs="Calibri"/>
          <w:color w:val="000000"/>
        </w:rPr>
        <w:lastRenderedPageBreak/>
        <w:t>Teachers strategically plan instructional strategies, formative assessments, technology, scaffolds, and enrichment to make learning accessible to all students.</w:t>
      </w:r>
    </w:p>
    <w:p w14:paraId="7CFEE15B" w14:textId="77777777" w:rsidR="008D343A" w:rsidRPr="008D343A" w:rsidRDefault="008D343A" w:rsidP="008D343A">
      <w:pPr>
        <w:shd w:val="clear" w:color="auto" w:fill="FFFFFF"/>
        <w:spacing w:after="2"/>
        <w:rPr>
          <w:rFonts w:ascii="Calibri" w:hAnsi="Calibri" w:cs="Calibri"/>
          <w:b/>
          <w:bCs/>
          <w:color w:val="000000"/>
        </w:rPr>
      </w:pPr>
    </w:p>
    <w:p w14:paraId="5918608F" w14:textId="77777777" w:rsidR="008D343A" w:rsidRPr="008D343A" w:rsidRDefault="008D343A" w:rsidP="008D343A">
      <w:pPr>
        <w:shd w:val="clear" w:color="auto" w:fill="FFFFFF"/>
        <w:spacing w:after="2"/>
        <w:rPr>
          <w:rFonts w:ascii="Calibri" w:hAnsi="Calibri" w:cs="Calibri"/>
          <w:b/>
          <w:bCs/>
          <w:color w:val="000000"/>
        </w:rPr>
      </w:pPr>
      <w:r w:rsidRPr="008D343A">
        <w:rPr>
          <w:rFonts w:ascii="Calibri" w:hAnsi="Calibri" w:cs="Calibri"/>
          <w:b/>
          <w:bCs/>
          <w:color w:val="000000"/>
        </w:rPr>
        <w:t>Delivery and Assessment</w:t>
      </w:r>
    </w:p>
    <w:p w14:paraId="173D3B92" w14:textId="77777777" w:rsidR="008D343A" w:rsidRPr="008D343A" w:rsidRDefault="008D343A" w:rsidP="008D343A">
      <w:pPr>
        <w:shd w:val="clear" w:color="auto" w:fill="FFFFFF"/>
        <w:spacing w:after="2"/>
        <w:rPr>
          <w:rFonts w:ascii="Calibri" w:hAnsi="Calibri" w:cs="Calibri"/>
          <w:b/>
          <w:bCs/>
          <w:color w:val="000000"/>
        </w:rPr>
      </w:pPr>
    </w:p>
    <w:p w14:paraId="23231FEA" w14:textId="77777777" w:rsidR="008D343A" w:rsidRPr="008D343A" w:rsidRDefault="008D343A" w:rsidP="008D343A">
      <w:pPr>
        <w:pStyle w:val="ListParagraph"/>
        <w:numPr>
          <w:ilvl w:val="0"/>
          <w:numId w:val="15"/>
        </w:numPr>
        <w:shd w:val="clear" w:color="auto" w:fill="FFFFFF"/>
        <w:spacing w:after="2" w:line="240" w:lineRule="auto"/>
        <w:rPr>
          <w:rFonts w:ascii="Calibri" w:hAnsi="Calibri" w:cs="Calibri"/>
          <w:color w:val="000000"/>
        </w:rPr>
      </w:pPr>
      <w:r w:rsidRPr="008D343A">
        <w:rPr>
          <w:rFonts w:ascii="Calibri" w:hAnsi="Calibri" w:cs="Calibri"/>
          <w:color w:val="000000"/>
        </w:rPr>
        <w:t>Teachers build student capacity to self-monitor their progress.</w:t>
      </w:r>
    </w:p>
    <w:p w14:paraId="158C1F9D" w14:textId="77777777" w:rsidR="008D343A" w:rsidRPr="008D343A" w:rsidRDefault="008D343A" w:rsidP="008D343A">
      <w:pPr>
        <w:shd w:val="clear" w:color="auto" w:fill="FFFFFF"/>
        <w:spacing w:after="2"/>
        <w:rPr>
          <w:rFonts w:ascii="Calibri" w:hAnsi="Calibri" w:cs="Calibri"/>
          <w:color w:val="000000"/>
        </w:rPr>
      </w:pPr>
    </w:p>
    <w:p w14:paraId="3BA58814" w14:textId="77777777" w:rsidR="008D343A" w:rsidRPr="008D343A" w:rsidRDefault="008D343A" w:rsidP="008D343A">
      <w:pPr>
        <w:pStyle w:val="ListParagraph"/>
        <w:numPr>
          <w:ilvl w:val="0"/>
          <w:numId w:val="15"/>
        </w:numPr>
        <w:shd w:val="clear" w:color="auto" w:fill="FFFFFF"/>
        <w:spacing w:after="2" w:line="240" w:lineRule="auto"/>
        <w:rPr>
          <w:rFonts w:ascii="Calibri" w:hAnsi="Calibri" w:cs="Calibri"/>
          <w:color w:val="000000"/>
        </w:rPr>
      </w:pPr>
      <w:r w:rsidRPr="008D343A">
        <w:rPr>
          <w:rFonts w:ascii="Calibri" w:hAnsi="Calibri" w:cs="Calibri"/>
          <w:color w:val="000000"/>
        </w:rPr>
        <w:t>Teachers apply multiple means of assessing learning, including the use of digital tools, to accommodate according to students' learning needs, linguistic differences, and/or varying levels of background knowledge.</w:t>
      </w:r>
    </w:p>
    <w:p w14:paraId="58622A07" w14:textId="77777777" w:rsidR="008D343A" w:rsidRPr="008D343A" w:rsidRDefault="008D343A" w:rsidP="008D343A">
      <w:pPr>
        <w:shd w:val="clear" w:color="auto" w:fill="FFFFFF"/>
        <w:spacing w:after="2"/>
        <w:rPr>
          <w:rFonts w:ascii="Calibri" w:hAnsi="Calibri" w:cs="Calibri"/>
          <w:b/>
          <w:bCs/>
          <w:color w:val="000000"/>
        </w:rPr>
      </w:pPr>
    </w:p>
    <w:p w14:paraId="48F32250" w14:textId="77777777" w:rsidR="008D343A" w:rsidRPr="008D343A" w:rsidRDefault="008D343A" w:rsidP="008D343A">
      <w:pPr>
        <w:shd w:val="clear" w:color="auto" w:fill="FFFFFF"/>
        <w:spacing w:after="2"/>
        <w:rPr>
          <w:rFonts w:ascii="Calibri" w:hAnsi="Calibri" w:cs="Calibri"/>
          <w:b/>
          <w:bCs/>
          <w:color w:val="000000"/>
        </w:rPr>
      </w:pPr>
      <w:r w:rsidRPr="008D343A">
        <w:rPr>
          <w:rFonts w:ascii="Calibri" w:hAnsi="Calibri" w:cs="Calibri"/>
          <w:b/>
          <w:bCs/>
          <w:color w:val="000000"/>
        </w:rPr>
        <w:t>Content Pedagogy</w:t>
      </w:r>
    </w:p>
    <w:p w14:paraId="327833C0" w14:textId="77777777" w:rsidR="008D343A" w:rsidRPr="008D343A" w:rsidRDefault="008D343A" w:rsidP="008D343A">
      <w:pPr>
        <w:shd w:val="clear" w:color="auto" w:fill="FFFFFF"/>
        <w:spacing w:after="2"/>
        <w:rPr>
          <w:rFonts w:ascii="Calibri" w:hAnsi="Calibri" w:cs="Calibri"/>
          <w:color w:val="000000"/>
        </w:rPr>
      </w:pPr>
    </w:p>
    <w:p w14:paraId="48661AAD"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identify gaps in students' knowledge of subject matter and communicate with their leaders and colleagues to ensure that these gaps are adequately addressed across grade levels and subject areas.</w:t>
      </w:r>
    </w:p>
    <w:p w14:paraId="101A3518" w14:textId="77777777" w:rsidR="008D343A" w:rsidRPr="008D343A" w:rsidRDefault="008D343A" w:rsidP="008D343A">
      <w:pPr>
        <w:shd w:val="clear" w:color="auto" w:fill="FFFFFF"/>
        <w:spacing w:after="2"/>
        <w:rPr>
          <w:rFonts w:ascii="Calibri" w:hAnsi="Calibri" w:cs="Calibri"/>
          <w:color w:val="000000"/>
        </w:rPr>
      </w:pPr>
    </w:p>
    <w:p w14:paraId="58738FD1"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stay current with developments, new content, new approaches, and changing methods of instructional delivery within their discipline.</w:t>
      </w:r>
    </w:p>
    <w:p w14:paraId="6461244F" w14:textId="77777777" w:rsidR="008D343A" w:rsidRPr="008D343A" w:rsidRDefault="008D343A" w:rsidP="008D343A">
      <w:pPr>
        <w:shd w:val="clear" w:color="auto" w:fill="FFFFFF"/>
        <w:spacing w:after="2"/>
        <w:rPr>
          <w:rFonts w:ascii="Calibri" w:hAnsi="Calibri" w:cs="Calibri"/>
          <w:color w:val="000000"/>
        </w:rPr>
      </w:pPr>
    </w:p>
    <w:p w14:paraId="7DBACD4D"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teach both the key content knowledge and the key skills of the discipline and requisite linguistic skills making the information accessible to all learners by constructing it into usable knowledge.</w:t>
      </w:r>
    </w:p>
    <w:p w14:paraId="026304AD" w14:textId="77777777" w:rsidR="008D343A" w:rsidRPr="008D343A" w:rsidRDefault="008D343A" w:rsidP="008D343A">
      <w:pPr>
        <w:shd w:val="clear" w:color="auto" w:fill="FFFFFF"/>
        <w:spacing w:after="2"/>
        <w:rPr>
          <w:rFonts w:ascii="Calibri" w:hAnsi="Calibri" w:cs="Calibri"/>
          <w:color w:val="000000"/>
        </w:rPr>
      </w:pPr>
    </w:p>
    <w:p w14:paraId="2BB72482"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make appropriate and authentic connections across disciplines, subjects, and students' real-world experiences to build knowledge from year to year.</w:t>
      </w:r>
    </w:p>
    <w:p w14:paraId="2C0069E5" w14:textId="77777777" w:rsidR="008D343A" w:rsidRPr="008D343A" w:rsidRDefault="008D343A" w:rsidP="008D343A">
      <w:pPr>
        <w:shd w:val="clear" w:color="auto" w:fill="FFFFFF"/>
        <w:spacing w:after="2"/>
        <w:rPr>
          <w:rFonts w:ascii="Calibri" w:hAnsi="Calibri" w:cs="Calibri"/>
          <w:color w:val="000000"/>
        </w:rPr>
      </w:pPr>
    </w:p>
    <w:p w14:paraId="26EB386E"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provide multiple means of representation and engagement to promote literacy and ensure discipline-specific academic language is accessible for all students.</w:t>
      </w:r>
    </w:p>
    <w:p w14:paraId="28E09D51" w14:textId="77777777" w:rsidR="008D343A" w:rsidRPr="008D343A" w:rsidRDefault="008D343A" w:rsidP="008D343A">
      <w:pPr>
        <w:shd w:val="clear" w:color="auto" w:fill="FFFFFF"/>
        <w:spacing w:after="2"/>
        <w:rPr>
          <w:rFonts w:ascii="Calibri" w:hAnsi="Calibri" w:cs="Calibri"/>
          <w:color w:val="000000"/>
        </w:rPr>
      </w:pPr>
    </w:p>
    <w:p w14:paraId="4BFFFF99"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explicitly teach, encourage, and reinforce the use of academic language, including vocabulary, use of symbols, and labeling.</w:t>
      </w:r>
    </w:p>
    <w:p w14:paraId="36FD5BE3" w14:textId="77777777" w:rsidR="008D343A" w:rsidRPr="008D343A" w:rsidRDefault="008D343A" w:rsidP="008D343A">
      <w:pPr>
        <w:shd w:val="clear" w:color="auto" w:fill="FFFFFF"/>
        <w:spacing w:after="2"/>
        <w:rPr>
          <w:rFonts w:ascii="Calibri" w:hAnsi="Calibri" w:cs="Calibri"/>
          <w:color w:val="000000"/>
        </w:rPr>
      </w:pPr>
    </w:p>
    <w:p w14:paraId="30BADBFF"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prepare for and apply scaffolds in the lesson to make content accessible to all students, including diverse learners such as emergent bilingual students, students with disabilities, and students working above and below grade level.</w:t>
      </w:r>
    </w:p>
    <w:p w14:paraId="0B9698E3" w14:textId="77777777" w:rsidR="008D343A" w:rsidRPr="008D343A" w:rsidRDefault="008D343A" w:rsidP="008D343A">
      <w:pPr>
        <w:shd w:val="clear" w:color="auto" w:fill="FFFFFF"/>
        <w:spacing w:after="2"/>
        <w:rPr>
          <w:rFonts w:ascii="Calibri" w:hAnsi="Calibri" w:cs="Calibri"/>
          <w:color w:val="000000"/>
        </w:rPr>
      </w:pPr>
    </w:p>
    <w:p w14:paraId="2B73E860"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engage students in productive struggle by allowing them time to work, asking questions to deepen their thinking, encouraging multiple approaches, praising effort on successful and unsuccessful attempts, and contrasting student attempts and correct solutions.</w:t>
      </w:r>
    </w:p>
    <w:p w14:paraId="18A66F4A" w14:textId="77777777" w:rsidR="008D343A" w:rsidRPr="008D343A" w:rsidRDefault="008D343A" w:rsidP="008D343A">
      <w:pPr>
        <w:shd w:val="clear" w:color="auto" w:fill="FFFFFF"/>
        <w:spacing w:after="2"/>
        <w:rPr>
          <w:rFonts w:ascii="Calibri" w:hAnsi="Calibri" w:cs="Calibri"/>
          <w:color w:val="000000"/>
        </w:rPr>
      </w:pPr>
    </w:p>
    <w:p w14:paraId="44081724"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analyze instructional materials in preparation for instruction to ensure they provide grade-level appropriate systematic and explicit practice in foundational literacy skills.</w:t>
      </w:r>
    </w:p>
    <w:p w14:paraId="056C8ED5" w14:textId="77777777" w:rsidR="008D343A" w:rsidRPr="008D343A" w:rsidRDefault="008D343A" w:rsidP="008D343A">
      <w:pPr>
        <w:shd w:val="clear" w:color="auto" w:fill="FFFFFF"/>
        <w:spacing w:after="2"/>
        <w:rPr>
          <w:rFonts w:ascii="Calibri" w:hAnsi="Calibri" w:cs="Calibri"/>
          <w:color w:val="000000"/>
        </w:rPr>
      </w:pPr>
    </w:p>
    <w:p w14:paraId="30B0312F"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analyze instructional materials in preparation for instruction to ensure that foundational literacy skills are reached at each grade or course level.</w:t>
      </w:r>
    </w:p>
    <w:p w14:paraId="725BAD91" w14:textId="77777777" w:rsidR="008D343A" w:rsidRPr="008D343A" w:rsidRDefault="008D343A" w:rsidP="008D343A">
      <w:pPr>
        <w:shd w:val="clear" w:color="auto" w:fill="FFFFFF"/>
        <w:spacing w:after="2"/>
        <w:rPr>
          <w:rFonts w:ascii="Calibri" w:hAnsi="Calibri" w:cs="Calibri"/>
          <w:color w:val="000000"/>
        </w:rPr>
      </w:pPr>
    </w:p>
    <w:p w14:paraId="421E772E"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implement clear and explicit reading instruction aligned to the Science of Teaching Reading (STR) competencies and engage students in deliberate practice to make meaning from text.</w:t>
      </w:r>
    </w:p>
    <w:p w14:paraId="25CF01F2" w14:textId="77777777" w:rsidR="008D343A" w:rsidRPr="008D343A" w:rsidRDefault="008D343A" w:rsidP="008D343A">
      <w:pPr>
        <w:shd w:val="clear" w:color="auto" w:fill="FFFFFF"/>
        <w:spacing w:after="2"/>
        <w:rPr>
          <w:rFonts w:ascii="Calibri" w:hAnsi="Calibri" w:cs="Calibri"/>
          <w:color w:val="000000"/>
        </w:rPr>
      </w:pPr>
    </w:p>
    <w:p w14:paraId="118A596A"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identify and analyze grade or course level and complex texts for quality in preparation for instruction.</w:t>
      </w:r>
    </w:p>
    <w:p w14:paraId="0394E957" w14:textId="77777777" w:rsidR="008D343A" w:rsidRPr="008D343A" w:rsidRDefault="008D343A" w:rsidP="008D343A">
      <w:pPr>
        <w:shd w:val="clear" w:color="auto" w:fill="FFFFFF"/>
        <w:spacing w:after="2"/>
        <w:rPr>
          <w:rFonts w:ascii="Calibri" w:hAnsi="Calibri" w:cs="Calibri"/>
          <w:color w:val="000000"/>
        </w:rPr>
      </w:pPr>
    </w:p>
    <w:p w14:paraId="02C85A11"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prepare and deliver explicit reading instruction that uses grade-level and complex texts to build student knowledge.</w:t>
      </w:r>
    </w:p>
    <w:p w14:paraId="5B33FF23" w14:textId="77777777" w:rsidR="008D343A" w:rsidRPr="008D343A" w:rsidRDefault="008D343A" w:rsidP="008D343A">
      <w:pPr>
        <w:shd w:val="clear" w:color="auto" w:fill="FFFFFF"/>
        <w:spacing w:after="2"/>
        <w:rPr>
          <w:rFonts w:ascii="Calibri" w:hAnsi="Calibri" w:cs="Calibri"/>
          <w:color w:val="000000"/>
        </w:rPr>
      </w:pPr>
    </w:p>
    <w:p w14:paraId="74CFCE10"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 xml:space="preserve">Teachers strategically plan and implement </w:t>
      </w:r>
      <w:proofErr w:type="gramStart"/>
      <w:r w:rsidRPr="008D343A">
        <w:rPr>
          <w:rFonts w:ascii="Calibri" w:hAnsi="Calibri" w:cs="Calibri"/>
          <w:color w:val="000000"/>
        </w:rPr>
        <w:t>supports</w:t>
      </w:r>
      <w:proofErr w:type="gramEnd"/>
      <w:r w:rsidRPr="008D343A">
        <w:rPr>
          <w:rFonts w:ascii="Calibri" w:hAnsi="Calibri" w:cs="Calibri"/>
          <w:color w:val="000000"/>
        </w:rPr>
        <w:t xml:space="preserve"> such as read-aloud and questioning at varied levels of complexity to support comprehension of high-quality complex texts.</w:t>
      </w:r>
    </w:p>
    <w:p w14:paraId="63211F51" w14:textId="77777777" w:rsidR="008D343A" w:rsidRPr="008D343A" w:rsidRDefault="008D343A" w:rsidP="008D343A">
      <w:pPr>
        <w:shd w:val="clear" w:color="auto" w:fill="FFFFFF"/>
        <w:spacing w:after="2"/>
        <w:rPr>
          <w:rFonts w:ascii="Calibri" w:hAnsi="Calibri" w:cs="Calibri"/>
          <w:color w:val="000000"/>
        </w:rPr>
      </w:pPr>
    </w:p>
    <w:p w14:paraId="08BB48A9"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engage students in writing practice, including text-based writing, that builds comprehension and higher-order thinking skills.</w:t>
      </w:r>
    </w:p>
    <w:p w14:paraId="13DF33E5" w14:textId="77777777" w:rsidR="008D343A" w:rsidRPr="008D343A" w:rsidRDefault="008D343A" w:rsidP="008D343A">
      <w:pPr>
        <w:shd w:val="clear" w:color="auto" w:fill="FFFFFF"/>
        <w:spacing w:after="2"/>
        <w:rPr>
          <w:rFonts w:ascii="Calibri" w:hAnsi="Calibri" w:cs="Calibri"/>
          <w:color w:val="000000"/>
        </w:rPr>
      </w:pPr>
    </w:p>
    <w:p w14:paraId="74D68A04"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engage students in speaking practice that builds comprehension, language acquisition, and higher-order thinking skills.</w:t>
      </w:r>
    </w:p>
    <w:p w14:paraId="6579B3A3" w14:textId="77777777" w:rsidR="008D343A" w:rsidRPr="008D343A" w:rsidRDefault="008D343A" w:rsidP="008D343A">
      <w:pPr>
        <w:shd w:val="clear" w:color="auto" w:fill="FFFFFF"/>
        <w:spacing w:after="2"/>
        <w:rPr>
          <w:rFonts w:ascii="Calibri" w:hAnsi="Calibri" w:cs="Calibri"/>
          <w:color w:val="000000"/>
        </w:rPr>
      </w:pPr>
    </w:p>
    <w:p w14:paraId="08ED5B8B"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use high-quality assessments to monitor grade-level appropriate foundational skills development.</w:t>
      </w:r>
    </w:p>
    <w:p w14:paraId="14DDA97B" w14:textId="77777777" w:rsidR="008D343A" w:rsidRPr="008D343A" w:rsidRDefault="008D343A" w:rsidP="008D343A">
      <w:pPr>
        <w:shd w:val="clear" w:color="auto" w:fill="FFFFFF"/>
        <w:spacing w:after="2"/>
        <w:rPr>
          <w:rFonts w:ascii="Calibri" w:hAnsi="Calibri" w:cs="Calibri"/>
          <w:color w:val="000000"/>
        </w:rPr>
      </w:pPr>
    </w:p>
    <w:p w14:paraId="16BBA030"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Teachers implement and analyze a variety of high-quality literacy assessments to monitor grade-level appropriate comprehension and identify gaps.</w:t>
      </w:r>
    </w:p>
    <w:p w14:paraId="36FD165F" w14:textId="77777777" w:rsidR="008D343A" w:rsidRPr="008D343A" w:rsidRDefault="008D343A" w:rsidP="008D343A">
      <w:pPr>
        <w:pStyle w:val="ListParagraph"/>
        <w:shd w:val="clear" w:color="auto" w:fill="FFFFFF"/>
        <w:spacing w:after="2"/>
        <w:rPr>
          <w:rFonts w:ascii="Calibri" w:hAnsi="Calibri" w:cs="Calibri"/>
          <w:color w:val="000000"/>
        </w:rPr>
      </w:pPr>
    </w:p>
    <w:p w14:paraId="2650188C" w14:textId="77777777" w:rsidR="008D343A" w:rsidRPr="008D343A" w:rsidRDefault="008D343A" w:rsidP="008D343A">
      <w:pPr>
        <w:pStyle w:val="ListParagraph"/>
        <w:numPr>
          <w:ilvl w:val="0"/>
          <w:numId w:val="16"/>
        </w:numPr>
        <w:shd w:val="clear" w:color="auto" w:fill="FFFFFF"/>
        <w:spacing w:after="2" w:line="240" w:lineRule="auto"/>
        <w:rPr>
          <w:rFonts w:ascii="Calibri" w:hAnsi="Calibri" w:cs="Calibri"/>
          <w:color w:val="000000"/>
        </w:rPr>
      </w:pPr>
      <w:r w:rsidRPr="008D343A">
        <w:rPr>
          <w:rFonts w:ascii="Calibri" w:hAnsi="Calibri" w:cs="Calibri"/>
          <w:color w:val="000000"/>
        </w:rPr>
        <w:t xml:space="preserve">Teachers apply just-in-time </w:t>
      </w:r>
      <w:proofErr w:type="gramStart"/>
      <w:r w:rsidRPr="008D343A">
        <w:rPr>
          <w:rFonts w:ascii="Calibri" w:hAnsi="Calibri" w:cs="Calibri"/>
          <w:color w:val="000000"/>
        </w:rPr>
        <w:t>supports</w:t>
      </w:r>
      <w:proofErr w:type="gramEnd"/>
      <w:r w:rsidRPr="008D343A">
        <w:rPr>
          <w:rFonts w:ascii="Calibri" w:hAnsi="Calibri" w:cs="Calibri"/>
          <w:color w:val="000000"/>
        </w:rPr>
        <w:t xml:space="preserve"> and intervention on prerequisite skills and continually monitor to determine the need for additional learning support.</w:t>
      </w:r>
    </w:p>
    <w:p w14:paraId="69CA8B1F" w14:textId="77777777" w:rsidR="008D343A" w:rsidRPr="008D343A" w:rsidRDefault="00000000" w:rsidP="008D343A">
      <w:pPr>
        <w:shd w:val="clear" w:color="auto" w:fill="FFFFFF"/>
        <w:spacing w:after="2"/>
        <w:rPr>
          <w:rFonts w:ascii="Calibri" w:hAnsi="Calibri" w:cs="Calibri"/>
          <w:color w:val="000000"/>
        </w:rPr>
      </w:pPr>
      <w:r>
        <w:rPr>
          <w:rFonts w:ascii="Calibri" w:hAnsi="Calibri" w:cs="Calibri"/>
          <w:noProof/>
        </w:rPr>
        <w:pict w14:anchorId="1E099D3A">
          <v:rect id="_x0000_i1025" style="width:468pt;height:.05pt" o:hralign="center" o:hrstd="t" o:hr="t" fillcolor="#aaa" stroked="f"/>
        </w:pict>
      </w:r>
    </w:p>
    <w:p w14:paraId="1A48236B" w14:textId="3F0C5173" w:rsidR="008D343A" w:rsidRPr="008D343A" w:rsidRDefault="008D343A" w:rsidP="008D343A">
      <w:pPr>
        <w:shd w:val="clear" w:color="auto" w:fill="FFFFFF"/>
        <w:spacing w:after="2"/>
        <w:rPr>
          <w:rFonts w:ascii="Calibri" w:hAnsi="Calibri" w:cs="Calibri"/>
          <w:b/>
          <w:bCs/>
          <w:color w:val="00B050"/>
          <w:sz w:val="36"/>
          <w:szCs w:val="36"/>
        </w:rPr>
      </w:pPr>
      <w:bookmarkStart w:id="0" w:name="_Hlk218595797"/>
      <w:proofErr w:type="spellStart"/>
      <w:r w:rsidRPr="008D343A">
        <w:rPr>
          <w:rFonts w:ascii="Calibri" w:hAnsi="Calibri" w:cs="Calibri"/>
          <w:b/>
          <w:bCs/>
          <w:color w:val="00B050"/>
          <w:sz w:val="36"/>
          <w:szCs w:val="36"/>
        </w:rPr>
        <w:t>TExES</w:t>
      </w:r>
      <w:proofErr w:type="spellEnd"/>
      <w:r w:rsidRPr="008D343A">
        <w:rPr>
          <w:rFonts w:ascii="Calibri" w:hAnsi="Calibri" w:cs="Calibri"/>
          <w:b/>
          <w:bCs/>
          <w:color w:val="00B050"/>
          <w:sz w:val="36"/>
          <w:szCs w:val="36"/>
        </w:rPr>
        <w:t xml:space="preserve"> PPR K-12 Certification Exam Standards in this Course</w:t>
      </w:r>
    </w:p>
    <w:bookmarkEnd w:id="0"/>
    <w:p w14:paraId="5C837CB6" w14:textId="77777777" w:rsidR="008D343A" w:rsidRPr="008D343A" w:rsidRDefault="008D343A" w:rsidP="008D343A">
      <w:pPr>
        <w:shd w:val="clear" w:color="auto" w:fill="FFFFFF"/>
        <w:spacing w:after="2"/>
        <w:rPr>
          <w:rFonts w:ascii="Calibri" w:hAnsi="Calibri" w:cs="Calibri"/>
        </w:rPr>
      </w:pPr>
    </w:p>
    <w:p w14:paraId="3B543ED7" w14:textId="77777777" w:rsidR="008D343A" w:rsidRPr="008D343A" w:rsidRDefault="008D343A" w:rsidP="008D343A">
      <w:pPr>
        <w:shd w:val="clear" w:color="auto" w:fill="FFFFFF"/>
        <w:spacing w:after="2"/>
        <w:rPr>
          <w:rFonts w:ascii="Calibri" w:hAnsi="Calibri" w:cs="Calibri"/>
          <w:b/>
          <w:bCs/>
          <w:i/>
          <w:iCs/>
        </w:rPr>
      </w:pPr>
      <w:hyperlink r:id="rId8" w:history="1">
        <w:r w:rsidRPr="008D343A">
          <w:rPr>
            <w:rStyle w:val="Hyperlink"/>
            <w:rFonts w:ascii="Calibri" w:hAnsi="Calibri" w:cs="Calibri"/>
            <w:b/>
            <w:bCs/>
            <w:i/>
            <w:iCs/>
          </w:rPr>
          <w:t>Pedagogy and Professional Responsibilities Standards</w:t>
        </w:r>
      </w:hyperlink>
    </w:p>
    <w:p w14:paraId="29FB8716" w14:textId="77777777" w:rsidR="008D343A" w:rsidRPr="008D343A" w:rsidRDefault="008D343A" w:rsidP="008D343A">
      <w:pPr>
        <w:shd w:val="clear" w:color="auto" w:fill="FFFFFF"/>
        <w:spacing w:after="2"/>
        <w:rPr>
          <w:rFonts w:ascii="Calibri" w:hAnsi="Calibri" w:cs="Calibri"/>
        </w:rPr>
      </w:pPr>
    </w:p>
    <w:p w14:paraId="317A2DAF"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1.1.B. Recognizes the wide range of individual developmental differences that characterizes students in early childhood through grade 12 and the implications of this developmental variation for instructional planning.</w:t>
      </w:r>
    </w:p>
    <w:p w14:paraId="3737727C" w14:textId="77777777" w:rsidR="008D343A" w:rsidRPr="008D343A" w:rsidRDefault="008D343A" w:rsidP="008D343A">
      <w:pPr>
        <w:shd w:val="clear" w:color="auto" w:fill="FFFFFF"/>
        <w:spacing w:after="2"/>
        <w:rPr>
          <w:rFonts w:ascii="Calibri" w:hAnsi="Calibri" w:cs="Calibri"/>
        </w:rPr>
      </w:pPr>
    </w:p>
    <w:p w14:paraId="652FC5B4"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 xml:space="preserve">1.1.C. Analyzes ways in which developmental characteristics of students in early childhood through grade 12 impact learning and performance and applies knowledge of students' </w:t>
      </w:r>
      <w:r w:rsidRPr="008D343A">
        <w:rPr>
          <w:rFonts w:ascii="Calibri" w:hAnsi="Calibri" w:cs="Calibri"/>
        </w:rPr>
        <w:lastRenderedPageBreak/>
        <w:t>developmental characteristics and needs to plan effective learning experiences and assessments.</w:t>
      </w:r>
    </w:p>
    <w:p w14:paraId="74C06F3E" w14:textId="77777777" w:rsidR="008D343A" w:rsidRPr="008D343A" w:rsidRDefault="008D343A" w:rsidP="008D343A">
      <w:pPr>
        <w:shd w:val="clear" w:color="auto" w:fill="FFFFFF"/>
        <w:spacing w:after="2"/>
        <w:rPr>
          <w:rFonts w:ascii="Calibri" w:hAnsi="Calibri" w:cs="Calibri"/>
        </w:rPr>
      </w:pPr>
    </w:p>
    <w:p w14:paraId="15788A19"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1.2.A. Demonstrates knowledge of a variety of student characteristics (e.g., those related to language, students' backgrounds, disability) and the significance of the variety of students for teaching, learning and assessment.</w:t>
      </w:r>
    </w:p>
    <w:p w14:paraId="4C569C33" w14:textId="77777777" w:rsidR="008D343A" w:rsidRPr="008D343A" w:rsidRDefault="008D343A" w:rsidP="008D343A">
      <w:pPr>
        <w:shd w:val="clear" w:color="auto" w:fill="FFFFFF"/>
        <w:spacing w:after="2"/>
        <w:rPr>
          <w:rFonts w:ascii="Calibri" w:hAnsi="Calibri" w:cs="Calibri"/>
        </w:rPr>
      </w:pPr>
    </w:p>
    <w:p w14:paraId="31B3366E"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1.2.B. Accepts and respects students with a variety of backgrounds and needs.</w:t>
      </w:r>
    </w:p>
    <w:p w14:paraId="433BF500" w14:textId="77777777" w:rsidR="008D343A" w:rsidRPr="008D343A" w:rsidRDefault="008D343A" w:rsidP="008D343A">
      <w:pPr>
        <w:shd w:val="clear" w:color="auto" w:fill="FFFFFF"/>
        <w:spacing w:after="2"/>
        <w:rPr>
          <w:rFonts w:ascii="Calibri" w:hAnsi="Calibri" w:cs="Calibri"/>
        </w:rPr>
      </w:pPr>
    </w:p>
    <w:p w14:paraId="6E32CF13"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1.2.C. Knows how to use flexibility in the classroom and the community to enrich all students' learning experiences.</w:t>
      </w:r>
    </w:p>
    <w:p w14:paraId="2E3EF015" w14:textId="77777777" w:rsidR="008D343A" w:rsidRPr="008D343A" w:rsidRDefault="008D343A" w:rsidP="008D343A">
      <w:pPr>
        <w:shd w:val="clear" w:color="auto" w:fill="FFFFFF"/>
        <w:spacing w:after="2"/>
        <w:rPr>
          <w:rFonts w:ascii="Calibri" w:hAnsi="Calibri" w:cs="Calibri"/>
        </w:rPr>
      </w:pPr>
    </w:p>
    <w:p w14:paraId="3F8D29EC"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1.2.D. Knows strategies for enhancing one's own understanding of a variety of students' backgrounds and needs.</w:t>
      </w:r>
    </w:p>
    <w:p w14:paraId="258E29D6" w14:textId="77777777" w:rsidR="008D343A" w:rsidRPr="008D343A" w:rsidRDefault="008D343A" w:rsidP="008D343A">
      <w:pPr>
        <w:shd w:val="clear" w:color="auto" w:fill="FFFFFF"/>
        <w:spacing w:after="2"/>
        <w:rPr>
          <w:rFonts w:ascii="Calibri" w:hAnsi="Calibri" w:cs="Calibri"/>
        </w:rPr>
      </w:pPr>
    </w:p>
    <w:p w14:paraId="59E7CE2F"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1.2.E. Knows how to plan and adapt lessons to address students' varied backgrounds, skills, interests and learning needs, including the needs of English-language learners and students with disabilities.</w:t>
      </w:r>
    </w:p>
    <w:p w14:paraId="2CDDB9F1" w14:textId="77777777" w:rsidR="008D343A" w:rsidRPr="008D343A" w:rsidRDefault="008D343A" w:rsidP="008D343A">
      <w:pPr>
        <w:shd w:val="clear" w:color="auto" w:fill="FFFFFF"/>
        <w:spacing w:after="2"/>
        <w:rPr>
          <w:rFonts w:ascii="Calibri" w:hAnsi="Calibri" w:cs="Calibri"/>
        </w:rPr>
      </w:pPr>
    </w:p>
    <w:p w14:paraId="5133165C"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1.3.</w:t>
      </w:r>
      <w:proofErr w:type="gramStart"/>
      <w:r w:rsidRPr="008D343A">
        <w:rPr>
          <w:rFonts w:ascii="Calibri" w:hAnsi="Calibri" w:cs="Calibri"/>
        </w:rPr>
        <w:t>A.Understands</w:t>
      </w:r>
      <w:proofErr w:type="gramEnd"/>
      <w:r w:rsidRPr="008D343A">
        <w:rPr>
          <w:rFonts w:ascii="Calibri" w:hAnsi="Calibri" w:cs="Calibri"/>
        </w:rPr>
        <w:t xml:space="preserve"> the significance of the Texas Essential Knowledge and Skills (TEKS) and of prerequisite knowledge and skills in determining instructional goals and objectives.</w:t>
      </w:r>
    </w:p>
    <w:p w14:paraId="2FEDB006" w14:textId="77777777" w:rsidR="008D343A" w:rsidRPr="008D343A" w:rsidRDefault="008D343A" w:rsidP="008D343A">
      <w:pPr>
        <w:shd w:val="clear" w:color="auto" w:fill="FFFFFF"/>
        <w:spacing w:after="2"/>
        <w:rPr>
          <w:rFonts w:ascii="Calibri" w:hAnsi="Calibri" w:cs="Calibri"/>
        </w:rPr>
      </w:pPr>
    </w:p>
    <w:p w14:paraId="4C869F89"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1.3.F. Plans lessons and structures units so that activities progress in a logical sequence and support stated instructional goals.</w:t>
      </w:r>
    </w:p>
    <w:p w14:paraId="63A31DF0" w14:textId="77777777" w:rsidR="008D343A" w:rsidRPr="008D343A" w:rsidRDefault="008D343A" w:rsidP="008D343A">
      <w:pPr>
        <w:shd w:val="clear" w:color="auto" w:fill="FFFFFF"/>
        <w:spacing w:after="2"/>
        <w:rPr>
          <w:rFonts w:ascii="Calibri" w:hAnsi="Calibri" w:cs="Calibri"/>
        </w:rPr>
      </w:pPr>
    </w:p>
    <w:p w14:paraId="03C071DC"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1.3.G. Plans learning experiences that provide students with grade-level appropriate opportunities to explore content from integrated and varied perspectives (e.g., by presenting thematic units that incorporate different disciplines, providing intradisciplinary and interdisciplinary instruction, designing instruction that enables students to work cooperatively, providing varied learning experiences, prompting students to consider ideas from multiple viewpoints, encouraging students' application of knowledge and skills to the world beyond the school).</w:t>
      </w:r>
    </w:p>
    <w:p w14:paraId="08DCA718" w14:textId="77777777" w:rsidR="008D343A" w:rsidRPr="008D343A" w:rsidRDefault="008D343A" w:rsidP="008D343A">
      <w:pPr>
        <w:shd w:val="clear" w:color="auto" w:fill="FFFFFF"/>
        <w:spacing w:after="2"/>
        <w:rPr>
          <w:rFonts w:ascii="Calibri" w:hAnsi="Calibri" w:cs="Calibri"/>
        </w:rPr>
      </w:pPr>
    </w:p>
    <w:p w14:paraId="1402F09B"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1.4.</w:t>
      </w:r>
      <w:proofErr w:type="gramStart"/>
      <w:r w:rsidRPr="008D343A">
        <w:rPr>
          <w:rFonts w:ascii="Calibri" w:hAnsi="Calibri" w:cs="Calibri"/>
        </w:rPr>
        <w:t>J.Analyzes</w:t>
      </w:r>
      <w:proofErr w:type="gramEnd"/>
      <w:r w:rsidRPr="008D343A">
        <w:rPr>
          <w:rFonts w:ascii="Calibri" w:hAnsi="Calibri" w:cs="Calibri"/>
        </w:rPr>
        <w:t xml:space="preserve"> ways in which external factors impact student learning and plans instruction and assessment.</w:t>
      </w:r>
    </w:p>
    <w:p w14:paraId="4FD51637" w14:textId="77777777" w:rsidR="008D343A" w:rsidRPr="008D343A" w:rsidRDefault="008D343A" w:rsidP="008D343A">
      <w:pPr>
        <w:shd w:val="clear" w:color="auto" w:fill="FFFFFF"/>
        <w:spacing w:after="2"/>
        <w:rPr>
          <w:rFonts w:ascii="Calibri" w:hAnsi="Calibri" w:cs="Calibri"/>
        </w:rPr>
      </w:pPr>
    </w:p>
    <w:p w14:paraId="3CC226C1"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1.4.N. Provides instruction to ensure that students can apply various learning strategies (e.g., using prior knowledge, metacognition, graphic organizers) across content areas, in accordance with the ELPS.</w:t>
      </w:r>
    </w:p>
    <w:p w14:paraId="7F558DBB" w14:textId="77777777" w:rsidR="008D343A" w:rsidRPr="008D343A" w:rsidRDefault="008D343A" w:rsidP="008D343A">
      <w:pPr>
        <w:shd w:val="clear" w:color="auto" w:fill="FFFFFF"/>
        <w:spacing w:after="2"/>
        <w:rPr>
          <w:rFonts w:ascii="Calibri" w:hAnsi="Calibri" w:cs="Calibri"/>
        </w:rPr>
      </w:pPr>
    </w:p>
    <w:p w14:paraId="102B340D"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lastRenderedPageBreak/>
        <w:t>1.4.O. Provides instruction in a manner that is linguistically accommodated (communicated, sequenced and scaffolded) to the student's level of English-language proficiency to ensure that the student learns the knowledge and skills across content areas, in accordance with the ELPS.</w:t>
      </w:r>
    </w:p>
    <w:p w14:paraId="6478869A" w14:textId="77777777" w:rsidR="008D343A" w:rsidRPr="008D343A" w:rsidRDefault="008D343A" w:rsidP="008D343A">
      <w:pPr>
        <w:shd w:val="clear" w:color="auto" w:fill="FFFFFF"/>
        <w:spacing w:after="2"/>
        <w:rPr>
          <w:rFonts w:ascii="Calibri" w:hAnsi="Calibri" w:cs="Calibri"/>
        </w:rPr>
      </w:pPr>
    </w:p>
    <w:p w14:paraId="7ED09E67"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3.7.A. Demonstrates clear, accurate communication in the teaching and learning process and uses language that is appropriate to students' ages, interests and backgrounds.</w:t>
      </w:r>
    </w:p>
    <w:p w14:paraId="2459DB2B" w14:textId="77777777" w:rsidR="008D343A" w:rsidRPr="008D343A" w:rsidRDefault="008D343A" w:rsidP="008D343A">
      <w:pPr>
        <w:shd w:val="clear" w:color="auto" w:fill="FFFFFF"/>
        <w:spacing w:after="2"/>
        <w:rPr>
          <w:rFonts w:ascii="Calibri" w:hAnsi="Calibri" w:cs="Calibri"/>
        </w:rPr>
      </w:pPr>
    </w:p>
    <w:p w14:paraId="2639BCF1"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3.8.C. Presents content to students in ways that are relevant and meaningful and that link with students' prior knowledge and experience.</w:t>
      </w:r>
    </w:p>
    <w:p w14:paraId="1012257F" w14:textId="77777777" w:rsidR="008D343A" w:rsidRPr="008D343A" w:rsidRDefault="008D343A" w:rsidP="008D343A">
      <w:pPr>
        <w:shd w:val="clear" w:color="auto" w:fill="FFFFFF"/>
        <w:spacing w:after="2"/>
        <w:rPr>
          <w:rFonts w:ascii="Calibri" w:hAnsi="Calibri" w:cs="Calibri"/>
        </w:rPr>
      </w:pPr>
    </w:p>
    <w:p w14:paraId="2335389A"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3.8.D. Applies criteria for evaluating the appropriateness of instructional activities, materials, resources and technologies for students with varied characteristics and needs.</w:t>
      </w:r>
    </w:p>
    <w:p w14:paraId="4BC94004" w14:textId="77777777" w:rsidR="008D343A" w:rsidRPr="008D343A" w:rsidRDefault="008D343A" w:rsidP="008D343A">
      <w:pPr>
        <w:shd w:val="clear" w:color="auto" w:fill="FFFFFF"/>
        <w:spacing w:after="2"/>
        <w:rPr>
          <w:rFonts w:ascii="Calibri" w:hAnsi="Calibri" w:cs="Calibri"/>
        </w:rPr>
      </w:pPr>
    </w:p>
    <w:p w14:paraId="02A9ABA7"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3.8.J.</w:t>
      </w:r>
      <w:r w:rsidRPr="008D343A">
        <w:t xml:space="preserve"> </w:t>
      </w:r>
      <w:r w:rsidRPr="008D343A">
        <w:rPr>
          <w:rFonts w:ascii="Calibri" w:hAnsi="Calibri" w:cs="Calibri"/>
        </w:rPr>
        <w:t>Develops the foundation of English language vocabulary, grammar, syntax and mechanics necessary to understand content-based instruction and accelerated learning of English in accordance with the ELPS.</w:t>
      </w:r>
    </w:p>
    <w:p w14:paraId="422AE31C" w14:textId="77777777" w:rsidR="008D343A" w:rsidRPr="008D343A" w:rsidRDefault="008D343A" w:rsidP="008D343A">
      <w:pPr>
        <w:shd w:val="clear" w:color="auto" w:fill="FFFFFF"/>
        <w:spacing w:after="2"/>
        <w:rPr>
          <w:rFonts w:ascii="Calibri" w:hAnsi="Calibri" w:cs="Calibri"/>
        </w:rPr>
      </w:pPr>
    </w:p>
    <w:p w14:paraId="025780EB" w14:textId="77777777" w:rsidR="008D343A" w:rsidRPr="008D343A" w:rsidRDefault="008D343A" w:rsidP="008D343A">
      <w:pPr>
        <w:shd w:val="clear" w:color="auto" w:fill="FFFFFF"/>
        <w:spacing w:after="2"/>
        <w:rPr>
          <w:rFonts w:ascii="Calibri" w:hAnsi="Calibri" w:cs="Calibri"/>
        </w:rPr>
      </w:pPr>
      <w:r w:rsidRPr="008D343A">
        <w:rPr>
          <w:rFonts w:ascii="Calibri" w:hAnsi="Calibri" w:cs="Calibri"/>
        </w:rPr>
        <w:t>3.9.F.  Knows how to plan, organize, deliver, and evaluate instruction that incorporates the effective use of current technology; knows how to use grade-level appropriate instructional practices, activities, and materials to integrate the Technology Applications TEKS into the curriculum.</w:t>
      </w:r>
    </w:p>
    <w:p w14:paraId="71F97662" w14:textId="77777777" w:rsidR="008D343A" w:rsidRPr="008D343A" w:rsidRDefault="008D343A" w:rsidP="008D343A">
      <w:pPr>
        <w:shd w:val="clear" w:color="auto" w:fill="FFFFFF"/>
        <w:spacing w:after="2"/>
        <w:rPr>
          <w:rFonts w:ascii="Calibri" w:hAnsi="Calibri" w:cs="Calibri"/>
        </w:rPr>
      </w:pPr>
    </w:p>
    <w:p w14:paraId="0A3F8498" w14:textId="77777777" w:rsidR="008D343A" w:rsidRDefault="008D343A" w:rsidP="008D343A">
      <w:pPr>
        <w:shd w:val="clear" w:color="auto" w:fill="FFFFFF"/>
        <w:spacing w:after="2"/>
        <w:rPr>
          <w:rFonts w:ascii="Calibri" w:hAnsi="Calibri" w:cs="Calibri"/>
        </w:rPr>
      </w:pPr>
      <w:r w:rsidRPr="008D343A">
        <w:rPr>
          <w:rFonts w:ascii="Calibri" w:hAnsi="Calibri" w:cs="Calibri"/>
        </w:rPr>
        <w:t>3.10.B. Creates assessments that are congruent with instructional goals and objectives and communicates assessment criteria and standards to students based on high expectations for learning.</w:t>
      </w:r>
    </w:p>
    <w:p w14:paraId="65F49555" w14:textId="77777777" w:rsidR="007C12D2" w:rsidRDefault="007C12D2" w:rsidP="006169B7">
      <w:pPr>
        <w:spacing w:after="0" w:line="240" w:lineRule="auto"/>
        <w:rPr>
          <w:rFonts w:ascii="Calibri" w:hAnsi="Calibri" w:cs="Calibri"/>
          <w:b/>
          <w:bCs/>
          <w:sz w:val="32"/>
          <w:szCs w:val="32"/>
        </w:rPr>
      </w:pPr>
    </w:p>
    <w:p w14:paraId="2BF8E86E" w14:textId="6B383275" w:rsidR="006169B7" w:rsidRDefault="006169B7" w:rsidP="006169B7">
      <w:pPr>
        <w:spacing w:after="0" w:line="240" w:lineRule="auto"/>
        <w:rPr>
          <w:rFonts w:ascii="Calibri" w:hAnsi="Calibri" w:cs="Calibri"/>
          <w:b/>
          <w:bCs/>
          <w:sz w:val="32"/>
          <w:szCs w:val="32"/>
        </w:rPr>
      </w:pPr>
      <w:r w:rsidRPr="006169B7">
        <w:rPr>
          <w:rFonts w:ascii="Calibri" w:hAnsi="Calibri" w:cs="Calibri"/>
          <w:b/>
          <w:bCs/>
          <w:sz w:val="32"/>
          <w:szCs w:val="32"/>
        </w:rPr>
        <w:t>UNT Required Syllabi Statements</w:t>
      </w:r>
    </w:p>
    <w:p w14:paraId="3F8E1CEE" w14:textId="77777777" w:rsidR="006169B7" w:rsidRPr="006169B7" w:rsidRDefault="006169B7" w:rsidP="006169B7">
      <w:pPr>
        <w:spacing w:after="0" w:line="240" w:lineRule="auto"/>
        <w:rPr>
          <w:rFonts w:ascii="Calibri" w:hAnsi="Calibri" w:cs="Calibri"/>
          <w:b/>
          <w:bCs/>
          <w:sz w:val="32"/>
          <w:szCs w:val="32"/>
        </w:rPr>
      </w:pPr>
    </w:p>
    <w:p w14:paraId="501F74BD" w14:textId="49F8B745" w:rsidR="006169B7" w:rsidRDefault="006169B7" w:rsidP="006169B7">
      <w:pPr>
        <w:spacing w:after="0" w:line="240" w:lineRule="auto"/>
        <w:rPr>
          <w:rFonts w:ascii="Calibri" w:hAnsi="Calibri" w:cs="Calibri"/>
        </w:rPr>
      </w:pPr>
      <w:r>
        <w:rPr>
          <w:rFonts w:ascii="Calibri" w:hAnsi="Calibri" w:cs="Calibri"/>
        </w:rPr>
        <w:t xml:space="preserve">1. </w:t>
      </w:r>
      <w:r w:rsidRPr="006169B7">
        <w:rPr>
          <w:rFonts w:ascii="Calibri" w:hAnsi="Calibri" w:cs="Calibri"/>
        </w:rPr>
        <w:t xml:space="preserve">Academic Integrity Standards and Consequences According to UNT Policy 06.003, Student Academic Integrity, academic </w:t>
      </w:r>
      <w:proofErr w:type="gramStart"/>
      <w:r w:rsidRPr="006169B7">
        <w:rPr>
          <w:rFonts w:ascii="Calibri" w:hAnsi="Calibri" w:cs="Calibri"/>
        </w:rPr>
        <w:t>dishonesty</w:t>
      </w:r>
      <w:proofErr w:type="gramEnd"/>
      <w:r w:rsidRPr="006169B7">
        <w:rPr>
          <w:rFonts w:ascii="Calibri" w:hAnsi="Calibri" w:cs="Calibri"/>
        </w:rPr>
        <w:t xml:space="preserve">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4509B81E" w14:textId="77777777" w:rsidR="006169B7" w:rsidRDefault="006169B7" w:rsidP="006169B7">
      <w:pPr>
        <w:spacing w:after="0" w:line="240" w:lineRule="auto"/>
        <w:rPr>
          <w:rFonts w:ascii="Calibri" w:hAnsi="Calibri" w:cs="Calibri"/>
        </w:rPr>
      </w:pPr>
    </w:p>
    <w:p w14:paraId="2D0B13D1" w14:textId="77777777" w:rsidR="006169B7" w:rsidRDefault="006169B7" w:rsidP="006169B7">
      <w:pPr>
        <w:spacing w:after="0" w:line="240" w:lineRule="auto"/>
        <w:rPr>
          <w:rFonts w:ascii="Calibri" w:hAnsi="Calibri" w:cs="Calibri"/>
        </w:rPr>
      </w:pPr>
      <w:r w:rsidRPr="006169B7">
        <w:rPr>
          <w:rFonts w:ascii="Calibri" w:hAnsi="Calibri" w:cs="Calibri"/>
        </w:rPr>
        <w:t xml:space="preserve">2. ADA Accommodation Statement 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6169B7">
        <w:rPr>
          <w:rFonts w:ascii="Calibri" w:hAnsi="Calibri" w:cs="Calibri"/>
        </w:rPr>
        <w:t>accommodations</w:t>
      </w:r>
      <w:proofErr w:type="gramEnd"/>
      <w:r w:rsidRPr="006169B7">
        <w:rPr>
          <w:rFonts w:ascii="Calibri" w:hAnsi="Calibri" w:cs="Calibri"/>
        </w:rPr>
        <w:t xml:space="preserve"> at any </w:t>
      </w:r>
      <w:proofErr w:type="gramStart"/>
      <w:r w:rsidRPr="006169B7">
        <w:rPr>
          <w:rFonts w:ascii="Calibri" w:hAnsi="Calibri" w:cs="Calibri"/>
        </w:rPr>
        <w:t>time,</w:t>
      </w:r>
      <w:proofErr w:type="gramEnd"/>
      <w:r w:rsidRPr="006169B7">
        <w:rPr>
          <w:rFonts w:ascii="Calibri" w:hAnsi="Calibri" w:cs="Calibri"/>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w:t>
      </w:r>
      <w:r w:rsidRPr="006169B7">
        <w:rPr>
          <w:rFonts w:ascii="Calibri" w:hAnsi="Calibri" w:cs="Calibri"/>
        </w:rPr>
        <w:lastRenderedPageBreak/>
        <w:t xml:space="preserve">implementation in each class. For additional information see the ODA website at disability.unt.edu. </w:t>
      </w:r>
    </w:p>
    <w:p w14:paraId="3DC7181A" w14:textId="77777777" w:rsidR="006169B7" w:rsidRDefault="006169B7" w:rsidP="006169B7">
      <w:pPr>
        <w:spacing w:after="0" w:line="240" w:lineRule="auto"/>
        <w:rPr>
          <w:rFonts w:ascii="Calibri" w:hAnsi="Calibri" w:cs="Calibri"/>
        </w:rPr>
      </w:pPr>
    </w:p>
    <w:p w14:paraId="5417EB9A" w14:textId="77777777" w:rsidR="006169B7" w:rsidRDefault="006169B7" w:rsidP="006169B7">
      <w:pPr>
        <w:spacing w:after="0" w:line="240" w:lineRule="auto"/>
        <w:rPr>
          <w:rFonts w:ascii="Calibri" w:hAnsi="Calibri" w:cs="Calibri"/>
        </w:rPr>
      </w:pPr>
      <w:r w:rsidRPr="006169B7">
        <w:rPr>
          <w:rFonts w:ascii="Calibri" w:hAnsi="Calibri" w:cs="Calibri"/>
        </w:rPr>
        <w:t xml:space="preserve">3. Course Safety Procedures (for Laboratory Courses) While working in laboratory sessions, students enrolled in [insert class name] are required to follow proper safety procedures and guidelines in all activities requiring lifting, climbing, walking on slippery surfaces, using equipment and tools, handling chemical solutions and hot and cold products. Students should be aware that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 </w:t>
      </w:r>
    </w:p>
    <w:p w14:paraId="52DA339A" w14:textId="77777777" w:rsidR="006169B7" w:rsidRDefault="006169B7" w:rsidP="006169B7">
      <w:pPr>
        <w:spacing w:after="0" w:line="240" w:lineRule="auto"/>
        <w:rPr>
          <w:rFonts w:ascii="Calibri" w:hAnsi="Calibri" w:cs="Calibri"/>
        </w:rPr>
      </w:pPr>
    </w:p>
    <w:p w14:paraId="7F398ADC" w14:textId="77777777" w:rsidR="006169B7" w:rsidRDefault="006169B7" w:rsidP="006169B7">
      <w:pPr>
        <w:spacing w:after="0" w:line="240" w:lineRule="auto"/>
        <w:rPr>
          <w:rFonts w:ascii="Calibri" w:hAnsi="Calibri" w:cs="Calibri"/>
        </w:rPr>
      </w:pPr>
      <w:r w:rsidRPr="006169B7">
        <w:rPr>
          <w:rFonts w:ascii="Calibri" w:hAnsi="Calibri" w:cs="Calibri"/>
        </w:rPr>
        <w:t xml:space="preserve">4. Emergency Notification &amp; Procedures 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UNT Learning Management System (LMS) for contingency plans for covering course materials. </w:t>
      </w:r>
    </w:p>
    <w:p w14:paraId="21A15B03" w14:textId="77777777" w:rsidR="006169B7" w:rsidRDefault="006169B7" w:rsidP="006169B7">
      <w:pPr>
        <w:spacing w:after="0" w:line="240" w:lineRule="auto"/>
        <w:rPr>
          <w:rFonts w:ascii="Calibri" w:hAnsi="Calibri" w:cs="Calibri"/>
        </w:rPr>
      </w:pPr>
    </w:p>
    <w:p w14:paraId="63DE240D" w14:textId="64B02F57" w:rsidR="006169B7" w:rsidRDefault="006169B7" w:rsidP="006169B7">
      <w:pPr>
        <w:spacing w:after="0" w:line="240" w:lineRule="auto"/>
        <w:rPr>
          <w:rFonts w:ascii="Calibri" w:hAnsi="Calibri" w:cs="Calibri"/>
        </w:rPr>
      </w:pPr>
      <w:r>
        <w:rPr>
          <w:rFonts w:ascii="Calibri" w:hAnsi="Calibri" w:cs="Calibri"/>
        </w:rPr>
        <w:t>5</w:t>
      </w:r>
      <w:r w:rsidRPr="006169B7">
        <w:rPr>
          <w:rFonts w:ascii="Calibri" w:hAnsi="Calibri" w:cs="Calibri"/>
        </w:rPr>
        <w:t xml:space="preserve">. Retention of Student Records 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C914EE4" w14:textId="77777777" w:rsidR="006169B7" w:rsidRDefault="006169B7" w:rsidP="006169B7">
      <w:pPr>
        <w:spacing w:after="0" w:line="240" w:lineRule="auto"/>
        <w:rPr>
          <w:rFonts w:ascii="Calibri" w:hAnsi="Calibri" w:cs="Calibri"/>
        </w:rPr>
      </w:pPr>
    </w:p>
    <w:p w14:paraId="2DCC94DE" w14:textId="0010C4A1" w:rsidR="006169B7" w:rsidRDefault="006169B7" w:rsidP="006169B7">
      <w:pPr>
        <w:spacing w:after="0" w:line="240" w:lineRule="auto"/>
        <w:rPr>
          <w:rFonts w:ascii="Calibri" w:hAnsi="Calibri" w:cs="Calibri"/>
        </w:rPr>
      </w:pPr>
      <w:r>
        <w:rPr>
          <w:rFonts w:ascii="Calibri" w:hAnsi="Calibri" w:cs="Calibri"/>
        </w:rPr>
        <w:t>6</w:t>
      </w:r>
      <w:r w:rsidRPr="006169B7">
        <w:rPr>
          <w:rFonts w:ascii="Calibri" w:hAnsi="Calibri" w:cs="Calibri"/>
        </w:rPr>
        <w:t xml:space="preserve">. Acceptable Student Behavior 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deanofstudents.unt.edu/conduct. </w:t>
      </w:r>
    </w:p>
    <w:p w14:paraId="3C8C5A5A" w14:textId="77777777" w:rsidR="006169B7" w:rsidRDefault="006169B7" w:rsidP="006169B7">
      <w:pPr>
        <w:spacing w:after="0" w:line="240" w:lineRule="auto"/>
        <w:rPr>
          <w:rFonts w:ascii="Calibri" w:hAnsi="Calibri" w:cs="Calibri"/>
        </w:rPr>
      </w:pPr>
    </w:p>
    <w:p w14:paraId="2B12A1D5" w14:textId="18E7BEBA" w:rsidR="006169B7" w:rsidRDefault="006169B7" w:rsidP="006169B7">
      <w:pPr>
        <w:spacing w:after="0" w:line="240" w:lineRule="auto"/>
        <w:rPr>
          <w:rFonts w:ascii="Calibri" w:hAnsi="Calibri" w:cs="Calibri"/>
        </w:rPr>
      </w:pPr>
      <w:r>
        <w:rPr>
          <w:rFonts w:ascii="Calibri" w:hAnsi="Calibri" w:cs="Calibri"/>
        </w:rPr>
        <w:t>7</w:t>
      </w:r>
      <w:r w:rsidRPr="006169B7">
        <w:rPr>
          <w:rFonts w:ascii="Calibri" w:hAnsi="Calibri" w:cs="Calibri"/>
        </w:rPr>
        <w:t xml:space="preserve">. Access to Information – Eagle Connect Students’ access point for business and academic services at UNT is located at: my.unt.edu. All official communication from the University will be delivered to a student’s Eagle Connect account. For more information, please visit the website that Page 2 of 4 explains Eagle Connect and how to forward e-mail: eagleconnect.unt.edu/ </w:t>
      </w:r>
    </w:p>
    <w:p w14:paraId="4D205D8A" w14:textId="77777777" w:rsidR="006169B7" w:rsidRDefault="006169B7" w:rsidP="006169B7">
      <w:pPr>
        <w:spacing w:after="0" w:line="240" w:lineRule="auto"/>
        <w:rPr>
          <w:rFonts w:ascii="Calibri" w:hAnsi="Calibri" w:cs="Calibri"/>
        </w:rPr>
      </w:pPr>
    </w:p>
    <w:p w14:paraId="4556FF52" w14:textId="000BD86E" w:rsidR="006169B7" w:rsidRDefault="006169B7" w:rsidP="006169B7">
      <w:pPr>
        <w:spacing w:after="0" w:line="240" w:lineRule="auto"/>
        <w:rPr>
          <w:rFonts w:ascii="Calibri" w:hAnsi="Calibri" w:cs="Calibri"/>
        </w:rPr>
      </w:pPr>
      <w:r>
        <w:rPr>
          <w:rFonts w:ascii="Calibri" w:hAnsi="Calibri" w:cs="Calibri"/>
        </w:rPr>
        <w:t>8</w:t>
      </w:r>
      <w:r w:rsidRPr="006169B7">
        <w:rPr>
          <w:rFonts w:ascii="Calibri" w:hAnsi="Calibri" w:cs="Calibri"/>
        </w:rPr>
        <w:t xml:space="preserve">. Student Evaluation Administration Dates Student feedback is important and an essential part of participation in this course. The student evaluation of instruction is a requirement for all organized classes at UNT. The survey will be made available during </w:t>
      </w:r>
      <w:r>
        <w:rPr>
          <w:rFonts w:ascii="Calibri" w:hAnsi="Calibri" w:cs="Calibri"/>
        </w:rPr>
        <w:t xml:space="preserve">the final weeks of the semester to </w:t>
      </w:r>
      <w:r w:rsidRPr="006169B7">
        <w:rPr>
          <w:rFonts w:ascii="Calibri" w:hAnsi="Calibri" w:cs="Calibri"/>
        </w:rPr>
        <w:t xml:space="preserve">provide students with an opportunity to evaluate how this course is taught. Students will receive an email from "UNT SPOT Course Evaluations via </w:t>
      </w:r>
      <w:proofErr w:type="spellStart"/>
      <w:r w:rsidRPr="006169B7">
        <w:rPr>
          <w:rFonts w:ascii="Calibri" w:hAnsi="Calibri" w:cs="Calibri"/>
        </w:rPr>
        <w:t>IASystem</w:t>
      </w:r>
      <w:proofErr w:type="spellEnd"/>
      <w:r w:rsidRPr="006169B7">
        <w:rPr>
          <w:rFonts w:ascii="Calibri" w:hAnsi="Calibri" w:cs="Calibri"/>
        </w:rPr>
        <w:t xml:space="preserve"> Notification" (no-reply@iasystem.org) with the survey link. Students should look for the email in their UNT email inbox. Simply click on the link and complete the survey. Once students complete the </w:t>
      </w:r>
      <w:proofErr w:type="gramStart"/>
      <w:r w:rsidRPr="006169B7">
        <w:rPr>
          <w:rFonts w:ascii="Calibri" w:hAnsi="Calibri" w:cs="Calibri"/>
        </w:rPr>
        <w:t>survey</w:t>
      </w:r>
      <w:proofErr w:type="gramEnd"/>
      <w:r w:rsidRPr="006169B7">
        <w:rPr>
          <w:rFonts w:ascii="Calibri" w:hAnsi="Calibri" w:cs="Calibri"/>
        </w:rPr>
        <w:t xml:space="preserve"> they will receive a confirmation email that the survey has been submitted. For additional information, please visit the SPOT website at spot.unt.edu or email </w:t>
      </w:r>
      <w:hyperlink r:id="rId9" w:history="1">
        <w:r w:rsidRPr="0086212C">
          <w:rPr>
            <w:rStyle w:val="Hyperlink"/>
            <w:rFonts w:ascii="Calibri" w:hAnsi="Calibri" w:cs="Calibri"/>
          </w:rPr>
          <w:t>spot@unt.edu</w:t>
        </w:r>
      </w:hyperlink>
      <w:r w:rsidRPr="006169B7">
        <w:rPr>
          <w:rFonts w:ascii="Calibri" w:hAnsi="Calibri" w:cs="Calibri"/>
        </w:rPr>
        <w:t xml:space="preserve">. </w:t>
      </w:r>
    </w:p>
    <w:p w14:paraId="2E8DD7C3" w14:textId="77777777" w:rsidR="006169B7" w:rsidRDefault="006169B7" w:rsidP="006169B7">
      <w:pPr>
        <w:spacing w:after="0" w:line="240" w:lineRule="auto"/>
        <w:rPr>
          <w:rFonts w:ascii="Calibri" w:hAnsi="Calibri" w:cs="Calibri"/>
        </w:rPr>
      </w:pPr>
    </w:p>
    <w:p w14:paraId="30FBFBD7" w14:textId="4D55235C" w:rsidR="006169B7" w:rsidRPr="006169B7" w:rsidRDefault="006169B7" w:rsidP="006169B7">
      <w:pPr>
        <w:spacing w:after="0" w:line="240" w:lineRule="auto"/>
        <w:rPr>
          <w:rFonts w:ascii="Calibri" w:hAnsi="Calibri" w:cs="Calibri"/>
        </w:rPr>
      </w:pPr>
      <w:r>
        <w:rPr>
          <w:rFonts w:ascii="Calibri" w:hAnsi="Calibri" w:cs="Calibri"/>
        </w:rPr>
        <w:t>9</w:t>
      </w:r>
      <w:r w:rsidRPr="006169B7">
        <w:rPr>
          <w:rFonts w:ascii="Calibri" w:hAnsi="Calibri" w:cs="Calibri"/>
        </w:rPr>
        <w:t xml:space="preserve">. Survivor Advocacy 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6169B7">
        <w:rPr>
          <w:rFonts w:ascii="Calibri" w:hAnsi="Calibri" w:cs="Calibri"/>
        </w:rPr>
        <w:t>on the basis of</w:t>
      </w:r>
      <w:proofErr w:type="gramEnd"/>
      <w:r w:rsidRPr="006169B7">
        <w:rPr>
          <w:rFonts w:ascii="Calibri" w:hAnsi="Calibri" w:cs="Calibri"/>
        </w:rPr>
        <w:t xml:space="preserve"> </w:t>
      </w:r>
      <w:proofErr w:type="gramStart"/>
      <w:r w:rsidRPr="006169B7">
        <w:rPr>
          <w:rFonts w:ascii="Calibri" w:hAnsi="Calibri" w:cs="Calibri"/>
        </w:rPr>
        <w:t>sex, and</w:t>
      </w:r>
      <w:proofErr w:type="gramEnd"/>
      <w:r w:rsidRPr="006169B7">
        <w:rPr>
          <w:rFonts w:ascii="Calibri" w:hAnsi="Calibri" w:cs="Calibri"/>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SurvivorAdvocate@unt.edu or by calling the Dean of Students Office at 940-565-2648. Additionally, alleged sexual misconduct can be non-confidentially reported to the Title IX Coordinator at oeo@unt.edu or at (940) 565 2759.</w:t>
      </w:r>
    </w:p>
    <w:sectPr w:rsidR="006169B7" w:rsidRPr="006169B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E0471F"/>
    <w:multiLevelType w:val="hybridMultilevel"/>
    <w:tmpl w:val="5CD0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B6FC7"/>
    <w:multiLevelType w:val="hybridMultilevel"/>
    <w:tmpl w:val="E1DEA3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676942"/>
    <w:multiLevelType w:val="hybridMultilevel"/>
    <w:tmpl w:val="88D62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F1C4F"/>
    <w:multiLevelType w:val="hybridMultilevel"/>
    <w:tmpl w:val="92E28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0D4478"/>
    <w:multiLevelType w:val="hybridMultilevel"/>
    <w:tmpl w:val="EB3299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D4A7848"/>
    <w:multiLevelType w:val="hybridMultilevel"/>
    <w:tmpl w:val="45486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9967A6"/>
    <w:multiLevelType w:val="hybridMultilevel"/>
    <w:tmpl w:val="0ADE3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153421">
    <w:abstractNumId w:val="8"/>
  </w:num>
  <w:num w:numId="2" w16cid:durableId="1100686443">
    <w:abstractNumId w:val="6"/>
  </w:num>
  <w:num w:numId="3" w16cid:durableId="318192505">
    <w:abstractNumId w:val="5"/>
  </w:num>
  <w:num w:numId="4" w16cid:durableId="1014378886">
    <w:abstractNumId w:val="4"/>
  </w:num>
  <w:num w:numId="5" w16cid:durableId="1368145153">
    <w:abstractNumId w:val="7"/>
  </w:num>
  <w:num w:numId="6" w16cid:durableId="1553076785">
    <w:abstractNumId w:val="3"/>
  </w:num>
  <w:num w:numId="7" w16cid:durableId="977301766">
    <w:abstractNumId w:val="2"/>
  </w:num>
  <w:num w:numId="8" w16cid:durableId="205727874">
    <w:abstractNumId w:val="1"/>
  </w:num>
  <w:num w:numId="9" w16cid:durableId="978388011">
    <w:abstractNumId w:val="0"/>
  </w:num>
  <w:num w:numId="10" w16cid:durableId="1633827467">
    <w:abstractNumId w:val="12"/>
  </w:num>
  <w:num w:numId="11" w16cid:durableId="579682550">
    <w:abstractNumId w:val="14"/>
  </w:num>
  <w:num w:numId="12" w16cid:durableId="1123839487">
    <w:abstractNumId w:val="10"/>
  </w:num>
  <w:num w:numId="13" w16cid:durableId="915017958">
    <w:abstractNumId w:val="13"/>
  </w:num>
  <w:num w:numId="14" w16cid:durableId="140116784">
    <w:abstractNumId w:val="9"/>
  </w:num>
  <w:num w:numId="15" w16cid:durableId="2066832706">
    <w:abstractNumId w:val="15"/>
  </w:num>
  <w:num w:numId="16" w16cid:durableId="9560665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2C8E"/>
    <w:rsid w:val="0015074B"/>
    <w:rsid w:val="00261B03"/>
    <w:rsid w:val="0029639D"/>
    <w:rsid w:val="00326F90"/>
    <w:rsid w:val="00427A49"/>
    <w:rsid w:val="00465002"/>
    <w:rsid w:val="006169B7"/>
    <w:rsid w:val="007C12D2"/>
    <w:rsid w:val="008B74D6"/>
    <w:rsid w:val="008D343A"/>
    <w:rsid w:val="009179CE"/>
    <w:rsid w:val="00982460"/>
    <w:rsid w:val="009A7120"/>
    <w:rsid w:val="009F3374"/>
    <w:rsid w:val="00A11C2F"/>
    <w:rsid w:val="00AA0B40"/>
    <w:rsid w:val="00AA1D8D"/>
    <w:rsid w:val="00B47730"/>
    <w:rsid w:val="00CB0664"/>
    <w:rsid w:val="00DB7E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0582D7"/>
  <w14:defaultImageDpi w14:val="300"/>
  <w15:docId w15:val="{0AC85CD9-39A9-494D-8B71-718BE193A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169B7"/>
    <w:rPr>
      <w:color w:val="0000FF" w:themeColor="hyperlink"/>
      <w:u w:val="single"/>
    </w:rPr>
  </w:style>
  <w:style w:type="character" w:styleId="UnresolvedMention">
    <w:name w:val="Unresolved Mention"/>
    <w:basedOn w:val="DefaultParagraphFont"/>
    <w:uiPriority w:val="99"/>
    <w:semiHidden/>
    <w:unhideWhenUsed/>
    <w:rsid w:val="006169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x.nesinc.com/Content/StudyGuide/TX_SG_obj_160.htm" TargetMode="External"/><Relationship Id="rId3" Type="http://schemas.openxmlformats.org/officeDocument/2006/relationships/styles" Target="styles.xml"/><Relationship Id="rId7" Type="http://schemas.openxmlformats.org/officeDocument/2006/relationships/hyperlink" Target="https://tea.texas.gov/about-tea/laws-and-rules/sbec-rules-tac/sbec-tac-currently-in-effect/ch235c.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hris.Long@unt.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ot@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13</Pages>
  <Words>5217</Words>
  <Characters>29742</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EDCI 4060: Content Area Literacy Syllabus</vt:lpstr>
    </vt:vector>
  </TitlesOfParts>
  <Manager/>
  <Company/>
  <LinksUpToDate>false</LinksUpToDate>
  <CharactersWithSpaces>34890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EDCI 4060: Content Area Literacy Syllabus</dc:title>
  <dc:subject>Accessible syllabus with reduced table layout</dc:subject>
  <dc:creator>python-docx</dc:creator>
  <cp:keywords/>
  <dc:description>generated by python-docx</dc:description>
  <cp:lastModifiedBy>Long, Chris</cp:lastModifiedBy>
  <cp:revision>5</cp:revision>
  <dcterms:created xsi:type="dcterms:W3CDTF">2026-05-17T20:10:00Z</dcterms:created>
  <dcterms:modified xsi:type="dcterms:W3CDTF">2026-05-17T20:12:00Z</dcterms:modified>
  <cp:category/>
  <dc:language>en-US</dc:language>
</cp:coreProperties>
</file>