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166" w:type="dxa"/>
        <w:tblInd w:w="259" w:type="dxa"/>
        <w:tblLayout w:type="fixed"/>
        <w:tblLook w:val="04A0" w:firstRow="1" w:lastRow="0" w:firstColumn="1" w:lastColumn="0" w:noHBand="0" w:noVBand="1"/>
      </w:tblPr>
      <w:tblGrid>
        <w:gridCol w:w="2232"/>
        <w:gridCol w:w="5702"/>
        <w:gridCol w:w="2232"/>
      </w:tblGrid>
      <w:tr w:rsidR="00550850" w14:paraId="694BA228" w14:textId="77777777">
        <w:trPr>
          <w:trHeight w:hRule="exact" w:val="806"/>
        </w:trPr>
        <w:tc>
          <w:tcPr>
            <w:tcW w:w="2232" w:type="dxa"/>
            <w:tcBorders>
              <w:top w:val="nil"/>
              <w:left w:val="nil"/>
              <w:bottom w:val="single" w:sz="1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54CCDB" w14:textId="77777777" w:rsidR="00550850" w:rsidRDefault="00000000">
            <w:pPr>
              <w:spacing w:after="40"/>
              <w:jc w:val="right"/>
            </w:pPr>
            <w:r>
              <w:rPr>
                <w:rFonts w:eastAsia="Arial"/>
                <w:b/>
                <w:sz w:val="20"/>
              </w:rPr>
              <w:t>Ash Leatherwood</w:t>
            </w:r>
          </w:p>
        </w:tc>
        <w:tc>
          <w:tcPr>
            <w:tcW w:w="570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43E811" w14:textId="77777777" w:rsidR="00550850" w:rsidRDefault="00000000">
            <w:pPr>
              <w:spacing w:line="620" w:lineRule="exact"/>
              <w:jc w:val="center"/>
            </w:pPr>
            <w:r>
              <w:rPr>
                <w:rFonts w:eastAsia="Arial"/>
                <w:b/>
                <w:sz w:val="56"/>
              </w:rPr>
              <w:t>Summer in the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16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2AAD69" w14:textId="77777777" w:rsidR="00550850" w:rsidRDefault="00000000">
            <w:pPr>
              <w:spacing w:after="40"/>
            </w:pPr>
            <w:r>
              <w:rPr>
                <w:rFonts w:eastAsia="Arial"/>
                <w:b/>
                <w:sz w:val="20"/>
              </w:rPr>
              <w:t>August 30, 2026</w:t>
            </w:r>
          </w:p>
        </w:tc>
      </w:tr>
      <w:tr w:rsidR="00550850" w14:paraId="1D2FE775" w14:textId="77777777">
        <w:trPr>
          <w:trHeight w:hRule="exact" w:val="1195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98D2E4" w14:textId="77777777" w:rsidR="00550850" w:rsidRDefault="00000000">
            <w:pPr>
              <w:spacing w:before="60"/>
              <w:jc w:val="right"/>
            </w:pPr>
            <w:r>
              <w:rPr>
                <w:rFonts w:eastAsia="Arial"/>
                <w:b/>
                <w:sz w:val="23"/>
              </w:rPr>
              <w:t>Psalm 96</w:t>
            </w:r>
          </w:p>
        </w:tc>
        <w:tc>
          <w:tcPr>
            <w:tcW w:w="570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DF400F" w14:textId="77777777" w:rsidR="00550850" w:rsidRDefault="00000000">
            <w:pPr>
              <w:spacing w:line="1100" w:lineRule="exact"/>
              <w:jc w:val="center"/>
            </w:pPr>
            <w:r>
              <w:rPr>
                <w:rFonts w:eastAsia="Arial"/>
                <w:b/>
                <w:sz w:val="98"/>
              </w:rPr>
              <w:t>PSALMS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A94102" w14:textId="77777777" w:rsidR="00550850" w:rsidRDefault="00550850"/>
        </w:tc>
      </w:tr>
    </w:tbl>
    <w:p w14:paraId="51CF4566" w14:textId="77777777" w:rsidR="00550850" w:rsidRDefault="00000000">
      <w:pPr>
        <w:widowControl w:val="0"/>
        <w:spacing w:before="170" w:after="270" w:line="510" w:lineRule="exact"/>
        <w:ind w:left="360"/>
        <w:jc w:val="center"/>
      </w:pPr>
      <w:r>
        <w:rPr>
          <w:rFonts w:eastAsia="Arial"/>
          <w:b/>
          <w:sz w:val="44"/>
        </w:rPr>
        <w:t>Trembling in His Worship</w:t>
      </w:r>
    </w:p>
    <w:p w14:paraId="17A6485A" w14:textId="77777777" w:rsidR="00550850" w:rsidRDefault="00000000">
      <w:pPr>
        <w:widowControl w:val="0"/>
        <w:spacing w:after="3040" w:line="276" w:lineRule="exact"/>
        <w:ind w:left="360"/>
      </w:pPr>
      <w:r>
        <w:rPr>
          <w:rFonts w:eastAsia="Arial"/>
          <w:b/>
        </w:rPr>
        <w:t>Introduction</w:t>
      </w:r>
    </w:p>
    <w:p w14:paraId="6132668E" w14:textId="77777777" w:rsidR="00550850" w:rsidRDefault="00000000">
      <w:pPr>
        <w:keepLines/>
        <w:widowControl w:val="0"/>
        <w:tabs>
          <w:tab w:val="left" w:pos="810"/>
          <w:tab w:val="left" w:pos="7560"/>
        </w:tabs>
        <w:spacing w:line="276" w:lineRule="exact"/>
        <w:ind w:left="360"/>
      </w:pPr>
      <w:r>
        <w:rPr>
          <w:rFonts w:eastAsia="Arial"/>
          <w:b/>
        </w:rPr>
        <w:t>1.</w:t>
      </w:r>
      <w:r>
        <w:rPr>
          <w:rFonts w:eastAsia="Arial"/>
          <w:b/>
        </w:rPr>
        <w:tab/>
        <w:t xml:space="preserve">God will be Worshiped with _______________ Songs </w:t>
      </w:r>
      <w:r>
        <w:rPr>
          <w:rFonts w:eastAsia="Arial"/>
          <w:i/>
        </w:rPr>
        <w:t>(Psalm 96:1; John 4:23-24;</w:t>
      </w:r>
      <w:r>
        <w:br/>
      </w:r>
      <w:r>
        <w:rPr>
          <w:rFonts w:eastAsia="Arial"/>
          <w:i/>
        </w:rPr>
        <w:tab/>
      </w:r>
      <w:r>
        <w:rPr>
          <w:rFonts w:eastAsia="Arial"/>
          <w:i/>
        </w:rPr>
        <w:tab/>
        <w:t>Revelation 5:9, 14:3)</w:t>
      </w:r>
    </w:p>
    <w:p w14:paraId="659548D3" w14:textId="77777777" w:rsidR="00550850" w:rsidRDefault="00000000">
      <w:pPr>
        <w:widowControl w:val="0"/>
      </w:pPr>
      <w:r>
        <w:br w:type="page"/>
      </w:r>
    </w:p>
    <w:p w14:paraId="2B17AE6E" w14:textId="77777777" w:rsidR="00550850" w:rsidRDefault="00000000">
      <w:pPr>
        <w:widowControl w:val="0"/>
        <w:spacing w:line="276" w:lineRule="exact"/>
      </w:pPr>
      <w:r>
        <w:rPr>
          <w:rFonts w:eastAsia="Arial"/>
        </w:rPr>
        <w:lastRenderedPageBreak/>
        <w:t xml:space="preserve"> </w:t>
      </w:r>
    </w:p>
    <w:p w14:paraId="468B7B64" w14:textId="77777777" w:rsidR="00550850" w:rsidRDefault="00000000">
      <w:pPr>
        <w:widowControl w:val="0"/>
        <w:spacing w:line="276" w:lineRule="exact"/>
      </w:pPr>
      <w:r>
        <w:rPr>
          <w:rFonts w:eastAsia="Arial"/>
        </w:rPr>
        <w:t xml:space="preserve"> </w:t>
      </w:r>
    </w:p>
    <w:p w14:paraId="70098577" w14:textId="77777777" w:rsidR="00550850" w:rsidRDefault="00000000">
      <w:pPr>
        <w:keepLines/>
        <w:widowControl w:val="0"/>
        <w:tabs>
          <w:tab w:val="left" w:pos="810"/>
          <w:tab w:val="left" w:pos="5400"/>
          <w:tab w:val="left" w:pos="6480"/>
        </w:tabs>
        <w:spacing w:after="7728" w:line="276" w:lineRule="exact"/>
        <w:ind w:left="360"/>
      </w:pPr>
      <w:r>
        <w:rPr>
          <w:rFonts w:eastAsia="Arial"/>
          <w:b/>
        </w:rPr>
        <w:t>2.</w:t>
      </w:r>
      <w:r>
        <w:rPr>
          <w:rFonts w:eastAsia="Arial"/>
          <w:b/>
        </w:rPr>
        <w:tab/>
        <w:t xml:space="preserve">God will be Worshiped by the __________________ </w:t>
      </w:r>
      <w:r>
        <w:rPr>
          <w:rFonts w:eastAsia="Arial"/>
          <w:i/>
        </w:rPr>
        <w:t>(Psalm 96:1-10; Exodus 6:3;</w:t>
      </w:r>
      <w:r>
        <w:br/>
      </w:r>
      <w:r>
        <w:rPr>
          <w:rFonts w:eastAsia="Arial"/>
          <w:i/>
        </w:rPr>
        <w:tab/>
      </w:r>
      <w:r>
        <w:rPr>
          <w:rFonts w:eastAsia="Arial"/>
          <w:i/>
        </w:rPr>
        <w:tab/>
        <w:t>Daniel 10:13; Romans 12:1;</w:t>
      </w:r>
      <w:r>
        <w:br/>
      </w:r>
      <w:r>
        <w:rPr>
          <w:rFonts w:eastAsia="Arial"/>
          <w:i/>
        </w:rPr>
        <w:tab/>
      </w:r>
      <w:r>
        <w:rPr>
          <w:rFonts w:eastAsia="Arial"/>
          <w:i/>
        </w:rPr>
        <w:tab/>
      </w:r>
      <w:r>
        <w:rPr>
          <w:rFonts w:eastAsia="Arial"/>
          <w:i/>
        </w:rPr>
        <w:tab/>
        <w:t>Revelation 7:9-12, 21:26; Acts 4:12)</w:t>
      </w:r>
    </w:p>
    <w:p w14:paraId="385213C7" w14:textId="77777777" w:rsidR="00550850" w:rsidRDefault="00000000">
      <w:pPr>
        <w:keepLines/>
        <w:widowControl w:val="0"/>
        <w:tabs>
          <w:tab w:val="left" w:pos="810"/>
          <w:tab w:val="left" w:pos="6840"/>
        </w:tabs>
        <w:spacing w:line="276" w:lineRule="exact"/>
        <w:ind w:left="360" w:right="-216"/>
      </w:pPr>
      <w:r>
        <w:rPr>
          <w:rFonts w:eastAsia="Arial"/>
          <w:b/>
        </w:rPr>
        <w:t>3.</w:t>
      </w:r>
      <w:r>
        <w:rPr>
          <w:rFonts w:eastAsia="Arial"/>
          <w:b/>
        </w:rPr>
        <w:tab/>
        <w:t xml:space="preserve">God will be Worshiped by All  __________________ </w:t>
      </w:r>
      <w:r>
        <w:rPr>
          <w:rFonts w:eastAsia="Arial"/>
          <w:i/>
        </w:rPr>
        <w:t>(Psalm 96:11-13; Romans 8:18-22;</w:t>
      </w:r>
      <w:r>
        <w:br/>
      </w:r>
      <w:r>
        <w:rPr>
          <w:rFonts w:eastAsia="Arial"/>
          <w:i/>
        </w:rPr>
        <w:tab/>
      </w:r>
      <w:r>
        <w:rPr>
          <w:rFonts w:eastAsia="Arial"/>
          <w:i/>
        </w:rPr>
        <w:tab/>
        <w:t>Revelation 19:11; Matthew 18:20)</w:t>
      </w:r>
    </w:p>
    <w:sectPr w:rsidR="00550850" w:rsidSect="00034616">
      <w:pgSz w:w="12240" w:h="15840"/>
      <w:pgMar w:top="720" w:right="720" w:bottom="720" w:left="108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488803">
    <w:abstractNumId w:val="8"/>
  </w:num>
  <w:num w:numId="2" w16cid:durableId="713430900">
    <w:abstractNumId w:val="6"/>
  </w:num>
  <w:num w:numId="3" w16cid:durableId="1810398662">
    <w:abstractNumId w:val="5"/>
  </w:num>
  <w:num w:numId="4" w16cid:durableId="106431463">
    <w:abstractNumId w:val="4"/>
  </w:num>
  <w:num w:numId="5" w16cid:durableId="1954945476">
    <w:abstractNumId w:val="7"/>
  </w:num>
  <w:num w:numId="6" w16cid:durableId="1338192462">
    <w:abstractNumId w:val="3"/>
  </w:num>
  <w:num w:numId="7" w16cid:durableId="1913195404">
    <w:abstractNumId w:val="2"/>
  </w:num>
  <w:num w:numId="8" w16cid:durableId="1143233134">
    <w:abstractNumId w:val="1"/>
  </w:num>
  <w:num w:numId="9" w16cid:durableId="5846562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477E"/>
    <w:rsid w:val="00550850"/>
    <w:rsid w:val="00AA1D8D"/>
    <w:rsid w:val="00B47730"/>
    <w:rsid w:val="00CB0664"/>
    <w:rsid w:val="00D612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8F12A1"/>
  <w14:defaultImageDpi w14:val="300"/>
  <w15:docId w15:val="{9830DF64-1C69-104F-BA13-1BC6EA00E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Psalm 96 Sermon Notes</dc:title>
  <dc:subject>Trembling in His Worship</dc:subject>
  <dc:creator>Ash Leatherwood</dc:creator>
  <cp:keywords>Psalm 96, sermon notes, worship</cp:keywords>
  <dc:description>generated by python-docx</dc:description>
  <cp:lastModifiedBy>Brian Thomas Drummond</cp:lastModifiedBy>
  <cp:revision>2</cp:revision>
  <dcterms:created xsi:type="dcterms:W3CDTF">2026-08-30T15:53:00Z</dcterms:created>
  <dcterms:modified xsi:type="dcterms:W3CDTF">2026-08-30T15:53:00Z</dcterms:modified>
  <cp:category/>
</cp:coreProperties>
</file>