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7E74" w14:textId="77777777" w:rsidR="007C5498" w:rsidRDefault="005C676A">
      <w:pPr>
        <w:pStyle w:val="Heading1"/>
      </w:pPr>
      <w:r>
        <w:t>Living Stone Church of the Nazarene</w:t>
      </w:r>
    </w:p>
    <w:p w14:paraId="078FD10E" w14:textId="77777777" w:rsidR="007C5498" w:rsidRDefault="005C676A">
      <w:r>
        <w:t>Social Hall Rental Agreement</w:t>
      </w:r>
    </w:p>
    <w:p w14:paraId="3353C04E" w14:textId="77777777" w:rsidR="007C5498" w:rsidRDefault="005C676A">
      <w:r>
        <w:t>Address: 1111 Laurel Hill Rd, Verona, VA 24482</w:t>
      </w:r>
    </w:p>
    <w:p w14:paraId="2F054F59" w14:textId="77777777" w:rsidR="007C5498" w:rsidRDefault="005C676A">
      <w:r>
        <w:t>Phone: 540-739-2456</w:t>
      </w:r>
    </w:p>
    <w:p w14:paraId="1A4C8DAA" w14:textId="32FFF4A3" w:rsidR="007C5498" w:rsidRDefault="005C676A">
      <w:r>
        <w:t>Website: www.livingstonenaz.org</w:t>
      </w:r>
    </w:p>
    <w:p w14:paraId="05E374A0" w14:textId="77777777" w:rsidR="007C5498" w:rsidRDefault="005C676A">
      <w:pPr>
        <w:pStyle w:val="Heading2"/>
      </w:pPr>
      <w:r>
        <w:t>1. RENTER INFORMATION</w:t>
      </w:r>
    </w:p>
    <w:p w14:paraId="01FDC4A4" w14:textId="77777777" w:rsidR="007C5498" w:rsidRDefault="005C676A">
      <w:r>
        <w:t>Name: ____________________________________________</w:t>
      </w:r>
    </w:p>
    <w:p w14:paraId="7F6D88FD" w14:textId="77777777" w:rsidR="007C5498" w:rsidRDefault="005C676A">
      <w:r>
        <w:t>Organization (if applicable): ____________________________</w:t>
      </w:r>
    </w:p>
    <w:p w14:paraId="282D41B5" w14:textId="77777777" w:rsidR="007C5498" w:rsidRDefault="005C676A">
      <w:r>
        <w:t>Address: ___________________________________________</w:t>
      </w:r>
    </w:p>
    <w:p w14:paraId="6B3E879B" w14:textId="77777777" w:rsidR="007C5498" w:rsidRDefault="005C676A">
      <w:r>
        <w:t>Phone: _____________________    Email: _______________________</w:t>
      </w:r>
    </w:p>
    <w:p w14:paraId="58E530C1" w14:textId="77777777" w:rsidR="007C5498" w:rsidRDefault="005C676A">
      <w:pPr>
        <w:pStyle w:val="Heading2"/>
      </w:pPr>
      <w:r>
        <w:t>2. RENTAL DETAILS</w:t>
      </w:r>
    </w:p>
    <w:p w14:paraId="6B8C483C" w14:textId="77777777" w:rsidR="007C5498" w:rsidRDefault="005C676A">
      <w:r>
        <w:t>Event Type: __________________________________________</w:t>
      </w:r>
    </w:p>
    <w:p w14:paraId="7FBC03C1" w14:textId="77777777" w:rsidR="007C5498" w:rsidRDefault="005C676A">
      <w:r>
        <w:t>Event Date: ___________________</w:t>
      </w:r>
    </w:p>
    <w:p w14:paraId="6AE8FAEC" w14:textId="0D461E81" w:rsidR="007C5498" w:rsidRDefault="005C676A">
      <w:r>
        <w:t>Event Time</w:t>
      </w:r>
      <w:r w:rsidR="000A7ACF">
        <w:t xml:space="preserve"> (</w:t>
      </w:r>
      <w:r w:rsidR="00BA1BC3">
        <w:t>Includes Set-up and Clean-up)</w:t>
      </w:r>
      <w:r>
        <w:t>: From ____________ To ____________</w:t>
      </w:r>
    </w:p>
    <w:p w14:paraId="06EF1AA9" w14:textId="77777777" w:rsidR="007C5498" w:rsidRDefault="005C676A">
      <w:r>
        <w:t>Estimated Attendance: ___________________</w:t>
      </w:r>
    </w:p>
    <w:p w14:paraId="1DDE80AA" w14:textId="77777777" w:rsidR="007C5498" w:rsidRDefault="005C676A">
      <w:r>
        <w:br/>
        <w:t>Rental Option (check one):</w:t>
      </w:r>
    </w:p>
    <w:p w14:paraId="24C1651F" w14:textId="5E794570" w:rsidR="007C5498" w:rsidRDefault="005C676A" w:rsidP="00B524D5">
      <w:r>
        <w:t>☐ Social Hall Only</w:t>
      </w:r>
      <w:r w:rsidR="00F646B3">
        <w:t xml:space="preserve"> (Includes restroom facilities)</w:t>
      </w:r>
      <w:r>
        <w:br/>
        <w:t>☐ Social Hall + Kitchen</w:t>
      </w:r>
      <w:r>
        <w:br/>
        <w:t>☐ Entire Facility (includes sanctuary,</w:t>
      </w:r>
      <w:r w:rsidR="00FB52B6">
        <w:t xml:space="preserve"> </w:t>
      </w:r>
      <w:r w:rsidR="00084FB1">
        <w:t>social</w:t>
      </w:r>
      <w:r>
        <w:t xml:space="preserve"> hall, and kitchen)</w:t>
      </w:r>
    </w:p>
    <w:p w14:paraId="2A511401" w14:textId="6894C0E4" w:rsidR="007C5498" w:rsidRDefault="005C676A" w:rsidP="008E2847">
      <w:pPr>
        <w:pStyle w:val="Heading2"/>
        <w:spacing w:line="240" w:lineRule="auto"/>
      </w:pPr>
      <w:r>
        <w:t>3. RENTAL FEES</w:t>
      </w:r>
      <w:r w:rsidR="00B07CD5">
        <w:t xml:space="preserve">: Base fee is for </w:t>
      </w:r>
      <w:r w:rsidR="00307BEF">
        <w:t>4-hour</w:t>
      </w:r>
      <w:r w:rsidR="00567898">
        <w:t xml:space="preserve"> rental, fees will </w:t>
      </w:r>
      <w:r w:rsidR="00F25315">
        <w:t>increase for a</w:t>
      </w:r>
      <w:r w:rsidR="00546652">
        <w:t>dditional time.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C5498" w14:paraId="67B89328" w14:textId="77777777">
        <w:tc>
          <w:tcPr>
            <w:tcW w:w="2160" w:type="dxa"/>
          </w:tcPr>
          <w:p w14:paraId="0379379E" w14:textId="77777777" w:rsidR="007C5498" w:rsidRDefault="005C676A">
            <w:r>
              <w:t>Rental Type</w:t>
            </w:r>
          </w:p>
        </w:tc>
        <w:tc>
          <w:tcPr>
            <w:tcW w:w="2160" w:type="dxa"/>
          </w:tcPr>
          <w:p w14:paraId="5C57664A" w14:textId="4A34B876" w:rsidR="007C5498" w:rsidRDefault="005C676A">
            <w:r>
              <w:t>Member Rate</w:t>
            </w:r>
            <w:r w:rsidR="00F076B3">
              <w:t xml:space="preserve">      </w:t>
            </w:r>
            <w:r w:rsidR="008A06DB">
              <w:t xml:space="preserve">  (</w:t>
            </w:r>
            <w:r w:rsidR="00D955FC">
              <w:t>Donations Appreciated)</w:t>
            </w:r>
            <w:r w:rsidR="00F076B3">
              <w:t xml:space="preserve">  </w:t>
            </w:r>
          </w:p>
        </w:tc>
        <w:tc>
          <w:tcPr>
            <w:tcW w:w="2160" w:type="dxa"/>
          </w:tcPr>
          <w:p w14:paraId="1FFC0013" w14:textId="77777777" w:rsidR="007C5498" w:rsidRDefault="005C676A">
            <w:r>
              <w:t>Non-Member Rate</w:t>
            </w:r>
          </w:p>
        </w:tc>
        <w:tc>
          <w:tcPr>
            <w:tcW w:w="2160" w:type="dxa"/>
          </w:tcPr>
          <w:p w14:paraId="219B8E8E" w14:textId="0B1E688D" w:rsidR="007C5498" w:rsidRDefault="005C676A">
            <w:r>
              <w:t>Deposit</w:t>
            </w:r>
            <w:r w:rsidR="00F076B3">
              <w:t xml:space="preserve"> </w:t>
            </w:r>
            <w:r>
              <w:t>(Refundable)</w:t>
            </w:r>
          </w:p>
        </w:tc>
      </w:tr>
      <w:tr w:rsidR="007C5498" w14:paraId="01D15234" w14:textId="77777777">
        <w:tc>
          <w:tcPr>
            <w:tcW w:w="2160" w:type="dxa"/>
          </w:tcPr>
          <w:p w14:paraId="2EF260DD" w14:textId="77777777" w:rsidR="007C5498" w:rsidRDefault="005C676A">
            <w:r>
              <w:t>Social Hall Only</w:t>
            </w:r>
          </w:p>
        </w:tc>
        <w:tc>
          <w:tcPr>
            <w:tcW w:w="2160" w:type="dxa"/>
          </w:tcPr>
          <w:p w14:paraId="237AD761" w14:textId="0DEE1757" w:rsidR="007C5498" w:rsidRDefault="005C676A">
            <w:r>
              <w:t>$</w:t>
            </w:r>
          </w:p>
        </w:tc>
        <w:tc>
          <w:tcPr>
            <w:tcW w:w="2160" w:type="dxa"/>
          </w:tcPr>
          <w:p w14:paraId="3AA55697" w14:textId="321809C0" w:rsidR="007C5498" w:rsidRDefault="005C676A">
            <w:r>
              <w:t>$</w:t>
            </w:r>
            <w:r w:rsidR="00F712E2">
              <w:t>100</w:t>
            </w:r>
            <w:r w:rsidR="00143BE8">
              <w:t xml:space="preserve"> </w:t>
            </w:r>
            <w:r w:rsidR="00BA0E54">
              <w:t>-</w:t>
            </w:r>
            <w:r w:rsidR="00143BE8">
              <w:t xml:space="preserve"> </w:t>
            </w:r>
            <w:r w:rsidR="003F2B6E">
              <w:t>$200</w:t>
            </w:r>
          </w:p>
        </w:tc>
        <w:tc>
          <w:tcPr>
            <w:tcW w:w="2160" w:type="dxa"/>
          </w:tcPr>
          <w:p w14:paraId="73F7BB17" w14:textId="556485B9" w:rsidR="007C5498" w:rsidRDefault="005C676A">
            <w:r>
              <w:t>$</w:t>
            </w:r>
            <w:r w:rsidR="00151B99">
              <w:t>100</w:t>
            </w:r>
          </w:p>
        </w:tc>
      </w:tr>
      <w:tr w:rsidR="007C5498" w14:paraId="3FD961BE" w14:textId="77777777">
        <w:tc>
          <w:tcPr>
            <w:tcW w:w="2160" w:type="dxa"/>
          </w:tcPr>
          <w:p w14:paraId="564B3748" w14:textId="77777777" w:rsidR="007C5498" w:rsidRDefault="005C676A">
            <w:r>
              <w:t>Hall + Kitchen</w:t>
            </w:r>
          </w:p>
        </w:tc>
        <w:tc>
          <w:tcPr>
            <w:tcW w:w="2160" w:type="dxa"/>
          </w:tcPr>
          <w:p w14:paraId="1E94AD50" w14:textId="02022712" w:rsidR="007C5498" w:rsidRDefault="005C676A">
            <w:r>
              <w:t>$</w:t>
            </w:r>
          </w:p>
        </w:tc>
        <w:tc>
          <w:tcPr>
            <w:tcW w:w="2160" w:type="dxa"/>
          </w:tcPr>
          <w:p w14:paraId="48C98C9C" w14:textId="5288CE55" w:rsidR="007C5498" w:rsidRDefault="005C676A">
            <w:r>
              <w:t>$</w:t>
            </w:r>
            <w:r w:rsidR="0093413C">
              <w:t>2</w:t>
            </w:r>
            <w:r w:rsidR="00843B6E">
              <w:t>00</w:t>
            </w:r>
            <w:r w:rsidR="00143BE8">
              <w:t xml:space="preserve"> - $</w:t>
            </w:r>
            <w:r w:rsidR="0052644E">
              <w:t>300</w:t>
            </w:r>
          </w:p>
        </w:tc>
        <w:tc>
          <w:tcPr>
            <w:tcW w:w="2160" w:type="dxa"/>
          </w:tcPr>
          <w:p w14:paraId="77241F80" w14:textId="6E1C0276" w:rsidR="007C5498" w:rsidRDefault="005C676A">
            <w:r>
              <w:t>$</w:t>
            </w:r>
            <w:r w:rsidR="00151B99">
              <w:t>150</w:t>
            </w:r>
          </w:p>
        </w:tc>
      </w:tr>
      <w:tr w:rsidR="007C5498" w14:paraId="75AE6C4F" w14:textId="77777777">
        <w:tc>
          <w:tcPr>
            <w:tcW w:w="2160" w:type="dxa"/>
          </w:tcPr>
          <w:p w14:paraId="118793C3" w14:textId="77777777" w:rsidR="007C5498" w:rsidRDefault="005C676A">
            <w:r>
              <w:t>Entire Facility</w:t>
            </w:r>
          </w:p>
        </w:tc>
        <w:tc>
          <w:tcPr>
            <w:tcW w:w="2160" w:type="dxa"/>
          </w:tcPr>
          <w:p w14:paraId="193C5C3C" w14:textId="19B8D7B5" w:rsidR="007C5498" w:rsidRDefault="005C676A">
            <w:r>
              <w:t>$</w:t>
            </w:r>
          </w:p>
        </w:tc>
        <w:tc>
          <w:tcPr>
            <w:tcW w:w="2160" w:type="dxa"/>
          </w:tcPr>
          <w:p w14:paraId="3BAB2CB5" w14:textId="3E69FFF5" w:rsidR="007C5498" w:rsidRDefault="005C676A">
            <w:r>
              <w:t>$</w:t>
            </w:r>
            <w:r w:rsidR="0093413C">
              <w:t>3</w:t>
            </w:r>
            <w:r w:rsidR="00A116BE">
              <w:t>50</w:t>
            </w:r>
            <w:r w:rsidR="0052644E">
              <w:t xml:space="preserve"> - $</w:t>
            </w:r>
            <w:r w:rsidR="00AA1C3A">
              <w:t>500</w:t>
            </w:r>
          </w:p>
        </w:tc>
        <w:tc>
          <w:tcPr>
            <w:tcW w:w="2160" w:type="dxa"/>
          </w:tcPr>
          <w:p w14:paraId="30DEFD76" w14:textId="527BF809" w:rsidR="007C5498" w:rsidRDefault="005C676A">
            <w:r>
              <w:t>$</w:t>
            </w:r>
            <w:r w:rsidR="00412AD6">
              <w:t>200</w:t>
            </w:r>
          </w:p>
        </w:tc>
      </w:tr>
    </w:tbl>
    <w:p w14:paraId="3F7E07BD" w14:textId="2FAB9932" w:rsidR="007C5498" w:rsidRDefault="005C676A">
      <w:r>
        <w:lastRenderedPageBreak/>
        <w:t>Total Due: $__________________</w:t>
      </w:r>
    </w:p>
    <w:p w14:paraId="60FBAD02" w14:textId="77777777" w:rsidR="007C5498" w:rsidRDefault="005C676A">
      <w:r>
        <w:t>Deposit Paid: $__________________</w:t>
      </w:r>
    </w:p>
    <w:p w14:paraId="32290D47" w14:textId="77777777" w:rsidR="007C5498" w:rsidRDefault="005C676A">
      <w:r>
        <w:t>Balance Due By: ___________________</w:t>
      </w:r>
    </w:p>
    <w:p w14:paraId="6BEF37AE" w14:textId="77777777" w:rsidR="007C5498" w:rsidRDefault="005C676A">
      <w:r>
        <w:t>Payment Method: ☐ Cash   ☐ Check   ☐ Online</w:t>
      </w:r>
    </w:p>
    <w:p w14:paraId="5337F4B6" w14:textId="77777777" w:rsidR="007C5498" w:rsidRDefault="005C676A">
      <w:pPr>
        <w:pStyle w:val="Heading2"/>
      </w:pPr>
      <w:r>
        <w:t>4. RULES &amp; RESPONSIBILITIES</w:t>
      </w:r>
    </w:p>
    <w:p w14:paraId="6C29DE8F" w14:textId="77777777" w:rsidR="001A6C66" w:rsidRDefault="005C676A">
      <w:pPr>
        <w:pStyle w:val="ListNumber"/>
      </w:pPr>
      <w:r>
        <w:t xml:space="preserve">Respect for Property: </w:t>
      </w:r>
    </w:p>
    <w:p w14:paraId="768C70EE" w14:textId="77777777" w:rsidR="001A6C66" w:rsidRDefault="001A6C66" w:rsidP="001A6C66">
      <w:pPr>
        <w:pStyle w:val="ListNumber"/>
        <w:numPr>
          <w:ilvl w:val="0"/>
          <w:numId w:val="0"/>
        </w:numPr>
        <w:ind w:left="360"/>
      </w:pPr>
      <w:r>
        <w:t xml:space="preserve">- </w:t>
      </w:r>
      <w:r w:rsidR="005C676A">
        <w:t xml:space="preserve">Renter is responsible for any damage to church property or equipment during the </w:t>
      </w:r>
      <w:r>
        <w:t xml:space="preserve"> </w:t>
      </w:r>
    </w:p>
    <w:p w14:paraId="24B3D68A" w14:textId="4FE0910B" w:rsidR="007C5498" w:rsidRDefault="001A6C66" w:rsidP="001A6C66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5C676A">
        <w:t>event.</w:t>
      </w:r>
    </w:p>
    <w:p w14:paraId="5A80244A" w14:textId="39A18F3F" w:rsidR="00362D36" w:rsidRDefault="001A6C66" w:rsidP="001A6C66">
      <w:pPr>
        <w:pStyle w:val="ListNumber"/>
        <w:numPr>
          <w:ilvl w:val="0"/>
          <w:numId w:val="0"/>
        </w:numPr>
        <w:ind w:left="360"/>
      </w:pPr>
      <w:r>
        <w:t xml:space="preserve">- </w:t>
      </w:r>
      <w:r w:rsidR="00A10B34">
        <w:t>Renter</w:t>
      </w:r>
      <w:r w:rsidR="0048258B">
        <w:t xml:space="preserve"> agrees to be responsible for preparing for use</w:t>
      </w:r>
      <w:r w:rsidR="00A64E0A">
        <w:t xml:space="preserve"> and returning to the pre-use </w:t>
      </w:r>
    </w:p>
    <w:p w14:paraId="310DD627" w14:textId="194546E2" w:rsidR="00362D36" w:rsidRDefault="00362D36" w:rsidP="001A6C66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A64E0A">
        <w:t>condition in all area</w:t>
      </w:r>
      <w:r>
        <w:t xml:space="preserve">s of the premises which </w:t>
      </w:r>
      <w:r w:rsidR="00A10B34">
        <w:t>Renter</w:t>
      </w:r>
      <w:r>
        <w:t xml:space="preserve"> will use, including entrances and </w:t>
      </w:r>
    </w:p>
    <w:p w14:paraId="46622E28" w14:textId="1807B99B" w:rsidR="001A6C66" w:rsidRDefault="00362D36" w:rsidP="001A6C66">
      <w:pPr>
        <w:pStyle w:val="ListNumber"/>
        <w:numPr>
          <w:ilvl w:val="0"/>
          <w:numId w:val="0"/>
        </w:numPr>
        <w:ind w:left="360"/>
      </w:pPr>
      <w:r>
        <w:t xml:space="preserve">   exits.</w:t>
      </w:r>
    </w:p>
    <w:p w14:paraId="266CE923" w14:textId="77777777" w:rsidR="00475A8D" w:rsidRDefault="005E4CBD" w:rsidP="005E4CBD">
      <w:pPr>
        <w:pStyle w:val="ListNumber"/>
        <w:numPr>
          <w:ilvl w:val="0"/>
          <w:numId w:val="0"/>
        </w:numPr>
        <w:ind w:left="360"/>
      </w:pPr>
      <w:r>
        <w:t xml:space="preserve">- </w:t>
      </w:r>
      <w:r w:rsidR="0042552D">
        <w:t xml:space="preserve">Renter agrees to conduct a visual inspection of the premises, including entrances and </w:t>
      </w:r>
    </w:p>
    <w:p w14:paraId="6D22F7CE" w14:textId="77777777" w:rsidR="00475A8D" w:rsidRDefault="00475A8D" w:rsidP="005E4CBD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42552D">
        <w:t>exits</w:t>
      </w:r>
      <w:r w:rsidR="006F3A8A">
        <w:t xml:space="preserve">, prior to each use, and warrants that the premises will only be used </w:t>
      </w:r>
      <w:r>
        <w:t xml:space="preserve">if it is in a </w:t>
      </w:r>
    </w:p>
    <w:p w14:paraId="5B6E523B" w14:textId="7483C86D" w:rsidR="005E4CBD" w:rsidRDefault="00475A8D" w:rsidP="005E4CBD">
      <w:pPr>
        <w:pStyle w:val="ListNumber"/>
        <w:numPr>
          <w:ilvl w:val="0"/>
          <w:numId w:val="0"/>
        </w:numPr>
        <w:ind w:left="360"/>
      </w:pPr>
      <w:r>
        <w:t xml:space="preserve">   safe condition.</w:t>
      </w:r>
    </w:p>
    <w:p w14:paraId="2AC39992" w14:textId="77777777" w:rsidR="00E22C1A" w:rsidRDefault="005C676A">
      <w:pPr>
        <w:pStyle w:val="ListNumber"/>
      </w:pPr>
      <w:r>
        <w:t xml:space="preserve">Supervision: </w:t>
      </w:r>
    </w:p>
    <w:p w14:paraId="55A8D64B" w14:textId="77777777" w:rsidR="00940140" w:rsidRDefault="006E4C90" w:rsidP="006E4C90">
      <w:pPr>
        <w:pStyle w:val="ListNumber"/>
        <w:numPr>
          <w:ilvl w:val="0"/>
          <w:numId w:val="0"/>
        </w:numPr>
        <w:ind w:left="360"/>
      </w:pPr>
      <w:r>
        <w:t xml:space="preserve">- </w:t>
      </w:r>
      <w:r w:rsidR="005C676A">
        <w:t>A responsible adult (21+) must be present at all times.</w:t>
      </w:r>
      <w:r w:rsidR="00824A8D">
        <w:t xml:space="preserve"> Minors must be supervised at </w:t>
      </w:r>
      <w:r w:rsidR="00940140">
        <w:t xml:space="preserve">  </w:t>
      </w:r>
    </w:p>
    <w:p w14:paraId="223A3F9B" w14:textId="2F031102" w:rsidR="007C5498" w:rsidRDefault="00940140" w:rsidP="006E4C90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824A8D">
        <w:t xml:space="preserve">all </w:t>
      </w:r>
      <w:r w:rsidR="00B954F8">
        <w:t>times.</w:t>
      </w:r>
    </w:p>
    <w:p w14:paraId="3B8CB963" w14:textId="75B5D5F3" w:rsidR="00C07214" w:rsidRDefault="00940140" w:rsidP="00940140">
      <w:pPr>
        <w:pStyle w:val="ListNumber"/>
        <w:numPr>
          <w:ilvl w:val="0"/>
          <w:numId w:val="0"/>
        </w:numPr>
        <w:ind w:left="360"/>
      </w:pPr>
      <w:r>
        <w:t xml:space="preserve">- </w:t>
      </w:r>
      <w:r w:rsidR="002324FA">
        <w:t>Ren</w:t>
      </w:r>
      <w:r w:rsidR="00BA2399">
        <w:t>t</w:t>
      </w:r>
      <w:r>
        <w:t xml:space="preserve">er agrees that it is solely responsible </w:t>
      </w:r>
      <w:r w:rsidR="0061726E">
        <w:t xml:space="preserve">to implement appropriate </w:t>
      </w:r>
      <w:r w:rsidR="00DB2547">
        <w:t>screening</w:t>
      </w:r>
      <w:r w:rsidR="0061726E">
        <w:t xml:space="preserve"> and </w:t>
      </w:r>
    </w:p>
    <w:p w14:paraId="5FAD5560" w14:textId="77777777" w:rsidR="00C07214" w:rsidRDefault="00C07214" w:rsidP="00940140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61726E">
        <w:t>supervision procedures</w:t>
      </w:r>
      <w:r w:rsidR="00060834">
        <w:t xml:space="preserve"> to protect children, youth, and vulnerable adults attending </w:t>
      </w:r>
    </w:p>
    <w:p w14:paraId="3BD0D263" w14:textId="571903DB" w:rsidR="00940140" w:rsidRDefault="00C07214" w:rsidP="00940140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BA2399">
        <w:t>rent</w:t>
      </w:r>
      <w:r w:rsidR="00060834">
        <w:t>er’s function</w:t>
      </w:r>
      <w:r>
        <w:t xml:space="preserve"> at the </w:t>
      </w:r>
      <w:r w:rsidR="00DB2547">
        <w:t>above-described</w:t>
      </w:r>
      <w:r w:rsidR="00E6246A">
        <w:t xml:space="preserve"> </w:t>
      </w:r>
      <w:r>
        <w:t>facilities.</w:t>
      </w:r>
    </w:p>
    <w:p w14:paraId="2FA6DE1F" w14:textId="77777777" w:rsidR="007C5498" w:rsidRDefault="005C676A">
      <w:pPr>
        <w:pStyle w:val="ListNumber"/>
      </w:pPr>
      <w:r>
        <w:t>Kitchen Use:</w:t>
      </w:r>
      <w:r>
        <w:br/>
        <w:t xml:space="preserve">   - Must bring own supplies (utensils, dishes, paper goods).</w:t>
      </w:r>
      <w:r>
        <w:br/>
        <w:t xml:space="preserve">   - Clean all used appliances, counters, and sinks.</w:t>
      </w:r>
      <w:r>
        <w:br/>
        <w:t xml:space="preserve">   - Remove all food and trash after use.</w:t>
      </w:r>
    </w:p>
    <w:p w14:paraId="2FA429AC" w14:textId="42359159" w:rsidR="007C5498" w:rsidRDefault="005C676A">
      <w:pPr>
        <w:pStyle w:val="ListNumber"/>
      </w:pPr>
      <w:r>
        <w:t>Decorations:</w:t>
      </w:r>
      <w:r>
        <w:br/>
        <w:t xml:space="preserve">   - Only painter’s tape may be used—no staples, nails, </w:t>
      </w:r>
      <w:r w:rsidR="00B954F8">
        <w:t>scot</w:t>
      </w:r>
      <w:r w:rsidR="008604D9">
        <w:t xml:space="preserve">ch tape, duct tape, </w:t>
      </w:r>
      <w:r>
        <w:t>or tacks.</w:t>
      </w:r>
      <w:r>
        <w:br/>
        <w:t xml:space="preserve">   - All decorations must be removed immediately after the event.</w:t>
      </w:r>
    </w:p>
    <w:p w14:paraId="33373B93" w14:textId="77777777" w:rsidR="00C32710" w:rsidRDefault="005C676A" w:rsidP="00C32710">
      <w:pPr>
        <w:pStyle w:val="ListNumber"/>
      </w:pPr>
      <w:r>
        <w:t>Prohibited:</w:t>
      </w:r>
      <w:r>
        <w:br/>
        <w:t xml:space="preserve">   - </w:t>
      </w:r>
      <w:r w:rsidR="00BA2399">
        <w:t>Rent</w:t>
      </w:r>
      <w:r w:rsidR="004D4483">
        <w:t>er ag</w:t>
      </w:r>
      <w:r w:rsidR="00B27038">
        <w:t>rees th</w:t>
      </w:r>
      <w:r w:rsidR="00F853DF">
        <w:t>at</w:t>
      </w:r>
      <w:r w:rsidR="00B27038">
        <w:t xml:space="preserve"> it will not use the premises for any unlawful purposes</w:t>
      </w:r>
      <w:r w:rsidR="00F853DF">
        <w:t xml:space="preserve">, and will </w:t>
      </w:r>
    </w:p>
    <w:p w14:paraId="53A6E172" w14:textId="77777777" w:rsidR="00C32710" w:rsidRDefault="00C32710" w:rsidP="00C32710">
      <w:pPr>
        <w:pStyle w:val="ListNumber"/>
        <w:numPr>
          <w:ilvl w:val="0"/>
          <w:numId w:val="0"/>
        </w:numPr>
        <w:ind w:left="360"/>
      </w:pPr>
      <w:r>
        <w:t xml:space="preserve">      </w:t>
      </w:r>
      <w:r w:rsidR="00F853DF">
        <w:t>obey all laws, rules</w:t>
      </w:r>
      <w:r w:rsidR="00527A4D">
        <w:t xml:space="preserve">, and regulations of all governmental authorities while using the </w:t>
      </w:r>
      <w:r>
        <w:t xml:space="preserve">    </w:t>
      </w:r>
    </w:p>
    <w:p w14:paraId="4AA8200E" w14:textId="77777777" w:rsidR="001A2D3D" w:rsidRDefault="00C32710" w:rsidP="001A2D3D">
      <w:pPr>
        <w:pStyle w:val="ListNumber"/>
        <w:numPr>
          <w:ilvl w:val="0"/>
          <w:numId w:val="0"/>
        </w:numPr>
        <w:ind w:left="360"/>
      </w:pPr>
      <w:r>
        <w:t xml:space="preserve">      </w:t>
      </w:r>
      <w:r w:rsidR="001A2D3D">
        <w:t>above-described</w:t>
      </w:r>
      <w:r w:rsidR="00527A4D">
        <w:t xml:space="preserve"> facilit</w:t>
      </w:r>
      <w:r w:rsidR="0079463A">
        <w:t xml:space="preserve">ies. This includes, </w:t>
      </w:r>
      <w:r w:rsidR="00E65A36">
        <w:t xml:space="preserve">but </w:t>
      </w:r>
      <w:r w:rsidR="0079463A">
        <w:t>is not limited to a</w:t>
      </w:r>
      <w:r w:rsidR="005C676A">
        <w:t xml:space="preserve">lcohol, smoking, and </w:t>
      </w:r>
      <w:r w:rsidR="001A2D3D">
        <w:t xml:space="preserve"> </w:t>
      </w:r>
    </w:p>
    <w:p w14:paraId="3C704186" w14:textId="71FCC4D5" w:rsidR="007E3C60" w:rsidRDefault="001A2D3D" w:rsidP="001A2D3D">
      <w:pPr>
        <w:pStyle w:val="ListNumber"/>
        <w:numPr>
          <w:ilvl w:val="0"/>
          <w:numId w:val="0"/>
        </w:numPr>
        <w:ind w:left="360"/>
      </w:pPr>
      <w:r>
        <w:t xml:space="preserve">      </w:t>
      </w:r>
      <w:r w:rsidR="005C676A">
        <w:t>illegal</w:t>
      </w:r>
      <w:r>
        <w:t xml:space="preserve"> </w:t>
      </w:r>
      <w:r w:rsidR="005C676A">
        <w:t>substances</w:t>
      </w:r>
      <w:r w:rsidR="00E65A36">
        <w:t>.</w:t>
      </w:r>
    </w:p>
    <w:p w14:paraId="05122E8D" w14:textId="72B646E1" w:rsidR="00104883" w:rsidRDefault="00097CCF" w:rsidP="00097CCF">
      <w:pPr>
        <w:pStyle w:val="ListNumber"/>
        <w:numPr>
          <w:ilvl w:val="0"/>
          <w:numId w:val="0"/>
        </w:numPr>
        <w:ind w:left="360" w:hanging="360"/>
      </w:pPr>
      <w:r>
        <w:t xml:space="preserve">          - </w:t>
      </w:r>
      <w:r w:rsidR="00FE3AE4">
        <w:t>Rent</w:t>
      </w:r>
      <w:r w:rsidR="00F14A88">
        <w:t>er agrees that it will not use the premises</w:t>
      </w:r>
      <w:r w:rsidR="00032397">
        <w:t xml:space="preserve"> for any purpose that is contrary to the </w:t>
      </w:r>
      <w:r w:rsidR="00104883">
        <w:t xml:space="preserve"> </w:t>
      </w:r>
    </w:p>
    <w:p w14:paraId="6E6A32F7" w14:textId="77777777" w:rsidR="00104883" w:rsidRDefault="00104883" w:rsidP="00097CCF">
      <w:pPr>
        <w:pStyle w:val="ListNumber"/>
        <w:numPr>
          <w:ilvl w:val="0"/>
          <w:numId w:val="0"/>
        </w:numPr>
        <w:ind w:left="360" w:hanging="360"/>
      </w:pPr>
      <w:r>
        <w:t xml:space="preserve">             </w:t>
      </w:r>
      <w:r w:rsidR="00032397">
        <w:t>mission, purpose</w:t>
      </w:r>
      <w:r w:rsidR="00E91BBF">
        <w:t xml:space="preserve"> or belief of the Owner, which is a biblically</w:t>
      </w:r>
      <w:r>
        <w:t xml:space="preserve">-based religious </w:t>
      </w:r>
    </w:p>
    <w:p w14:paraId="47DF803A" w14:textId="75E8B589" w:rsidR="007C5498" w:rsidRDefault="00104883" w:rsidP="00097CCF">
      <w:pPr>
        <w:pStyle w:val="ListNumber"/>
        <w:numPr>
          <w:ilvl w:val="0"/>
          <w:numId w:val="0"/>
        </w:numPr>
        <w:ind w:left="360" w:hanging="360"/>
      </w:pPr>
      <w:r>
        <w:t xml:space="preserve">             institution.</w:t>
      </w:r>
      <w:r w:rsidR="005C676A">
        <w:br/>
        <w:t xml:space="preserve">   - No open flames except candles on cakes.</w:t>
      </w:r>
    </w:p>
    <w:p w14:paraId="64471B9E" w14:textId="0944037C" w:rsidR="007C5498" w:rsidRDefault="005C676A">
      <w:pPr>
        <w:pStyle w:val="ListNumber"/>
      </w:pPr>
      <w:r>
        <w:t>Cleanup:</w:t>
      </w:r>
      <w:r>
        <w:br/>
        <w:t xml:space="preserve">   - Tables and chairs must be returned to their original arrangement.</w:t>
      </w:r>
      <w:r>
        <w:br/>
        <w:t xml:space="preserve">   - Floors swept, trash removed,</w:t>
      </w:r>
      <w:r w:rsidR="0093529E">
        <w:t xml:space="preserve"> oven turned off (if applicable)</w:t>
      </w:r>
      <w:r w:rsidR="005F724F">
        <w:t>,</w:t>
      </w:r>
      <w:r>
        <w:t xml:space="preserve"> and lights turned off.</w:t>
      </w:r>
    </w:p>
    <w:p w14:paraId="16FB617B" w14:textId="3F6B5C50" w:rsidR="007C5498" w:rsidRDefault="005C676A">
      <w:pPr>
        <w:pStyle w:val="ListNumber"/>
      </w:pPr>
      <w:r>
        <w:lastRenderedPageBreak/>
        <w:t>Security Deposit: Will be refunded within 7 business days after inspection if no damage or extra cleaning is needed.</w:t>
      </w:r>
    </w:p>
    <w:p w14:paraId="137D6149" w14:textId="77777777" w:rsidR="005B600E" w:rsidRDefault="005C676A">
      <w:pPr>
        <w:pStyle w:val="ListNumber"/>
      </w:pPr>
      <w:r>
        <w:t xml:space="preserve">Cancellation Policy: </w:t>
      </w:r>
    </w:p>
    <w:p w14:paraId="7FB62AD3" w14:textId="77777777" w:rsidR="00AC0EBA" w:rsidRDefault="000434D8" w:rsidP="007A585C">
      <w:pPr>
        <w:pStyle w:val="ListNumber"/>
        <w:numPr>
          <w:ilvl w:val="0"/>
          <w:numId w:val="0"/>
        </w:numPr>
        <w:ind w:left="360"/>
      </w:pPr>
      <w:r>
        <w:t xml:space="preserve">- </w:t>
      </w:r>
      <w:r w:rsidR="007A585C">
        <w:t>This agreement may be cancelled unilaterally by ei</w:t>
      </w:r>
      <w:r w:rsidR="000800C6">
        <w:t xml:space="preserve">ther </w:t>
      </w:r>
      <w:r w:rsidR="001F670D">
        <w:t xml:space="preserve">party with 14 days written </w:t>
      </w:r>
    </w:p>
    <w:p w14:paraId="076FD76C" w14:textId="3DD79B6A" w:rsidR="000434D8" w:rsidRDefault="00AC0EBA" w:rsidP="007A585C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1F670D">
        <w:t xml:space="preserve">notice to the other party. </w:t>
      </w:r>
    </w:p>
    <w:p w14:paraId="274E6A0A" w14:textId="07EF6D79" w:rsidR="008963BF" w:rsidRDefault="00AC0EBA" w:rsidP="007A585C">
      <w:pPr>
        <w:pStyle w:val="ListNumber"/>
        <w:numPr>
          <w:ilvl w:val="0"/>
          <w:numId w:val="0"/>
        </w:numPr>
        <w:ind w:left="360"/>
      </w:pPr>
      <w:r>
        <w:t xml:space="preserve">- </w:t>
      </w:r>
      <w:r w:rsidR="00361E76">
        <w:t>If</w:t>
      </w:r>
      <w:r>
        <w:t xml:space="preserve"> the Owner must cancel this agreement</w:t>
      </w:r>
      <w:r w:rsidR="002D7915">
        <w:t xml:space="preserve">, Renter will be entitled to any </w:t>
      </w:r>
    </w:p>
    <w:p w14:paraId="74CDE572" w14:textId="77777777" w:rsidR="008963BF" w:rsidRDefault="008963BF" w:rsidP="007A585C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2D7915">
        <w:t>deposit</w:t>
      </w:r>
      <w:r w:rsidR="003754F3">
        <w:t xml:space="preserve"> Renter has pai</w:t>
      </w:r>
      <w:r w:rsidR="00C13353">
        <w:t xml:space="preserve">d. However, in no event will Owner be liable to Renter </w:t>
      </w:r>
      <w:r w:rsidR="0001158D">
        <w:t xml:space="preserve">for any </w:t>
      </w:r>
    </w:p>
    <w:p w14:paraId="2419D2E8" w14:textId="77777777" w:rsidR="008963BF" w:rsidRDefault="008963BF" w:rsidP="007A585C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01158D">
        <w:t>lost profits or incidental, indirect, special</w:t>
      </w:r>
      <w:r w:rsidR="00E12685">
        <w:t xml:space="preserve">, or consequential damages arising out of </w:t>
      </w:r>
    </w:p>
    <w:p w14:paraId="69EAB878" w14:textId="77777777" w:rsidR="008963BF" w:rsidRDefault="008963BF" w:rsidP="007A585C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E12685">
        <w:t xml:space="preserve">Renter’s </w:t>
      </w:r>
      <w:r w:rsidR="007A15FC">
        <w:t xml:space="preserve">inability to use the </w:t>
      </w:r>
      <w:r>
        <w:t>above-described</w:t>
      </w:r>
      <w:r w:rsidR="007A15FC">
        <w:t xml:space="preserve"> premises, even if Owner has been </w:t>
      </w:r>
    </w:p>
    <w:p w14:paraId="181BF32A" w14:textId="5738FE1F" w:rsidR="00AC0EBA" w:rsidRDefault="008963BF" w:rsidP="008963BF">
      <w:pPr>
        <w:pStyle w:val="ListNumber"/>
        <w:numPr>
          <w:ilvl w:val="0"/>
          <w:numId w:val="0"/>
        </w:numPr>
        <w:ind w:left="360"/>
      </w:pPr>
      <w:r>
        <w:t xml:space="preserve">   </w:t>
      </w:r>
      <w:r w:rsidR="007A15FC">
        <w:t xml:space="preserve">advised </w:t>
      </w:r>
      <w:r w:rsidR="00F4775E">
        <w:t>of the possibility of such damages.</w:t>
      </w:r>
    </w:p>
    <w:p w14:paraId="44D7606F" w14:textId="234A0C11" w:rsidR="007C5498" w:rsidRDefault="00EF4BBA" w:rsidP="00EF4BBA">
      <w:pPr>
        <w:pStyle w:val="ListNumber"/>
        <w:numPr>
          <w:ilvl w:val="0"/>
          <w:numId w:val="0"/>
        </w:numPr>
        <w:ind w:left="360"/>
      </w:pPr>
      <w:r>
        <w:t xml:space="preserve">- </w:t>
      </w:r>
      <w:r w:rsidR="005C676A">
        <w:t>Cancellation within 7 days of event may result in forfeiture of deposit.</w:t>
      </w:r>
    </w:p>
    <w:p w14:paraId="69AE5C98" w14:textId="77777777" w:rsidR="00B15D66" w:rsidRDefault="007A585C" w:rsidP="007A585C">
      <w:pPr>
        <w:pStyle w:val="ListNumber"/>
        <w:numPr>
          <w:ilvl w:val="0"/>
          <w:numId w:val="0"/>
        </w:numPr>
      </w:pPr>
      <w:r>
        <w:t>9.</w:t>
      </w:r>
      <w:r w:rsidR="000800C6">
        <w:t xml:space="preserve">    </w:t>
      </w:r>
      <w:r w:rsidR="00E6246A">
        <w:t xml:space="preserve">Non-Fee Agreement: In consideration for the benefit of using Owner’s </w:t>
      </w:r>
      <w:r w:rsidR="008E7EFD">
        <w:t>facilities</w:t>
      </w:r>
      <w:r w:rsidR="00DD4FA5">
        <w:t xml:space="preserve">, </w:t>
      </w:r>
      <w:r w:rsidR="000A5943">
        <w:t>R</w:t>
      </w:r>
      <w:r w:rsidR="009214DA">
        <w:t>enter</w:t>
      </w:r>
      <w:r w:rsidR="00DD4FA5">
        <w:t xml:space="preserve"> </w:t>
      </w:r>
    </w:p>
    <w:p w14:paraId="3744AAF5" w14:textId="2DABF0A5" w:rsidR="007B533D" w:rsidRDefault="00B15D66" w:rsidP="007A585C">
      <w:pPr>
        <w:pStyle w:val="ListNumber"/>
        <w:numPr>
          <w:ilvl w:val="0"/>
          <w:numId w:val="0"/>
        </w:numPr>
      </w:pPr>
      <w:r>
        <w:t xml:space="preserve">        </w:t>
      </w:r>
      <w:r w:rsidR="00DD4FA5">
        <w:t>agrees to abide by all of the terms and conditions of use described in this Agreement</w:t>
      </w:r>
      <w:r w:rsidR="00712942">
        <w:t>.</w:t>
      </w:r>
    </w:p>
    <w:p w14:paraId="527717D3" w14:textId="18966445" w:rsidR="007225A7" w:rsidRDefault="007225A7" w:rsidP="007225A7">
      <w:pPr>
        <w:pStyle w:val="ListNumber"/>
        <w:numPr>
          <w:ilvl w:val="0"/>
          <w:numId w:val="20"/>
        </w:numPr>
      </w:pPr>
      <w:r>
        <w:t xml:space="preserve"> </w:t>
      </w:r>
      <w:r w:rsidR="008A438E">
        <w:t>Rent</w:t>
      </w:r>
      <w:r w:rsidR="00B8442A" w:rsidRPr="00450C9B">
        <w:t xml:space="preserve">er agrees that it will not assign any of its rights under this agreement, and any such </w:t>
      </w:r>
    </w:p>
    <w:p w14:paraId="31D66B80" w14:textId="0D4AC762" w:rsidR="00B8442A" w:rsidRDefault="007225A7" w:rsidP="007225A7">
      <w:pPr>
        <w:pStyle w:val="ListNumber"/>
        <w:numPr>
          <w:ilvl w:val="0"/>
          <w:numId w:val="0"/>
        </w:numPr>
        <w:ind w:left="360"/>
      </w:pPr>
      <w:r>
        <w:t xml:space="preserve"> </w:t>
      </w:r>
      <w:r w:rsidR="00B8442A" w:rsidRPr="00450C9B">
        <w:t>assignment will void this agreement at the sole option of the Owner.</w:t>
      </w:r>
    </w:p>
    <w:p w14:paraId="0AD19709" w14:textId="77777777" w:rsidR="00A25D32" w:rsidRDefault="00A25D32" w:rsidP="00E9736E">
      <w:pPr>
        <w:pStyle w:val="ListNumber"/>
        <w:numPr>
          <w:ilvl w:val="0"/>
          <w:numId w:val="20"/>
        </w:numPr>
        <w:autoSpaceDE w:val="0"/>
        <w:autoSpaceDN w:val="0"/>
        <w:adjustRightInd w:val="0"/>
        <w:spacing w:line="201" w:lineRule="atLeast"/>
        <w:rPr>
          <w:rFonts w:cs="Open Sans"/>
        </w:rPr>
      </w:pPr>
      <w:r>
        <w:rPr>
          <w:rFonts w:cs="Open Sans"/>
        </w:rPr>
        <w:t xml:space="preserve"> </w:t>
      </w:r>
      <w:r w:rsidR="00876C16" w:rsidRPr="00E9736E">
        <w:rPr>
          <w:rFonts w:cs="Open Sans"/>
        </w:rPr>
        <w:t xml:space="preserve">Owner and </w:t>
      </w:r>
      <w:r w:rsidR="0049258A">
        <w:rPr>
          <w:rFonts w:cs="Open Sans"/>
        </w:rPr>
        <w:t>Rent</w:t>
      </w:r>
      <w:r w:rsidR="00876C16" w:rsidRPr="00E9736E">
        <w:rPr>
          <w:rFonts w:cs="Open Sans"/>
        </w:rPr>
        <w:t xml:space="preserve">er agree that any disputes arising under this agreement will be </w:t>
      </w:r>
      <w:r>
        <w:rPr>
          <w:rFonts w:cs="Open Sans"/>
        </w:rPr>
        <w:t xml:space="preserve"> </w:t>
      </w:r>
    </w:p>
    <w:p w14:paraId="29932BD4" w14:textId="77777777" w:rsidR="004C5456" w:rsidRDefault="00A25D32" w:rsidP="004C5456">
      <w:pPr>
        <w:pStyle w:val="ListNumber"/>
        <w:numPr>
          <w:ilvl w:val="0"/>
          <w:numId w:val="0"/>
        </w:numPr>
        <w:autoSpaceDE w:val="0"/>
        <w:autoSpaceDN w:val="0"/>
        <w:adjustRightInd w:val="0"/>
        <w:spacing w:line="201" w:lineRule="atLeast"/>
        <w:ind w:left="360"/>
        <w:rPr>
          <w:rFonts w:cs="Open Sans"/>
        </w:rPr>
      </w:pPr>
      <w:r>
        <w:rPr>
          <w:rFonts w:cs="Open Sans"/>
        </w:rPr>
        <w:t xml:space="preserve"> </w:t>
      </w:r>
      <w:r w:rsidR="00876C16" w:rsidRPr="00E9736E">
        <w:rPr>
          <w:rFonts w:cs="Open Sans"/>
        </w:rPr>
        <w:t xml:space="preserve">resolved via a mutually acceptable alternative dispute resolution process. If Owner and </w:t>
      </w:r>
      <w:r w:rsidR="004C5456">
        <w:rPr>
          <w:rFonts w:cs="Open Sans"/>
        </w:rPr>
        <w:t xml:space="preserve"> </w:t>
      </w:r>
    </w:p>
    <w:p w14:paraId="4B61DE47" w14:textId="77777777" w:rsidR="004C5456" w:rsidRDefault="004C5456" w:rsidP="004C5456">
      <w:pPr>
        <w:pStyle w:val="ListNumber"/>
        <w:numPr>
          <w:ilvl w:val="0"/>
          <w:numId w:val="0"/>
        </w:numPr>
        <w:autoSpaceDE w:val="0"/>
        <w:autoSpaceDN w:val="0"/>
        <w:adjustRightInd w:val="0"/>
        <w:spacing w:line="201" w:lineRule="atLeast"/>
        <w:ind w:left="360"/>
        <w:rPr>
          <w:rFonts w:cs="Open Sans"/>
        </w:rPr>
      </w:pPr>
      <w:r>
        <w:rPr>
          <w:rFonts w:cs="Open Sans"/>
        </w:rPr>
        <w:t xml:space="preserve"> </w:t>
      </w:r>
      <w:r w:rsidR="00A25D32">
        <w:rPr>
          <w:rFonts w:cs="Open Sans"/>
        </w:rPr>
        <w:t>Rent</w:t>
      </w:r>
      <w:r w:rsidR="00876C16" w:rsidRPr="00E9736E">
        <w:rPr>
          <w:rFonts w:cs="Open Sans"/>
        </w:rPr>
        <w:t xml:space="preserve">er cannot mutually agree upon such a process, the dispute will be submitted to a </w:t>
      </w:r>
    </w:p>
    <w:p w14:paraId="1E092F11" w14:textId="77777777" w:rsidR="004C5456" w:rsidRDefault="004C5456" w:rsidP="004C5456">
      <w:pPr>
        <w:pStyle w:val="ListNumber"/>
        <w:numPr>
          <w:ilvl w:val="0"/>
          <w:numId w:val="0"/>
        </w:numPr>
        <w:autoSpaceDE w:val="0"/>
        <w:autoSpaceDN w:val="0"/>
        <w:adjustRightInd w:val="0"/>
        <w:spacing w:line="201" w:lineRule="atLeast"/>
        <w:ind w:left="360"/>
        <w:rPr>
          <w:rFonts w:cs="Open Sans"/>
        </w:rPr>
      </w:pPr>
      <w:r>
        <w:rPr>
          <w:rFonts w:cs="Open Sans"/>
        </w:rPr>
        <w:t xml:space="preserve"> </w:t>
      </w:r>
      <w:r w:rsidR="00876C16" w:rsidRPr="00E9736E">
        <w:rPr>
          <w:rFonts w:cs="Open Sans"/>
        </w:rPr>
        <w:t xml:space="preserve">three-member arbitration panel of the American Arbitration Association for final </w:t>
      </w:r>
    </w:p>
    <w:p w14:paraId="6D43030D" w14:textId="615F63CF" w:rsidR="00614AC4" w:rsidRDefault="004C5456" w:rsidP="004C5456">
      <w:pPr>
        <w:pStyle w:val="ListNumber"/>
        <w:numPr>
          <w:ilvl w:val="0"/>
          <w:numId w:val="0"/>
        </w:numPr>
        <w:autoSpaceDE w:val="0"/>
        <w:autoSpaceDN w:val="0"/>
        <w:adjustRightInd w:val="0"/>
        <w:spacing w:line="201" w:lineRule="atLeast"/>
        <w:ind w:left="360"/>
        <w:rPr>
          <w:rFonts w:cs="Open Sans"/>
        </w:rPr>
      </w:pPr>
      <w:r>
        <w:rPr>
          <w:rFonts w:cs="Open Sans"/>
        </w:rPr>
        <w:t xml:space="preserve"> </w:t>
      </w:r>
      <w:r w:rsidR="00876C16" w:rsidRPr="00E9736E">
        <w:rPr>
          <w:rFonts w:cs="Open Sans"/>
        </w:rPr>
        <w:t>resolution.</w:t>
      </w:r>
    </w:p>
    <w:p w14:paraId="384CF32A" w14:textId="6A93B380" w:rsidR="001304E3" w:rsidRPr="001304E3" w:rsidRDefault="005D318F" w:rsidP="001304E3">
      <w:pPr>
        <w:pStyle w:val="ListNumber"/>
        <w:numPr>
          <w:ilvl w:val="0"/>
          <w:numId w:val="20"/>
        </w:numPr>
      </w:pPr>
      <w:r>
        <w:t xml:space="preserve"> </w:t>
      </w:r>
      <w:r w:rsidR="00DE7C5B" w:rsidRPr="001304E3">
        <w:t>This</w:t>
      </w:r>
      <w:r w:rsidR="009153F5" w:rsidRPr="001304E3">
        <w:t xml:space="preserve"> document contains the entire agreement of the parties and supersedes all prior </w:t>
      </w:r>
    </w:p>
    <w:p w14:paraId="49091679" w14:textId="3F5A35DA" w:rsidR="00E9736E" w:rsidRPr="00B72C14" w:rsidRDefault="005D318F" w:rsidP="00B72C14">
      <w:pPr>
        <w:pStyle w:val="ListNumber"/>
        <w:numPr>
          <w:ilvl w:val="0"/>
          <w:numId w:val="0"/>
        </w:numPr>
        <w:ind w:left="360"/>
      </w:pPr>
      <w:r>
        <w:t xml:space="preserve"> </w:t>
      </w:r>
      <w:r w:rsidR="009153F5" w:rsidRPr="001304E3">
        <w:t>written or oral agreements relating to the subject matter.</w:t>
      </w:r>
    </w:p>
    <w:p w14:paraId="159B575F" w14:textId="77777777" w:rsidR="007C5498" w:rsidRDefault="005C676A">
      <w:pPr>
        <w:pStyle w:val="Heading2"/>
      </w:pPr>
      <w:r>
        <w:t>5. LIABILITY WAIVER</w:t>
      </w:r>
    </w:p>
    <w:p w14:paraId="03739136" w14:textId="77777777" w:rsidR="007C5498" w:rsidRDefault="005C676A">
      <w:r>
        <w:t>The renter agrees to indemnify and hold harmless Living Stone Church of the Nazarene, its staff, and congregation from any liability, injury, or damage arising from use of the facility.</w:t>
      </w:r>
    </w:p>
    <w:p w14:paraId="326D3E5F" w14:textId="456AF84C" w:rsidR="00CB770E" w:rsidRDefault="00CB770E">
      <w:r>
        <w:t>Organizational Users</w:t>
      </w:r>
      <w:r w:rsidR="00EC4AFB">
        <w:t xml:space="preserve"> (Other than “family” gatherings</w:t>
      </w:r>
      <w:r w:rsidR="00154D19">
        <w:t xml:space="preserve">) must obtain liability insurance with a minimum liability occurrence limit of $1,000,000. The user will provide a certificate of insurance at least </w:t>
      </w:r>
      <w:r w:rsidR="002B437B">
        <w:t>7 days prior to the date upon which the User begins to use the premises</w:t>
      </w:r>
      <w:r w:rsidR="0060288D">
        <w:t xml:space="preserve">. The certificate of insurance will indicate that User has made Living Stone Church of the Nazarene </w:t>
      </w:r>
      <w:r w:rsidR="008D0BF9">
        <w:t xml:space="preserve">an “additional insured” on User’s policy with respect to the </w:t>
      </w:r>
      <w:r w:rsidR="005354F6">
        <w:t>use by User of the premises.</w:t>
      </w:r>
    </w:p>
    <w:p w14:paraId="039672DA" w14:textId="77777777" w:rsidR="007C5498" w:rsidRDefault="005C676A">
      <w:pPr>
        <w:pStyle w:val="Heading2"/>
      </w:pPr>
      <w:r>
        <w:t>6. SIGNATURES</w:t>
      </w:r>
    </w:p>
    <w:p w14:paraId="3DC0CB72" w14:textId="77777777" w:rsidR="007C5498" w:rsidRDefault="005C676A">
      <w:r>
        <w:t>Renter Signature: ___________________________________   Date: ____________</w:t>
      </w:r>
    </w:p>
    <w:p w14:paraId="28499B5F" w14:textId="77777777" w:rsidR="007C5498" w:rsidRDefault="005C676A">
      <w:r>
        <w:t>Church Representative: ______________________________   Date: ____________</w:t>
      </w:r>
    </w:p>
    <w:p w14:paraId="39E7283E" w14:textId="77777777" w:rsidR="00225D51" w:rsidRDefault="00225D51">
      <w:pPr>
        <w:pStyle w:val="Heading2"/>
      </w:pPr>
    </w:p>
    <w:p w14:paraId="376BBB14" w14:textId="77777777" w:rsidR="00225D51" w:rsidRDefault="00225D51" w:rsidP="00225D51"/>
    <w:p w14:paraId="5B6E4853" w14:textId="77777777" w:rsidR="00225D51" w:rsidRDefault="00225D51" w:rsidP="00225D51"/>
    <w:p w14:paraId="22FC57AB" w14:textId="77777777" w:rsidR="00225D51" w:rsidRPr="00225D51" w:rsidRDefault="00225D51" w:rsidP="00225D51"/>
    <w:p w14:paraId="2ADA65E0" w14:textId="105F7A65" w:rsidR="007C5498" w:rsidRDefault="005C676A">
      <w:pPr>
        <w:pStyle w:val="Heading2"/>
      </w:pPr>
      <w:r>
        <w:lastRenderedPageBreak/>
        <w:t>7. INSPECTION CHECKLIST (To be completed after event)</w:t>
      </w:r>
    </w:p>
    <w:p w14:paraId="17831E77" w14:textId="77777777" w:rsidR="007C5498" w:rsidRDefault="005C676A">
      <w:r>
        <w:t>☐ Floors clean</w:t>
      </w:r>
    </w:p>
    <w:p w14:paraId="1C3477C6" w14:textId="77777777" w:rsidR="007C5498" w:rsidRDefault="005C676A">
      <w:r>
        <w:t>☐ Tables/chairs returned</w:t>
      </w:r>
    </w:p>
    <w:p w14:paraId="23E3B7C8" w14:textId="77777777" w:rsidR="007C5498" w:rsidRDefault="005C676A">
      <w:r>
        <w:t>☐ Trash removed</w:t>
      </w:r>
    </w:p>
    <w:p w14:paraId="720E26C1" w14:textId="2741EE7D" w:rsidR="007C5498" w:rsidRDefault="005C676A">
      <w:r>
        <w:t xml:space="preserve">☐ Kitchen cleaned </w:t>
      </w:r>
      <w:r w:rsidR="00CB770E">
        <w:t xml:space="preserve">and oven turned off </w:t>
      </w:r>
      <w:r>
        <w:t>(if used)</w:t>
      </w:r>
    </w:p>
    <w:p w14:paraId="23F1B5AC" w14:textId="77777777" w:rsidR="007C5498" w:rsidRDefault="005C676A">
      <w:r>
        <w:t>☐ No damage to property</w:t>
      </w:r>
    </w:p>
    <w:p w14:paraId="0AD34F32" w14:textId="77777777" w:rsidR="007C5498" w:rsidRDefault="005C676A">
      <w:r>
        <w:br/>
        <w:t>Inspected by: __________________________   Date: ___________</w:t>
      </w:r>
    </w:p>
    <w:p w14:paraId="6791DE1E" w14:textId="77777777" w:rsidR="007C5498" w:rsidRDefault="005C676A">
      <w:r>
        <w:t>Deposit Returned: $___________ on ___________</w:t>
      </w:r>
    </w:p>
    <w:sectPr w:rsidR="007C54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36CC0"/>
    <w:multiLevelType w:val="hybridMultilevel"/>
    <w:tmpl w:val="082038BC"/>
    <w:lvl w:ilvl="0" w:tplc="54720F66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542862"/>
    <w:multiLevelType w:val="hybridMultilevel"/>
    <w:tmpl w:val="9B44F48C"/>
    <w:lvl w:ilvl="0" w:tplc="9D9CF340">
      <w:start w:val="3"/>
      <w:numFmt w:val="bullet"/>
      <w:lvlText w:val="-"/>
      <w:lvlJc w:val="left"/>
      <w:pPr>
        <w:ind w:left="864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04FA28C8"/>
    <w:multiLevelType w:val="hybridMultilevel"/>
    <w:tmpl w:val="C74ADDE0"/>
    <w:lvl w:ilvl="0" w:tplc="E5C0B726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D3335"/>
    <w:multiLevelType w:val="hybridMultilevel"/>
    <w:tmpl w:val="DB70FE56"/>
    <w:lvl w:ilvl="0" w:tplc="484AC520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282E91"/>
    <w:multiLevelType w:val="hybridMultilevel"/>
    <w:tmpl w:val="736C513A"/>
    <w:lvl w:ilvl="0" w:tplc="4A3C4FA8">
      <w:start w:val="5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077107"/>
    <w:multiLevelType w:val="hybridMultilevel"/>
    <w:tmpl w:val="6F2C56C6"/>
    <w:lvl w:ilvl="0" w:tplc="18BA21A8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A362E"/>
    <w:multiLevelType w:val="hybridMultilevel"/>
    <w:tmpl w:val="337688CA"/>
    <w:lvl w:ilvl="0" w:tplc="1C60E0AE">
      <w:start w:val="3"/>
      <w:numFmt w:val="bullet"/>
      <w:lvlText w:val="-"/>
      <w:lvlJc w:val="left"/>
      <w:pPr>
        <w:ind w:left="8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48F650D8"/>
    <w:multiLevelType w:val="hybridMultilevel"/>
    <w:tmpl w:val="18969396"/>
    <w:lvl w:ilvl="0" w:tplc="4140C850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46C99"/>
    <w:multiLevelType w:val="hybridMultilevel"/>
    <w:tmpl w:val="34D05AE2"/>
    <w:lvl w:ilvl="0" w:tplc="C4602D74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62524"/>
    <w:multiLevelType w:val="hybridMultilevel"/>
    <w:tmpl w:val="FCBAF3BA"/>
    <w:lvl w:ilvl="0" w:tplc="2A4C344E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155807">
    <w:abstractNumId w:val="8"/>
  </w:num>
  <w:num w:numId="2" w16cid:durableId="132866063">
    <w:abstractNumId w:val="6"/>
  </w:num>
  <w:num w:numId="3" w16cid:durableId="1679695874">
    <w:abstractNumId w:val="5"/>
  </w:num>
  <w:num w:numId="4" w16cid:durableId="2060468041">
    <w:abstractNumId w:val="4"/>
  </w:num>
  <w:num w:numId="5" w16cid:durableId="87699172">
    <w:abstractNumId w:val="7"/>
  </w:num>
  <w:num w:numId="6" w16cid:durableId="1654866150">
    <w:abstractNumId w:val="3"/>
  </w:num>
  <w:num w:numId="7" w16cid:durableId="2015183136">
    <w:abstractNumId w:val="2"/>
  </w:num>
  <w:num w:numId="8" w16cid:durableId="1811440517">
    <w:abstractNumId w:val="1"/>
  </w:num>
  <w:num w:numId="9" w16cid:durableId="751201483">
    <w:abstractNumId w:val="0"/>
  </w:num>
  <w:num w:numId="10" w16cid:durableId="1663464324">
    <w:abstractNumId w:val="10"/>
  </w:num>
  <w:num w:numId="11" w16cid:durableId="338654209">
    <w:abstractNumId w:val="15"/>
  </w:num>
  <w:num w:numId="12" w16cid:durableId="908810993">
    <w:abstractNumId w:val="14"/>
  </w:num>
  <w:num w:numId="13" w16cid:durableId="1236477945">
    <w:abstractNumId w:val="13"/>
  </w:num>
  <w:num w:numId="14" w16cid:durableId="1483933663">
    <w:abstractNumId w:val="12"/>
  </w:num>
  <w:num w:numId="15" w16cid:durableId="269824477">
    <w:abstractNumId w:val="16"/>
  </w:num>
  <w:num w:numId="16" w16cid:durableId="2109815539">
    <w:abstractNumId w:val="9"/>
  </w:num>
  <w:num w:numId="17" w16cid:durableId="756639279">
    <w:abstractNumId w:val="17"/>
  </w:num>
  <w:num w:numId="18" w16cid:durableId="70734413">
    <w:abstractNumId w:val="18"/>
  </w:num>
  <w:num w:numId="19" w16cid:durableId="1981032353">
    <w:abstractNumId w:val="11"/>
  </w:num>
  <w:num w:numId="20" w16cid:durableId="605843856">
    <w:abstractNumId w:val="7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F46"/>
    <w:rsid w:val="0001158D"/>
    <w:rsid w:val="00032397"/>
    <w:rsid w:val="00034616"/>
    <w:rsid w:val="000434D8"/>
    <w:rsid w:val="0006063C"/>
    <w:rsid w:val="00060834"/>
    <w:rsid w:val="000800C6"/>
    <w:rsid w:val="00084FB1"/>
    <w:rsid w:val="00097CCF"/>
    <w:rsid w:val="000A5943"/>
    <w:rsid w:val="000A7ACF"/>
    <w:rsid w:val="000F2BC0"/>
    <w:rsid w:val="00104883"/>
    <w:rsid w:val="001304E3"/>
    <w:rsid w:val="00143BE8"/>
    <w:rsid w:val="0015074B"/>
    <w:rsid w:val="00151B99"/>
    <w:rsid w:val="00154D19"/>
    <w:rsid w:val="001A2D3D"/>
    <w:rsid w:val="001A6C66"/>
    <w:rsid w:val="001F670D"/>
    <w:rsid w:val="00225D51"/>
    <w:rsid w:val="002324FA"/>
    <w:rsid w:val="0029639D"/>
    <w:rsid w:val="002B437B"/>
    <w:rsid w:val="002D7915"/>
    <w:rsid w:val="00307BEF"/>
    <w:rsid w:val="00326F90"/>
    <w:rsid w:val="00361E76"/>
    <w:rsid w:val="00362D36"/>
    <w:rsid w:val="003754F3"/>
    <w:rsid w:val="003F2B6E"/>
    <w:rsid w:val="00412AD6"/>
    <w:rsid w:val="0042552D"/>
    <w:rsid w:val="00450C9B"/>
    <w:rsid w:val="00475A8D"/>
    <w:rsid w:val="0048258B"/>
    <w:rsid w:val="0049258A"/>
    <w:rsid w:val="004C24C2"/>
    <w:rsid w:val="004C5456"/>
    <w:rsid w:val="004D4483"/>
    <w:rsid w:val="0052644E"/>
    <w:rsid w:val="00527A4D"/>
    <w:rsid w:val="005354F6"/>
    <w:rsid w:val="00542406"/>
    <w:rsid w:val="00546652"/>
    <w:rsid w:val="00567898"/>
    <w:rsid w:val="00596C85"/>
    <w:rsid w:val="005B600E"/>
    <w:rsid w:val="005C676A"/>
    <w:rsid w:val="005D318F"/>
    <w:rsid w:val="005E4CBD"/>
    <w:rsid w:val="005F724F"/>
    <w:rsid w:val="0060288D"/>
    <w:rsid w:val="00614AC4"/>
    <w:rsid w:val="0061726E"/>
    <w:rsid w:val="00623533"/>
    <w:rsid w:val="006E4C90"/>
    <w:rsid w:val="006F3A8A"/>
    <w:rsid w:val="00712942"/>
    <w:rsid w:val="007225A7"/>
    <w:rsid w:val="0079463A"/>
    <w:rsid w:val="007A15FC"/>
    <w:rsid w:val="007A585C"/>
    <w:rsid w:val="007B533D"/>
    <w:rsid w:val="007C5498"/>
    <w:rsid w:val="007E3C60"/>
    <w:rsid w:val="00824A8D"/>
    <w:rsid w:val="00843B6E"/>
    <w:rsid w:val="008604D9"/>
    <w:rsid w:val="00876C16"/>
    <w:rsid w:val="008963BF"/>
    <w:rsid w:val="008A06DB"/>
    <w:rsid w:val="008A438E"/>
    <w:rsid w:val="008D0BF9"/>
    <w:rsid w:val="008E2847"/>
    <w:rsid w:val="008E7EFD"/>
    <w:rsid w:val="009153F5"/>
    <w:rsid w:val="009214DA"/>
    <w:rsid w:val="0093413C"/>
    <w:rsid w:val="0093529E"/>
    <w:rsid w:val="00940140"/>
    <w:rsid w:val="00966FDB"/>
    <w:rsid w:val="00A10B34"/>
    <w:rsid w:val="00A116BE"/>
    <w:rsid w:val="00A25D32"/>
    <w:rsid w:val="00A27A09"/>
    <w:rsid w:val="00A64E0A"/>
    <w:rsid w:val="00AA1C3A"/>
    <w:rsid w:val="00AA1D8D"/>
    <w:rsid w:val="00AC0EBA"/>
    <w:rsid w:val="00B07CD5"/>
    <w:rsid w:val="00B15D66"/>
    <w:rsid w:val="00B27038"/>
    <w:rsid w:val="00B47730"/>
    <w:rsid w:val="00B524D5"/>
    <w:rsid w:val="00B52BFD"/>
    <w:rsid w:val="00B72C14"/>
    <w:rsid w:val="00B8442A"/>
    <w:rsid w:val="00B954F8"/>
    <w:rsid w:val="00BA0E54"/>
    <w:rsid w:val="00BA1BC3"/>
    <w:rsid w:val="00BA2399"/>
    <w:rsid w:val="00C07214"/>
    <w:rsid w:val="00C13353"/>
    <w:rsid w:val="00C32710"/>
    <w:rsid w:val="00CB0664"/>
    <w:rsid w:val="00CB770E"/>
    <w:rsid w:val="00D70F36"/>
    <w:rsid w:val="00D955FC"/>
    <w:rsid w:val="00DB2547"/>
    <w:rsid w:val="00DD4FA5"/>
    <w:rsid w:val="00DE7C5B"/>
    <w:rsid w:val="00E12685"/>
    <w:rsid w:val="00E22C1A"/>
    <w:rsid w:val="00E44E1E"/>
    <w:rsid w:val="00E54C7A"/>
    <w:rsid w:val="00E6246A"/>
    <w:rsid w:val="00E65A36"/>
    <w:rsid w:val="00E91BBF"/>
    <w:rsid w:val="00E9736E"/>
    <w:rsid w:val="00EA466F"/>
    <w:rsid w:val="00EC4AFB"/>
    <w:rsid w:val="00EF4BBA"/>
    <w:rsid w:val="00F076B3"/>
    <w:rsid w:val="00F14A88"/>
    <w:rsid w:val="00F23962"/>
    <w:rsid w:val="00F25315"/>
    <w:rsid w:val="00F4775E"/>
    <w:rsid w:val="00F646B3"/>
    <w:rsid w:val="00F712E2"/>
    <w:rsid w:val="00F853DF"/>
    <w:rsid w:val="00FB52B6"/>
    <w:rsid w:val="00FC693F"/>
    <w:rsid w:val="00FE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44C37C"/>
  <w14:defaultImageDpi w14:val="300"/>
  <w15:docId w15:val="{EFCCC21F-D15D-4F9C-8C4D-4CFF5FB4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9153F5"/>
    <w:pPr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4</Pages>
  <Words>908</Words>
  <Characters>4999</Characters>
  <Application>Microsoft Office Word</Application>
  <DocSecurity>0</DocSecurity>
  <Lines>113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Jodi Davis</cp:lastModifiedBy>
  <cp:revision>123</cp:revision>
  <dcterms:created xsi:type="dcterms:W3CDTF">2025-11-04T17:23:00Z</dcterms:created>
  <dcterms:modified xsi:type="dcterms:W3CDTF">2026-06-09T17:32:00Z</dcterms:modified>
  <cp:category/>
</cp:coreProperties>
</file>