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C18D1" w14:textId="755837A0" w:rsidR="004431BC" w:rsidRDefault="00D9710B" w:rsidP="00D9710B">
      <w:pPr>
        <w:pBdr>
          <w:top w:val="none" w:sz="0" w:space="0" w:color="auto"/>
          <w:left w:val="none" w:sz="0" w:space="0" w:color="auto"/>
          <w:bottom w:val="none" w:sz="0" w:space="0" w:color="auto"/>
          <w:right w:val="none" w:sz="0" w:space="0" w:color="auto"/>
          <w:between w:val="none" w:sz="0" w:space="0" w:color="auto"/>
        </w:pBdr>
        <w:tabs>
          <w:tab w:val="left" w:pos="5954"/>
        </w:tabs>
        <w:spacing w:after="200"/>
        <w:ind w:firstLine="0"/>
        <w:jc w:val="left"/>
        <w:rPr>
          <w:rFonts w:eastAsiaTheme="majorEastAsia"/>
          <w:b/>
          <w:bCs/>
          <w:color w:val="59C119"/>
          <w:sz w:val="32"/>
          <w:szCs w:val="32"/>
          <w:lang w:val="it-IT"/>
        </w:rPr>
      </w:pPr>
      <w:r>
        <w:rPr>
          <w:noProof/>
        </w:rPr>
        <w:drawing>
          <wp:anchor distT="0" distB="0" distL="114300" distR="114300" simplePos="0" relativeHeight="251658241" behindDoc="0" locked="0" layoutInCell="1" allowOverlap="1" wp14:anchorId="545AE092" wp14:editId="2C60FBC0">
            <wp:simplePos x="0" y="0"/>
            <wp:positionH relativeFrom="column">
              <wp:posOffset>-1143000</wp:posOffset>
            </wp:positionH>
            <wp:positionV relativeFrom="paragraph">
              <wp:posOffset>-939800</wp:posOffset>
            </wp:positionV>
            <wp:extent cx="7763510" cy="10280601"/>
            <wp:effectExtent l="0" t="0" r="8890" b="6985"/>
            <wp:wrapNone/>
            <wp:docPr id="13663410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9429" cy="103016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1BC">
        <w:br w:type="page"/>
      </w:r>
    </w:p>
    <w:p w14:paraId="5D79C387" w14:textId="443C7D34" w:rsidR="00885DA6" w:rsidRPr="00C15139" w:rsidRDefault="00EE74CA" w:rsidP="00AD2A53">
      <w:pPr>
        <w:pStyle w:val="Ttulo1"/>
        <w:rPr>
          <w:lang w:val="es-CO"/>
        </w:rPr>
      </w:pPr>
      <w:r w:rsidRPr="00C15139">
        <w:rPr>
          <w:lang w:val="es-CO"/>
        </w:rPr>
        <w:lastRenderedPageBreak/>
        <w:t>NORTE VIETNAM CAMBOYA - BANGKOK Y NORT</w:t>
      </w:r>
      <w:r w:rsidR="00984AB3" w:rsidRPr="00C15139">
        <w:rPr>
          <w:lang w:val="es-CO"/>
        </w:rPr>
        <w:t>E</w:t>
      </w:r>
      <w:r w:rsidRPr="00C15139">
        <w:rPr>
          <w:lang w:val="es-CO"/>
        </w:rPr>
        <w:t xml:space="preserve"> DE TAILANDIA </w:t>
      </w:r>
      <w:r w:rsidR="00F04629" w:rsidRPr="00C15139">
        <w:rPr>
          <w:lang w:val="es-CO"/>
        </w:rPr>
        <w:t>–</w:t>
      </w:r>
      <w:r w:rsidRPr="00C15139">
        <w:rPr>
          <w:lang w:val="es-CO"/>
        </w:rPr>
        <w:t xml:space="preserve"> PHUKET</w:t>
      </w:r>
    </w:p>
    <w:p w14:paraId="095FC33B" w14:textId="77777777" w:rsidR="00F04629" w:rsidRPr="00E1183C" w:rsidRDefault="00F04629" w:rsidP="00AD2A53">
      <w:pPr>
        <w:rPr>
          <w:lang w:val="es-CO"/>
        </w:rPr>
      </w:pPr>
    </w:p>
    <w:p w14:paraId="1D42F8C3" w14:textId="577707B9" w:rsidR="00F04629" w:rsidRPr="00C30A4F" w:rsidRDefault="00F04629" w:rsidP="00AD2A53">
      <w:pPr>
        <w:rPr>
          <w:lang w:val="es-CO"/>
        </w:rPr>
      </w:pPr>
      <w:r w:rsidRPr="00C30A4F">
        <w:rPr>
          <w:lang w:val="es-CO"/>
        </w:rPr>
        <w:t>Duración: 16 días</w:t>
      </w:r>
      <w:r w:rsidR="00E1183C">
        <w:rPr>
          <w:lang w:val="es-CO"/>
        </w:rPr>
        <w:t xml:space="preserve"> </w:t>
      </w:r>
      <w:r w:rsidR="00E1183C" w:rsidRPr="00C30A4F">
        <w:rPr>
          <w:lang w:val="es-CO"/>
        </w:rPr>
        <w:t>/</w:t>
      </w:r>
      <w:r w:rsidR="00E1183C">
        <w:rPr>
          <w:lang w:val="es-CO"/>
        </w:rPr>
        <w:t xml:space="preserve"> </w:t>
      </w:r>
      <w:r w:rsidR="00E1183C" w:rsidRPr="00C30A4F">
        <w:rPr>
          <w:lang w:val="es-CO"/>
        </w:rPr>
        <w:t>15 noches</w:t>
      </w:r>
    </w:p>
    <w:p w14:paraId="3E3F59BB" w14:textId="74E3D6BD" w:rsidR="00F04629" w:rsidRDefault="00F04629" w:rsidP="00AD2A53">
      <w:r w:rsidRPr="00C30A4F">
        <w:rPr>
          <w:lang w:val="es-CO"/>
        </w:rPr>
        <w:t>Salidas: martes</w:t>
      </w:r>
      <w:r w:rsidR="001D362F">
        <w:rPr>
          <w:lang w:val="es-CO"/>
        </w:rPr>
        <w:t xml:space="preserve">, </w:t>
      </w:r>
      <w:r w:rsidR="001D362F">
        <w:t>en r</w:t>
      </w:r>
      <w:r w:rsidR="001D362F" w:rsidRPr="001D362F">
        <w:t>egular con guía de habla hispana con min. 2 pax</w:t>
      </w:r>
    </w:p>
    <w:p w14:paraId="454A2913" w14:textId="77777777" w:rsidR="001D362F" w:rsidRPr="00F04629" w:rsidRDefault="001D362F" w:rsidP="00AD2A53">
      <w:pPr>
        <w:rPr>
          <w:lang w:val="es-CO"/>
        </w:rPr>
      </w:pPr>
    </w:p>
    <w:p w14:paraId="6EE3408A" w14:textId="73C2B036" w:rsidR="00AB42C7" w:rsidRDefault="00EE74CA" w:rsidP="00AD2A53">
      <w:pPr>
        <w:rPr>
          <w:lang w:val="es-CO"/>
        </w:rPr>
      </w:pPr>
      <w:r w:rsidRPr="00CE5354">
        <w:rPr>
          <w:lang w:val="es-CO"/>
        </w:rPr>
        <w:t>El Gran Tour de Indochina: Cultura, Historia y el Paraíso de Phuket</w:t>
      </w:r>
    </w:p>
    <w:p w14:paraId="0867BE00" w14:textId="0E984728" w:rsidR="00AB42C7" w:rsidRDefault="00F04629" w:rsidP="00AD2A53">
      <w:r w:rsidRPr="00F04629">
        <w:t>Un viaje extraordinario por el corazón del Sudeste Asiático que combina historia milenaria, templos sagrados y paisajes legendarios con el paraíso tropical de Phuket. Desde la mística Bahía de Halong y los majestuosos templos de Angkor, hasta el esplendor del Gran Palacio en Bangkok, las montañas del norte de Tailandia y las playas de aguas turquesa, este circuito ofrece una experiencia cultural profunda con un cierre perfecto de descanso y lujo frente al mar.</w:t>
      </w:r>
    </w:p>
    <w:p w14:paraId="66CD5E2D" w14:textId="02EE71FF" w:rsidR="003656C1" w:rsidRDefault="00901C47" w:rsidP="00AD2A53">
      <w:pPr>
        <w:rPr>
          <w:lang w:val="es-CO"/>
        </w:rPr>
      </w:pPr>
      <w:r w:rsidRPr="003656C1">
        <w:rPr>
          <w:noProof/>
          <w:lang w:val="es-CO"/>
        </w:rPr>
        <w:drawing>
          <wp:anchor distT="0" distB="0" distL="114300" distR="114300" simplePos="0" relativeHeight="251658240" behindDoc="1" locked="0" layoutInCell="1" allowOverlap="1" wp14:anchorId="6D3A3178" wp14:editId="2D4F6E11">
            <wp:simplePos x="0" y="0"/>
            <wp:positionH relativeFrom="column">
              <wp:posOffset>3048000</wp:posOffset>
            </wp:positionH>
            <wp:positionV relativeFrom="paragraph">
              <wp:posOffset>113665</wp:posOffset>
            </wp:positionV>
            <wp:extent cx="2429510" cy="2033270"/>
            <wp:effectExtent l="0" t="0" r="8890" b="5080"/>
            <wp:wrapSquare wrapText="bothSides"/>
            <wp:docPr id="1724506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506407" name=""/>
                    <pic:cNvPicPr/>
                  </pic:nvPicPr>
                  <pic:blipFill>
                    <a:blip r:embed="rId7"/>
                    <a:stretch>
                      <a:fillRect/>
                    </a:stretch>
                  </pic:blipFill>
                  <pic:spPr>
                    <a:xfrm>
                      <a:off x="0" y="0"/>
                      <a:ext cx="2429510" cy="2033270"/>
                    </a:xfrm>
                    <a:prstGeom prst="rect">
                      <a:avLst/>
                    </a:prstGeom>
                  </pic:spPr>
                </pic:pic>
              </a:graphicData>
            </a:graphic>
            <wp14:sizeRelH relativeFrom="margin">
              <wp14:pctWidth>0</wp14:pctWidth>
            </wp14:sizeRelH>
            <wp14:sizeRelV relativeFrom="margin">
              <wp14:pctHeight>0</wp14:pctHeight>
            </wp14:sizeRelV>
          </wp:anchor>
        </w:drawing>
      </w:r>
    </w:p>
    <w:p w14:paraId="614ED9F1" w14:textId="77777777" w:rsidR="00901C47" w:rsidRDefault="00901C47" w:rsidP="00AD2A53">
      <w:pPr>
        <w:rPr>
          <w:lang w:val="es-CO"/>
        </w:rPr>
      </w:pPr>
    </w:p>
    <w:p w14:paraId="3C28A2C3" w14:textId="4E91853E" w:rsidR="00901C47" w:rsidRPr="00901C47" w:rsidRDefault="00901C47" w:rsidP="00901C47">
      <w:pPr>
        <w:pStyle w:val="Prrafodelista"/>
        <w:numPr>
          <w:ilvl w:val="0"/>
          <w:numId w:val="19"/>
        </w:numPr>
        <w:rPr>
          <w:lang w:val="en-US"/>
        </w:rPr>
      </w:pPr>
      <w:r w:rsidRPr="00901C47">
        <w:rPr>
          <w:lang w:val="en-US"/>
        </w:rPr>
        <w:t>Hanói</w:t>
      </w:r>
    </w:p>
    <w:p w14:paraId="6B6C9682" w14:textId="79C6AF0F" w:rsidR="00901C47" w:rsidRPr="00901C47" w:rsidRDefault="00901C47" w:rsidP="00901C47">
      <w:pPr>
        <w:pStyle w:val="Prrafodelista"/>
        <w:numPr>
          <w:ilvl w:val="0"/>
          <w:numId w:val="19"/>
        </w:numPr>
        <w:rPr>
          <w:lang w:val="en-US"/>
        </w:rPr>
      </w:pPr>
      <w:r w:rsidRPr="00901C47">
        <w:rPr>
          <w:lang w:val="en-US"/>
        </w:rPr>
        <w:t>Halong</w:t>
      </w:r>
    </w:p>
    <w:p w14:paraId="33A1F480" w14:textId="01DAD3BA" w:rsidR="00901C47" w:rsidRPr="00901C47" w:rsidRDefault="00901C47" w:rsidP="00901C47">
      <w:pPr>
        <w:pStyle w:val="Prrafodelista"/>
        <w:numPr>
          <w:ilvl w:val="0"/>
          <w:numId w:val="19"/>
        </w:numPr>
        <w:rPr>
          <w:lang w:val="en-US"/>
        </w:rPr>
      </w:pPr>
      <w:r w:rsidRPr="00901C47">
        <w:rPr>
          <w:lang w:val="en-US"/>
        </w:rPr>
        <w:t>Siem Reap</w:t>
      </w:r>
    </w:p>
    <w:p w14:paraId="5E9DF2C0" w14:textId="7BAADD97" w:rsidR="00901C47" w:rsidRPr="00901C47" w:rsidRDefault="00901C47" w:rsidP="00901C47">
      <w:pPr>
        <w:pStyle w:val="Prrafodelista"/>
        <w:numPr>
          <w:ilvl w:val="0"/>
          <w:numId w:val="19"/>
        </w:numPr>
        <w:rPr>
          <w:lang w:val="en-US"/>
        </w:rPr>
      </w:pPr>
      <w:r w:rsidRPr="00901C47">
        <w:rPr>
          <w:lang w:val="en-US"/>
        </w:rPr>
        <w:t>Phnom Penh</w:t>
      </w:r>
    </w:p>
    <w:p w14:paraId="035274B8" w14:textId="7FF3CA6A" w:rsidR="00901C47" w:rsidRPr="00901C47" w:rsidRDefault="00901C47" w:rsidP="00901C47">
      <w:pPr>
        <w:pStyle w:val="Prrafodelista"/>
        <w:numPr>
          <w:ilvl w:val="0"/>
          <w:numId w:val="19"/>
        </w:numPr>
        <w:rPr>
          <w:lang w:val="en-US"/>
        </w:rPr>
      </w:pPr>
      <w:r w:rsidRPr="00901C47">
        <w:rPr>
          <w:lang w:val="en-US"/>
        </w:rPr>
        <w:t>Bangkok</w:t>
      </w:r>
    </w:p>
    <w:p w14:paraId="7A9F3C0A" w14:textId="0F41B3C6" w:rsidR="00901C47" w:rsidRPr="00901C47" w:rsidRDefault="00901C47" w:rsidP="00901C47">
      <w:pPr>
        <w:pStyle w:val="Prrafodelista"/>
        <w:numPr>
          <w:ilvl w:val="0"/>
          <w:numId w:val="19"/>
        </w:numPr>
        <w:rPr>
          <w:lang w:val="en-US"/>
        </w:rPr>
      </w:pPr>
      <w:r w:rsidRPr="00901C47">
        <w:rPr>
          <w:lang w:val="en-US"/>
        </w:rPr>
        <w:t>Chiang Rai</w:t>
      </w:r>
    </w:p>
    <w:p w14:paraId="2D32EDCB" w14:textId="09B9D15C" w:rsidR="00901C47" w:rsidRPr="00901C47" w:rsidRDefault="00901C47" w:rsidP="00901C47">
      <w:pPr>
        <w:pStyle w:val="Prrafodelista"/>
        <w:numPr>
          <w:ilvl w:val="0"/>
          <w:numId w:val="19"/>
        </w:numPr>
        <w:rPr>
          <w:lang w:val="en-US"/>
        </w:rPr>
      </w:pPr>
      <w:r w:rsidRPr="00901C47">
        <w:rPr>
          <w:lang w:val="en-US"/>
        </w:rPr>
        <w:t>Chiang Mai</w:t>
      </w:r>
    </w:p>
    <w:p w14:paraId="15D955D2" w14:textId="77777777" w:rsidR="00901C47" w:rsidRDefault="00901C47" w:rsidP="00901C47">
      <w:pPr>
        <w:pStyle w:val="Prrafodelista"/>
        <w:numPr>
          <w:ilvl w:val="0"/>
          <w:numId w:val="19"/>
        </w:numPr>
        <w:rPr>
          <w:lang w:val="en-US"/>
        </w:rPr>
      </w:pPr>
      <w:r w:rsidRPr="00901C47">
        <w:rPr>
          <w:lang w:val="en-US"/>
        </w:rPr>
        <w:t>Phuket</w:t>
      </w:r>
    </w:p>
    <w:p w14:paraId="24D29DEF" w14:textId="77777777" w:rsidR="00901C47" w:rsidRDefault="00901C47" w:rsidP="00901C47">
      <w:pPr>
        <w:ind w:firstLine="0"/>
        <w:rPr>
          <w:lang w:val="en-US"/>
        </w:rPr>
      </w:pPr>
    </w:p>
    <w:p w14:paraId="24A70B4F" w14:textId="4D128548" w:rsidR="00901C47" w:rsidRPr="00901C47" w:rsidRDefault="00901C47" w:rsidP="00537290">
      <w:pPr>
        <w:pStyle w:val="Ttulo1"/>
        <w:jc w:val="left"/>
      </w:pPr>
      <w:r>
        <w:t>ITINERARIO</w:t>
      </w:r>
    </w:p>
    <w:p w14:paraId="2A289BD2" w14:textId="4EFC832D" w:rsidR="00885DA6" w:rsidRPr="00901C47" w:rsidRDefault="00885DA6" w:rsidP="00537290">
      <w:pPr>
        <w:rPr>
          <w:lang w:val="en-US"/>
        </w:rPr>
      </w:pPr>
    </w:p>
    <w:p w14:paraId="35588377" w14:textId="77777777" w:rsidR="00EB583C" w:rsidRPr="00D52E1D" w:rsidRDefault="00EB583C" w:rsidP="00537290">
      <w:pPr>
        <w:pStyle w:val="Ttulo3"/>
      </w:pPr>
      <w:r w:rsidRPr="00D52E1D">
        <w:t xml:space="preserve">Día 1 - Mar: Llegada a Hanói </w:t>
      </w:r>
      <w:bookmarkStart w:id="0" w:name="_Hlk99019163"/>
    </w:p>
    <w:p w14:paraId="1FB83F08" w14:textId="77777777" w:rsidR="00EB583C" w:rsidRPr="00D52E1D" w:rsidRDefault="00EB583C" w:rsidP="00537290">
      <w:r w:rsidRPr="00D52E1D">
        <w:t xml:space="preserve">Llegada al aeropuerto de Hanói donde les estará esperando nuestro guía de habla hispana.  </w:t>
      </w:r>
    </w:p>
    <w:p w14:paraId="7A56C9DE" w14:textId="77777777" w:rsidR="00EB583C" w:rsidRPr="00D52E1D" w:rsidRDefault="00EB583C" w:rsidP="00537290">
      <w:r w:rsidRPr="00D52E1D">
        <w:t xml:space="preserve">Traslado a la ciudad (1hr.), mientras tanto, podrán ir obteniendo una primera impresión de Hanói y su asombrosa fusión entre el bullicio y la serenidad. </w:t>
      </w:r>
    </w:p>
    <w:p w14:paraId="6E8B356E" w14:textId="77777777" w:rsidR="00EB583C" w:rsidRPr="00D52E1D" w:rsidRDefault="00EB583C" w:rsidP="00537290">
      <w:r w:rsidRPr="00D52E1D">
        <w:t xml:space="preserve">Tiempo libre hasta check-in en el hotel (normalmente las habitaciones están disponibles a partir de las 14.00h, aunque si hay disponibilidad, suelen facilitarlas antes). </w:t>
      </w:r>
    </w:p>
    <w:p w14:paraId="6D8DB538" w14:textId="77777777" w:rsidR="00EB583C" w:rsidRPr="00736907" w:rsidRDefault="00EB583C" w:rsidP="00537290">
      <w:r w:rsidRPr="00D52E1D">
        <w:t>Alojamiento en Hanói.</w:t>
      </w:r>
    </w:p>
    <w:p w14:paraId="706E13B6" w14:textId="77777777" w:rsidR="00EB583C" w:rsidRDefault="00EB583C" w:rsidP="00537290">
      <w:r w:rsidRPr="00736907">
        <w:rPr>
          <w:b/>
        </w:rPr>
        <w:t>Recomendaciones:</w:t>
      </w:r>
      <w:r w:rsidRPr="00736907">
        <w:t xml:space="preserve"> </w:t>
      </w:r>
      <w:r w:rsidRPr="00E66EE5">
        <w:t>Disfrutar de un masaje relajante, pasear y tomar un café en el lago Hoan Kiem, salir de compras por el Barrio Antiguo.</w:t>
      </w:r>
    </w:p>
    <w:p w14:paraId="316E5F85" w14:textId="77777777" w:rsidR="00901C47" w:rsidRDefault="00901C47" w:rsidP="00537290"/>
    <w:p w14:paraId="5AE50AE1" w14:textId="77777777" w:rsidR="000A7FE2" w:rsidRDefault="000A7FE2" w:rsidP="00537290"/>
    <w:p w14:paraId="204A05CA" w14:textId="77777777" w:rsidR="000A7FE2" w:rsidRPr="00E66EE5" w:rsidRDefault="000A7FE2" w:rsidP="00537290"/>
    <w:bookmarkEnd w:id="0"/>
    <w:p w14:paraId="49F71C63" w14:textId="77777777" w:rsidR="00EB583C" w:rsidRPr="00E66EE5" w:rsidRDefault="00EB583C" w:rsidP="00537290"/>
    <w:p w14:paraId="2808D1C4" w14:textId="77777777" w:rsidR="00EB583C" w:rsidRPr="00E66EE5" w:rsidRDefault="00EB583C" w:rsidP="00537290">
      <w:pPr>
        <w:pStyle w:val="Ttulo3"/>
      </w:pPr>
      <w:bookmarkStart w:id="1" w:name="_Hlk99019170"/>
      <w:bookmarkStart w:id="2" w:name="_Hlk98981112"/>
      <w:r w:rsidRPr="00E66EE5">
        <w:lastRenderedPageBreak/>
        <w:t>Día 2 - Mie: Hanói - Visitas</w:t>
      </w:r>
      <w:bookmarkStart w:id="3" w:name="_Hlk99019183"/>
      <w:bookmarkEnd w:id="1"/>
    </w:p>
    <w:bookmarkEnd w:id="2"/>
    <w:bookmarkEnd w:id="3"/>
    <w:p w14:paraId="756410D6" w14:textId="77777777" w:rsidR="00EB583C" w:rsidRPr="00E66EE5" w:rsidRDefault="00EB583C" w:rsidP="00537290">
      <w:r w:rsidRPr="00E66EE5">
        <w:t xml:space="preserve">Tras el desayuno, empezamos las visitas a Hanói, la capital de Vietnam. Es considerada también como una de las pocas ciudades asiáticas con avenidas arboladas, arquitectura colonial francesa, lagos apacibles y templos orientales.  </w:t>
      </w:r>
    </w:p>
    <w:p w14:paraId="1AE6CA45" w14:textId="77777777" w:rsidR="00EB583C" w:rsidRPr="00E66EE5" w:rsidRDefault="00EB583C" w:rsidP="00537290">
      <w:r w:rsidRPr="00E66EE5">
        <w:t xml:space="preserve">El tour incluye la visita al Templo de la Literatura, </w:t>
      </w:r>
      <w:bookmarkStart w:id="4" w:name="_Hlk98982636"/>
      <w:r w:rsidRPr="00E66EE5">
        <w:t>la primera universidad de Vietnam, fundado en 1070 en honor a Confucio y considerado como el símbolo de Hanói.</w:t>
      </w:r>
      <w:bookmarkEnd w:id="4"/>
      <w:r w:rsidRPr="00E66EE5">
        <w:t xml:space="preserve"> Seguimos con la ruta al Mausoleo de Ho Chi Minh, visitando la parte exterior del mismo desde la plaza Ba Dinh. Continuaremos hacia la Pagoda del Pilar Único, construida en 1049 sobre un solo pilar de piedra por el Emperador Ly Thai Tong, quien reinó desde 1028 hasta 1054. La pagoda está diseñada a semejanza de una hoja de flor de loto en honor a Buda.</w:t>
      </w:r>
    </w:p>
    <w:p w14:paraId="22EA7B88" w14:textId="77777777" w:rsidR="00EB583C" w:rsidRPr="00E66EE5" w:rsidRDefault="00EB583C" w:rsidP="00537290">
      <w:r w:rsidRPr="00E66EE5">
        <w:t xml:space="preserve">Almuerzo en restaurante local.  </w:t>
      </w:r>
    </w:p>
    <w:p w14:paraId="1891C84E" w14:textId="77777777" w:rsidR="00EB583C" w:rsidRPr="00E66EE5" w:rsidRDefault="00EB583C" w:rsidP="00537290">
      <w:r w:rsidRPr="00E66EE5">
        <w:t xml:space="preserve">Después del almuerzo, </w:t>
      </w:r>
      <w:bookmarkStart w:id="5" w:name="_Hlk98982344"/>
      <w:r w:rsidRPr="00E66EE5">
        <w:t>tendremos una experiencia con las flores y su tradicional forma de adornarlas. Visita a una floristería artesanal para ver cómo se realizan los ramos, cómo se transmite y conserva este hermoso y tradicional arte espiritual de Vietnam que ha llegado a nuestros días generación tras generación. Los invitados aprenderán a reconocer flores exóticas a la vez que disfrutan preparando una ofrenda floral espiritual. Posteriormente llegamos al lago Hoan Kiem, el corazón de Hanói, donde daremos un paseo alrededor del lago con una vista panorámica al templo Ngoc Son, situado en medio del lago, junto con el puente rojo The Huc.</w:t>
      </w:r>
    </w:p>
    <w:p w14:paraId="2BBE1F25" w14:textId="77777777" w:rsidR="00EB583C" w:rsidRPr="00E66EE5" w:rsidRDefault="00EB583C" w:rsidP="00537290">
      <w:r w:rsidRPr="00E66EE5">
        <w:t xml:space="preserve">Por último, realizaremos un paseo panorámico en ciclo pousse por el Barrio Antiguo de Hanói, también conocido como el barrio de las 36 calles ya que en su tiempo fue conocido por el oficio de los artesanos que las habitaban y por los talleres que allí había. </w:t>
      </w:r>
    </w:p>
    <w:p w14:paraId="37BD9ADE" w14:textId="77777777" w:rsidR="00EB583C" w:rsidRPr="00E66EE5" w:rsidRDefault="00EB583C" w:rsidP="00537290">
      <w:r w:rsidRPr="00E66EE5">
        <w:t>Regreso al hotel y alojamiento en Hanói.</w:t>
      </w:r>
      <w:bookmarkEnd w:id="5"/>
    </w:p>
    <w:p w14:paraId="7FEB1AF9" w14:textId="77777777" w:rsidR="00EB583C" w:rsidRPr="00736907" w:rsidRDefault="00EB583C" w:rsidP="00537290">
      <w:r w:rsidRPr="00736907">
        <w:rPr>
          <w:b/>
        </w:rPr>
        <w:t>Régimen de comidas</w:t>
      </w:r>
      <w:r w:rsidRPr="00736907">
        <w:t>: Desayuno y almuerzo</w:t>
      </w:r>
    </w:p>
    <w:p w14:paraId="7976CAF9" w14:textId="77777777" w:rsidR="00EB583C" w:rsidRPr="00E66EE5" w:rsidRDefault="00EB583C" w:rsidP="00537290">
      <w:bookmarkStart w:id="6" w:name="_Hlk98982384"/>
      <w:r w:rsidRPr="00736907">
        <w:rPr>
          <w:b/>
        </w:rPr>
        <w:t>Recomendaciones</w:t>
      </w:r>
      <w:r w:rsidRPr="00E66EE5">
        <w:rPr>
          <w:b/>
          <w:color w:val="C7862B"/>
        </w:rPr>
        <w:t xml:space="preserve">: </w:t>
      </w:r>
      <w:r w:rsidRPr="00E66EE5">
        <w:t>Reservar un masaje tradicional o participar en el curso de cocina vietnamita. Asistencia al espectáculo Marionetas sobre el agua.</w:t>
      </w:r>
    </w:p>
    <w:bookmarkEnd w:id="6"/>
    <w:p w14:paraId="5D55B0DC" w14:textId="77777777" w:rsidR="00EB583C" w:rsidRPr="00E66EE5" w:rsidRDefault="00EB583C" w:rsidP="00537290"/>
    <w:p w14:paraId="3B6ED23F" w14:textId="77777777" w:rsidR="00EB583C" w:rsidRPr="00E66EE5" w:rsidRDefault="00EB583C" w:rsidP="00537290">
      <w:pPr>
        <w:pStyle w:val="Ttulo3"/>
      </w:pPr>
      <w:bookmarkStart w:id="7" w:name="_Hlk99019189"/>
      <w:bookmarkStart w:id="8" w:name="_Hlk98981149"/>
      <w:r w:rsidRPr="00E66EE5">
        <w:t xml:space="preserve">Día 3 - Jue: Hanói - Bahía de Halong  </w:t>
      </w:r>
      <w:bookmarkEnd w:id="7"/>
    </w:p>
    <w:p w14:paraId="25848B10" w14:textId="77777777" w:rsidR="00EB583C" w:rsidRPr="00E66EE5" w:rsidRDefault="00EB583C" w:rsidP="00537290">
      <w:bookmarkStart w:id="9" w:name="_Hlk98982480"/>
      <w:bookmarkStart w:id="10" w:name="_Hlk99019222"/>
      <w:r w:rsidRPr="00E66EE5">
        <w:t xml:space="preserve">Después del desayuno, encuentro con nuestro guía en el hall del hotel. </w:t>
      </w:r>
    </w:p>
    <w:p w14:paraId="68D7A5EC" w14:textId="77777777" w:rsidR="00EB583C" w:rsidRPr="00E66EE5" w:rsidRDefault="00EB583C" w:rsidP="00537290">
      <w:r w:rsidRPr="00E66EE5">
        <w:t xml:space="preserve">Salida por carretera hacia la Bahía de Halong que significa “el dragón que desciende del mar” en vietnamita, y según la leyenda, fue un dragón quien formó las islas de la bahía. Embarque en un maravilloso crucero con el que visitarán la bahía. Almuerzo a bordo. </w:t>
      </w:r>
    </w:p>
    <w:p w14:paraId="34054905" w14:textId="77777777" w:rsidR="00EB583C" w:rsidRPr="00E66EE5" w:rsidRDefault="00EB583C" w:rsidP="00537290">
      <w:r w:rsidRPr="00E66EE5">
        <w:t>Acabado el almuerzo, continuaremos navegando y descubriendo miles de islas e islotes de abundante vegetación que emergen en la bahía con sus insólitas formas y diferentes tamaños. Las aguas color esmeralda de este legendario tesoro nos llevan a explorar islas sublimes como la de la Tortuga, la del Perro, la Cabeza de Hombre, etc. Debido a su singular belleza, peculiaridad geológica, riqueza biológica, importancia cultural e histórica, la Bahía de Halong fue declarada Patrimonio de la Humanidad por la UNESCO en 1994 e incluida en la lista de las Siete Maravillas Naturales del Mundo desde 2011.</w:t>
      </w:r>
    </w:p>
    <w:p w14:paraId="49CF0913" w14:textId="77777777" w:rsidR="00EB583C" w:rsidRPr="00E66EE5" w:rsidRDefault="00EB583C" w:rsidP="00537290">
      <w:r w:rsidRPr="00E66EE5">
        <w:lastRenderedPageBreak/>
        <w:t>Más allá de la contemplación del magnífico paisaje, disfrutamos de tiempo libre o de algunas de las actividades opcionales tales como nadar, practicar kayak o participar en una demostración de cocina vietnamita en la terraza del barco.</w:t>
      </w:r>
    </w:p>
    <w:p w14:paraId="269C09F3" w14:textId="77777777" w:rsidR="00EB583C" w:rsidRPr="00E66EE5" w:rsidRDefault="00EB583C" w:rsidP="00537290">
      <w:r w:rsidRPr="00E66EE5">
        <w:t>Cena y alojamiento a bordo.</w:t>
      </w:r>
      <w:bookmarkEnd w:id="9"/>
    </w:p>
    <w:p w14:paraId="4B368645" w14:textId="77777777" w:rsidR="00EB583C" w:rsidRPr="00736907" w:rsidRDefault="00EB583C" w:rsidP="00537290">
      <w:r w:rsidRPr="00736907">
        <w:rPr>
          <w:b/>
        </w:rPr>
        <w:t>Notas:</w:t>
      </w:r>
      <w:r w:rsidRPr="00736907">
        <w:t xml:space="preserve"> El itinerario del crucero está sujeto a cambios sin previo aviso por motivos meteorológicos.</w:t>
      </w:r>
    </w:p>
    <w:p w14:paraId="05C9DA7D" w14:textId="77777777" w:rsidR="00EB583C" w:rsidRPr="00736907" w:rsidRDefault="00EB583C" w:rsidP="00537290">
      <w:r w:rsidRPr="00736907">
        <w:rPr>
          <w:b/>
        </w:rPr>
        <w:t xml:space="preserve">Régimen alimenticio: </w:t>
      </w:r>
      <w:r w:rsidRPr="00736907">
        <w:t>Desayuno, almuerzo y cena</w:t>
      </w:r>
    </w:p>
    <w:p w14:paraId="372848F4" w14:textId="2BEACA2B" w:rsidR="00CF4EC5" w:rsidRPr="00E66EE5" w:rsidRDefault="00EB583C" w:rsidP="00537290">
      <w:bookmarkStart w:id="11" w:name="_Hlk98982523"/>
      <w:r w:rsidRPr="00736907">
        <w:rPr>
          <w:b/>
        </w:rPr>
        <w:t>Recomendaciones</w:t>
      </w:r>
      <w:r w:rsidRPr="00E66EE5">
        <w:rPr>
          <w:b/>
          <w:color w:val="C7862B"/>
        </w:rPr>
        <w:t xml:space="preserve">: </w:t>
      </w:r>
      <w:r w:rsidRPr="00E66EE5">
        <w:t>Disfrutar de un masaje, aprender cocina vietnamita o admirar la preciosa puesta de sol desde la cubierta.</w:t>
      </w:r>
    </w:p>
    <w:bookmarkEnd w:id="8"/>
    <w:bookmarkEnd w:id="11"/>
    <w:p w14:paraId="57C3717B" w14:textId="77777777" w:rsidR="00EB583C" w:rsidRPr="00E66EE5" w:rsidRDefault="00EB583C" w:rsidP="00537290"/>
    <w:p w14:paraId="7FE55A2A" w14:textId="77777777" w:rsidR="00EB583C" w:rsidRPr="00E66EE5" w:rsidRDefault="00EB583C" w:rsidP="00537290">
      <w:pPr>
        <w:pStyle w:val="Ttulo3"/>
      </w:pPr>
      <w:bookmarkStart w:id="12" w:name="_Hlk98981168"/>
      <w:bookmarkStart w:id="13" w:name="_Hlk99019232"/>
      <w:bookmarkEnd w:id="10"/>
      <w:r w:rsidRPr="00E66EE5">
        <w:t xml:space="preserve">Día 4 - Vie: Bahía de Halong - Vuelo a </w:t>
      </w:r>
      <w:bookmarkEnd w:id="12"/>
      <w:r w:rsidRPr="00E66EE5">
        <w:t xml:space="preserve">Siem Reap </w:t>
      </w:r>
      <w:bookmarkEnd w:id="13"/>
    </w:p>
    <w:p w14:paraId="1CC0FF56" w14:textId="77777777" w:rsidR="00EB583C" w:rsidRPr="00E66EE5" w:rsidRDefault="00EB583C" w:rsidP="00537290">
      <w:bookmarkStart w:id="14" w:name="_Hlk98982592"/>
      <w:bookmarkStart w:id="15" w:name="_Hlk98981221"/>
      <w:r w:rsidRPr="00E66EE5">
        <w:t>A la salida del sol y para aquellos que estén interesados hay una clase de Tai chi en la terraza solárium.</w:t>
      </w:r>
    </w:p>
    <w:p w14:paraId="3310464F" w14:textId="77777777" w:rsidR="00EB583C" w:rsidRPr="00E66EE5" w:rsidRDefault="00EB583C" w:rsidP="00537290">
      <w:r w:rsidRPr="00E66EE5">
        <w:t xml:space="preserve">Continuamos navegando por la bahía de casi 2000 islas de roca calcárea y disfrutando de sus paisajes únicos. Aprovechar este increíble momento para sacar las mejores fotos de esas maravillas. Tendremos un buen brunch para recargar baterías y emprender el retorno a tierra. </w:t>
      </w:r>
    </w:p>
    <w:bookmarkEnd w:id="14"/>
    <w:p w14:paraId="126603CB" w14:textId="77777777" w:rsidR="00EB583C" w:rsidRPr="00E66EE5" w:rsidRDefault="00EB583C" w:rsidP="00537290">
      <w:r w:rsidRPr="00E66EE5">
        <w:t>Desembarcamos en el muelle de Halong, desde donde nos trasladamos a Hanói por carretera hasta el aeropuerto para tomar el vuelo</w:t>
      </w:r>
      <w:bookmarkEnd w:id="15"/>
      <w:r w:rsidRPr="00E66EE5">
        <w:t xml:space="preserve"> a Siem Reap.</w:t>
      </w:r>
    </w:p>
    <w:p w14:paraId="6EAC33F9" w14:textId="77777777" w:rsidR="00EB583C" w:rsidRPr="00E66EE5" w:rsidRDefault="00EB583C" w:rsidP="00537290">
      <w:pPr>
        <w:rPr>
          <w:lang w:val="es-ES"/>
        </w:rPr>
      </w:pPr>
      <w:r w:rsidRPr="00E66EE5">
        <w:rPr>
          <w:lang w:val="es-ES"/>
        </w:rPr>
        <w:t xml:space="preserve">Llegada al aeropuerto internacional de Siem Reap, encuentro con nuestro guía y traslado al hotel. </w:t>
      </w:r>
    </w:p>
    <w:p w14:paraId="5F52BE42" w14:textId="77777777" w:rsidR="00EB583C" w:rsidRPr="00E66EE5" w:rsidRDefault="00EB583C" w:rsidP="00537290">
      <w:pPr>
        <w:rPr>
          <w:lang w:val="es-ES"/>
        </w:rPr>
      </w:pPr>
      <w:r w:rsidRPr="00E66EE5">
        <w:rPr>
          <w:lang w:val="es-ES"/>
        </w:rPr>
        <w:t>Resto del día libre. Alojamiento en Siem reap.</w:t>
      </w:r>
    </w:p>
    <w:p w14:paraId="0459CBE9" w14:textId="77777777" w:rsidR="00EB583C" w:rsidRPr="00E66EE5" w:rsidRDefault="00EB583C" w:rsidP="00537290">
      <w:pPr>
        <w:rPr>
          <w:lang w:val="es-ES"/>
        </w:rPr>
      </w:pPr>
    </w:p>
    <w:p w14:paraId="03F06CA2" w14:textId="77777777" w:rsidR="00EB583C" w:rsidRPr="00736907" w:rsidRDefault="00EB583C" w:rsidP="00537290">
      <w:pPr>
        <w:rPr>
          <w:lang w:val="es-AR"/>
        </w:rPr>
      </w:pPr>
      <w:r w:rsidRPr="00736907">
        <w:rPr>
          <w:b/>
          <w:lang w:val="es-ES"/>
        </w:rPr>
        <w:t xml:space="preserve">Notas: </w:t>
      </w:r>
      <w:r w:rsidRPr="00736907">
        <w:rPr>
          <w:lang w:val="es-AR"/>
        </w:rPr>
        <w:t>Duración del vuelo a Siem Reap, 1,45 horas.</w:t>
      </w:r>
    </w:p>
    <w:p w14:paraId="3984452A" w14:textId="77777777" w:rsidR="00EB583C" w:rsidRPr="00736907" w:rsidRDefault="00EB583C" w:rsidP="00537290">
      <w:pPr>
        <w:rPr>
          <w:lang w:val="es-AR"/>
        </w:rPr>
      </w:pPr>
      <w:r w:rsidRPr="00A47513">
        <w:rPr>
          <w:lang w:val="es-AR"/>
        </w:rPr>
        <w:t>Régimen alimenticio:</w:t>
      </w:r>
      <w:r w:rsidRPr="00736907">
        <w:rPr>
          <w:lang w:val="es-AR"/>
        </w:rPr>
        <w:t xml:space="preserve"> Brunch</w:t>
      </w:r>
    </w:p>
    <w:p w14:paraId="225E2C95" w14:textId="77777777" w:rsidR="00EB583C" w:rsidRPr="00E66EE5" w:rsidRDefault="00EB583C" w:rsidP="00537290">
      <w:pPr>
        <w:rPr>
          <w:lang w:val="es-AR"/>
        </w:rPr>
      </w:pPr>
      <w:r w:rsidRPr="00736907">
        <w:rPr>
          <w:b/>
          <w:lang w:val="es-AR"/>
        </w:rPr>
        <w:t xml:space="preserve">Recomendaciones: </w:t>
      </w:r>
      <w:r w:rsidRPr="00736907">
        <w:rPr>
          <w:lang w:val="es-AR"/>
        </w:rPr>
        <w:t xml:space="preserve">Tai Chi a </w:t>
      </w:r>
      <w:r w:rsidRPr="00E66EE5">
        <w:rPr>
          <w:lang w:val="es-AR"/>
        </w:rPr>
        <w:t>bordo, visitar el centro de Artesanos de Angkor, tomar un café o una copa en Pub Street o recorrer el mercado nocturno.</w:t>
      </w:r>
    </w:p>
    <w:p w14:paraId="11E11F2E" w14:textId="77777777" w:rsidR="00EB583C" w:rsidRPr="00E66EE5" w:rsidRDefault="00EB583C" w:rsidP="00537290">
      <w:pPr>
        <w:rPr>
          <w:lang w:val="es-AR"/>
        </w:rPr>
      </w:pPr>
    </w:p>
    <w:p w14:paraId="0475F364" w14:textId="77777777" w:rsidR="00EB583C" w:rsidRPr="00EB583C" w:rsidRDefault="00EB583C" w:rsidP="00537290">
      <w:pPr>
        <w:pStyle w:val="Ttulo3"/>
        <w:rPr>
          <w:lang w:val="en-US"/>
        </w:rPr>
      </w:pPr>
      <w:r w:rsidRPr="00EB583C">
        <w:rPr>
          <w:rFonts w:eastAsia="Times New Roman"/>
          <w:lang w:val="en-US"/>
        </w:rPr>
        <w:t xml:space="preserve">Día 5 - Sab: </w:t>
      </w:r>
      <w:r w:rsidRPr="00EB583C">
        <w:rPr>
          <w:lang w:val="en-US"/>
        </w:rPr>
        <w:t xml:space="preserve">Siem Reap - Angkor Thom - Angkor </w:t>
      </w:r>
      <w:r w:rsidRPr="00E66EE5">
        <w:rPr>
          <w:lang w:val="vi-VN"/>
        </w:rPr>
        <w:t>Wat</w:t>
      </w:r>
    </w:p>
    <w:p w14:paraId="3C070856" w14:textId="77777777" w:rsidR="00EB583C" w:rsidRPr="00E66EE5" w:rsidRDefault="00EB583C" w:rsidP="00537290">
      <w:pPr>
        <w:rPr>
          <w:lang w:val="es-ES"/>
        </w:rPr>
      </w:pPr>
      <w:r w:rsidRPr="00E66EE5">
        <w:rPr>
          <w:lang w:val="es-ES"/>
        </w:rPr>
        <w:t xml:space="preserve">Desayuno en el hotel. </w:t>
      </w:r>
    </w:p>
    <w:p w14:paraId="74D7B03E" w14:textId="77777777" w:rsidR="00EB583C" w:rsidRPr="00E66EE5" w:rsidRDefault="00EB583C" w:rsidP="00537290">
      <w:pPr>
        <w:rPr>
          <w:lang w:val="es-ES"/>
        </w:rPr>
      </w:pPr>
      <w:r w:rsidRPr="00E66EE5">
        <w:rPr>
          <w:lang w:val="es-ES"/>
        </w:rPr>
        <w:t>Salida en tuk-tuk (especie de motocarro, un vehículo muy típico en Camboya) hacia la puerta Sur, desde donde se pueden contemplar sus impresionantes estatuas representando el movimiento del océano, la Antigua capital de Angkor Thom (Siglo XII), el templo de Bayon con sus 54 torres decoradas y cerca de 200 enigmáticas caras sonrientes de Avalokitesvara, el templo de Phimeanakas, las terrazas del rey leproso y de los elefantes y las cámaras reales. A continuación, visita del templo Ta Prohm, uno de los más espectaculares templos del área, que se ha mantenido relativamente igual que cuando fue descubierto y retiene todavía gran parte de su misterio. Almuerzo en restaurante local.</w:t>
      </w:r>
    </w:p>
    <w:p w14:paraId="11913509" w14:textId="77777777" w:rsidR="00EB583C" w:rsidRPr="00E66EE5" w:rsidRDefault="00EB583C" w:rsidP="00537290">
      <w:pPr>
        <w:rPr>
          <w:lang w:val="es-ES"/>
        </w:rPr>
      </w:pPr>
      <w:r w:rsidRPr="00E66EE5">
        <w:rPr>
          <w:lang w:val="es-ES"/>
        </w:rPr>
        <w:t xml:space="preserve">Por la tarde, traslado en bus para visitar el más famoso de todos los templos, Angkor Wat - Declarado Patrimonio Mundial de la Humanidad por la UNESCO. El complejo de este templo cubre 81 hectáreas, comparable en extensión con el Palacio Imperial de Pekín. </w:t>
      </w:r>
      <w:r w:rsidRPr="00E66EE5">
        <w:rPr>
          <w:lang w:val="es-ES"/>
        </w:rPr>
        <w:lastRenderedPageBreak/>
        <w:t xml:space="preserve">Las conocidas cinco torres forman parte de la bandera camboyana. Representan los 5 picos de Meru, los muros cercándolas, son las montañas y el valle rodeándolos, el océano. Esta obra de arte del siglo XII está considerada entre los historiadores como el primer ejemplo de arquitectura y arte clásicos jemer. </w:t>
      </w:r>
    </w:p>
    <w:p w14:paraId="0AAC4D26" w14:textId="77777777" w:rsidR="00EB583C" w:rsidRPr="00E66EE5" w:rsidRDefault="00EB583C" w:rsidP="00537290">
      <w:pPr>
        <w:rPr>
          <w:lang w:val="es-ES"/>
        </w:rPr>
      </w:pPr>
      <w:r w:rsidRPr="00E66EE5">
        <w:rPr>
          <w:lang w:val="es-ES"/>
        </w:rPr>
        <w:t>Regreso al hotel y alojamiento en Siem Reap.</w:t>
      </w:r>
    </w:p>
    <w:p w14:paraId="0F186B19" w14:textId="77777777" w:rsidR="00EB583C" w:rsidRPr="00E66EE5" w:rsidRDefault="00EB583C" w:rsidP="00537290">
      <w:pPr>
        <w:rPr>
          <w:lang w:val="es-ES"/>
        </w:rPr>
      </w:pPr>
    </w:p>
    <w:p w14:paraId="36D14BB7" w14:textId="77777777" w:rsidR="00EB583C" w:rsidRPr="00736907" w:rsidRDefault="00EB583C" w:rsidP="00537290">
      <w:r w:rsidRPr="00736907">
        <w:rPr>
          <w:b/>
        </w:rPr>
        <w:t>Régimen alimenticio:</w:t>
      </w:r>
      <w:r w:rsidRPr="00736907">
        <w:t xml:space="preserve"> Desayuno y almuerzo</w:t>
      </w:r>
    </w:p>
    <w:p w14:paraId="74A0E5AD" w14:textId="679E64F4" w:rsidR="00EB583C" w:rsidRDefault="00EB583C" w:rsidP="00537290">
      <w:r w:rsidRPr="00736907">
        <w:rPr>
          <w:b/>
        </w:rPr>
        <w:t>Recomendaciones</w:t>
      </w:r>
      <w:r w:rsidRPr="00E66EE5">
        <w:rPr>
          <w:b/>
          <w:color w:val="C78F22"/>
        </w:rPr>
        <w:t>:</w:t>
      </w:r>
      <w:r w:rsidRPr="00E66EE5">
        <w:t xml:space="preserve"> Disfrutar del espectáculo de danzas Apsara mientras cena, participar en el curso de cocina jemer, reservar un masaje tradicional o participar en una ceremonia de bendiciones con los monjes budistas para la mañana del día siguiente. </w:t>
      </w:r>
    </w:p>
    <w:p w14:paraId="5C1F860F" w14:textId="77777777" w:rsidR="00537290" w:rsidRPr="00E66EE5" w:rsidRDefault="00537290" w:rsidP="00537290"/>
    <w:p w14:paraId="5B981B93" w14:textId="77777777" w:rsidR="00EB583C" w:rsidRPr="00736907" w:rsidRDefault="00EB583C" w:rsidP="00537290">
      <w:pPr>
        <w:pStyle w:val="Ttulo3"/>
        <w:rPr>
          <w:rFonts w:eastAsia="Times New Roman"/>
          <w:lang w:val="en-US"/>
        </w:rPr>
      </w:pPr>
      <w:r w:rsidRPr="00736907">
        <w:rPr>
          <w:rFonts w:eastAsia="Times New Roman"/>
          <w:lang w:val="en-US"/>
        </w:rPr>
        <w:t>Día 6 -</w:t>
      </w:r>
      <w:r w:rsidRPr="00736907">
        <w:rPr>
          <w:lang w:val="en-US"/>
        </w:rPr>
        <w:t xml:space="preserve"> </w:t>
      </w:r>
      <w:r w:rsidRPr="00736907">
        <w:rPr>
          <w:rFonts w:eastAsia="Times New Roman"/>
          <w:lang w:val="en-US"/>
        </w:rPr>
        <w:t xml:space="preserve">Dom: </w:t>
      </w:r>
      <w:r w:rsidRPr="00736907">
        <w:rPr>
          <w:lang w:val="en-US"/>
        </w:rPr>
        <w:t xml:space="preserve">Siem Reap - Tonle Sap </w:t>
      </w:r>
      <w:r w:rsidRPr="00736907">
        <w:rPr>
          <w:bCs/>
          <w:lang w:val="en-US"/>
        </w:rPr>
        <w:t>- Bantey Samre</w:t>
      </w:r>
      <w:r w:rsidRPr="00736907">
        <w:rPr>
          <w:lang w:val="en-US"/>
        </w:rPr>
        <w:t xml:space="preserve"> - Banteay Srei </w:t>
      </w:r>
    </w:p>
    <w:p w14:paraId="7566CECF" w14:textId="77777777" w:rsidR="00EB583C" w:rsidRPr="00537290" w:rsidRDefault="00EB583C" w:rsidP="00537290">
      <w:pPr>
        <w:rPr>
          <w:rStyle w:val="AurorabodytextChar"/>
          <w:rFonts w:ascii="Arial" w:hAnsi="Arial" w:cs="Arial"/>
          <w:sz w:val="22"/>
          <w:lang w:val="es-ES_tradnl"/>
        </w:rPr>
      </w:pPr>
      <w:r w:rsidRPr="00537290">
        <w:rPr>
          <w:rStyle w:val="AurorabodytextChar"/>
          <w:rFonts w:ascii="Arial" w:hAnsi="Arial" w:cs="Arial"/>
          <w:sz w:val="22"/>
          <w:lang w:val="es-ES_tradnl"/>
        </w:rPr>
        <w:t xml:space="preserve">Desayuno en hotel. </w:t>
      </w:r>
    </w:p>
    <w:p w14:paraId="0418D76F" w14:textId="77777777" w:rsidR="00EB583C" w:rsidRPr="00537290" w:rsidRDefault="00EB583C" w:rsidP="3F60BCDC">
      <w:pPr>
        <w:rPr>
          <w:color w:val="000000"/>
          <w:spacing w:val="-1"/>
          <w:lang w:val="es-ES"/>
        </w:rPr>
      </w:pPr>
      <w:r w:rsidRPr="3F60BCDC">
        <w:rPr>
          <w:rStyle w:val="AurorabodytextChar"/>
          <w:rFonts w:ascii="Arial" w:hAnsi="Arial" w:cs="Arial"/>
          <w:sz w:val="22"/>
          <w:lang w:val="es-ES"/>
        </w:rPr>
        <w:t>Traslado a un pueblo cercano a Siem Reap, donde embarcamos en un barco para visitar el lago Tonle Sap, el lago más grande del Sudeste asiático, y que juega un papel muy importante en la vida de los camboyanos. Veremos la vida de la gente del lago, su hospital, su iglesia, la escuela,</w:t>
      </w:r>
      <w:r w:rsidRPr="3F60BCDC">
        <w:rPr>
          <w:color w:val="000000"/>
          <w:spacing w:val="-1"/>
          <w:lang w:val="es-ES"/>
        </w:rPr>
        <w:t xml:space="preserve"> el mercadillo, etc. Almuerzo en restaurante local.</w:t>
      </w:r>
    </w:p>
    <w:p w14:paraId="480D7718" w14:textId="77777777" w:rsidR="00EB583C" w:rsidRPr="00537290" w:rsidRDefault="00EB583C" w:rsidP="00537290">
      <w:pPr>
        <w:rPr>
          <w:lang w:val="es-ES"/>
        </w:rPr>
      </w:pPr>
      <w:r w:rsidRPr="00537290">
        <w:rPr>
          <w:lang w:val="es-ES"/>
        </w:rPr>
        <w:t xml:space="preserve">A continuación, visitamos el templo hinduista Banteay Samre. Este lugar sagrado, dedicado al dios Shivá, está decorado con abundantes relieves de temática hinduista, narrando diversas escenas del Ramayana. Seguimos la excursión por el gran templo de Banteay Srei (significa literalmente “ciudad de la victoria”), conocido hoy en día como la “Ciudadela de las Mujeres” por ser el único templo del imperio jemer que no fue construido para un monarca, si no, por y para mujeres. Edificado en base a los reglamentos de construcción Angkoriana, Banteay Srei es un bello y elegante templo a pequeña escala, un palacio de hadas en el centro de un bosque sin fin. Contemplamos esta “joya del arte jemer”, su fachada de piedra rosa arenisca, sus esculturas, relieves tallados con gran precisión y seguimos aprendiendo sobre el arte del antiguo imperio jemer. </w:t>
      </w:r>
    </w:p>
    <w:p w14:paraId="479EAF48" w14:textId="77777777" w:rsidR="00EB583C" w:rsidRPr="00E66EE5" w:rsidRDefault="00EB583C" w:rsidP="00537290">
      <w:pPr>
        <w:rPr>
          <w:lang w:val="es-ES"/>
        </w:rPr>
      </w:pPr>
      <w:r w:rsidRPr="00537290">
        <w:rPr>
          <w:lang w:val="es-ES"/>
        </w:rPr>
        <w:t>En el camino de</w:t>
      </w:r>
      <w:r w:rsidRPr="00E66EE5">
        <w:rPr>
          <w:lang w:val="es-ES"/>
        </w:rPr>
        <w:t xml:space="preserve"> vuelta, visitamos los artesanos D’Angkor - el centro de ayuda a los jóvenes camboyanos para mantener viva la artesanía tradicional. </w:t>
      </w:r>
    </w:p>
    <w:p w14:paraId="2DB735A6" w14:textId="77777777" w:rsidR="00EB583C" w:rsidRPr="00736907" w:rsidRDefault="00EB583C" w:rsidP="00537290">
      <w:pPr>
        <w:rPr>
          <w:lang w:val="es-ES"/>
        </w:rPr>
      </w:pPr>
      <w:r w:rsidRPr="00E66EE5">
        <w:rPr>
          <w:lang w:val="es-ES"/>
        </w:rPr>
        <w:t>Alojamiento en el hotel</w:t>
      </w:r>
    </w:p>
    <w:p w14:paraId="6891E8A2" w14:textId="77777777" w:rsidR="00EB583C" w:rsidRPr="00736907" w:rsidRDefault="00EB583C" w:rsidP="00537290">
      <w:pPr>
        <w:rPr>
          <w:i/>
          <w:lang w:val="es-AR"/>
        </w:rPr>
      </w:pPr>
      <w:r w:rsidRPr="00736907">
        <w:rPr>
          <w:b/>
          <w:lang w:val="es-AR"/>
        </w:rPr>
        <w:t>Régimen alimenticio:</w:t>
      </w:r>
      <w:r w:rsidRPr="00736907">
        <w:rPr>
          <w:lang w:val="es-AR"/>
        </w:rPr>
        <w:t xml:space="preserve"> </w:t>
      </w:r>
      <w:r w:rsidRPr="00736907">
        <w:rPr>
          <w:i/>
          <w:lang w:val="es-AR"/>
        </w:rPr>
        <w:t>Desayuno y almuerzo</w:t>
      </w:r>
    </w:p>
    <w:p w14:paraId="40968C0F" w14:textId="77777777" w:rsidR="00EB583C" w:rsidRPr="00E66EE5" w:rsidRDefault="00EB583C" w:rsidP="00537290">
      <w:pPr>
        <w:rPr>
          <w:lang w:val="es-AR"/>
        </w:rPr>
      </w:pPr>
      <w:r w:rsidRPr="00736907">
        <w:rPr>
          <w:b/>
          <w:lang w:val="es-AR"/>
        </w:rPr>
        <w:t>Recomendaciones:</w:t>
      </w:r>
      <w:r w:rsidRPr="00736907">
        <w:rPr>
          <w:lang w:val="es-AR"/>
        </w:rPr>
        <w:t xml:space="preserve"> </w:t>
      </w:r>
      <w:r w:rsidRPr="00E66EE5">
        <w:rPr>
          <w:lang w:val="es-AR"/>
        </w:rPr>
        <w:t xml:space="preserve">Disfrutar del espectáculo de danzas Apsara mientras cena, hacer las últimas compras en el mercado nocturno.   </w:t>
      </w:r>
    </w:p>
    <w:p w14:paraId="6A87E2EE" w14:textId="77777777" w:rsidR="00EB583C" w:rsidRPr="00E66EE5" w:rsidRDefault="00EB583C" w:rsidP="00537290">
      <w:pPr>
        <w:rPr>
          <w:lang w:val="es-AR" w:eastAsia="ja-JP"/>
        </w:rPr>
      </w:pPr>
    </w:p>
    <w:p w14:paraId="7A19A93C" w14:textId="77777777" w:rsidR="00EB583C" w:rsidRPr="00736907" w:rsidRDefault="00EB583C" w:rsidP="00537290">
      <w:pPr>
        <w:pStyle w:val="Ttulo3"/>
      </w:pPr>
      <w:r w:rsidRPr="00A95AE9">
        <w:t xml:space="preserve">Día 7 - Lun: Siem Reap - </w:t>
      </w:r>
      <w:r>
        <w:t>Bangkok</w:t>
      </w:r>
      <w:r w:rsidRPr="00A95AE9">
        <w:t xml:space="preserve">  </w:t>
      </w:r>
    </w:p>
    <w:p w14:paraId="457E6EC3" w14:textId="77777777" w:rsidR="00EB583C" w:rsidRPr="00A95AE9" w:rsidRDefault="00EB583C" w:rsidP="00537290">
      <w:pPr>
        <w:rPr>
          <w:lang w:val="es-ES"/>
        </w:rPr>
      </w:pPr>
      <w:r w:rsidRPr="00A95AE9">
        <w:rPr>
          <w:lang w:val="es-ES"/>
        </w:rPr>
        <w:t xml:space="preserve">Desayuno en el hotel. </w:t>
      </w:r>
    </w:p>
    <w:p w14:paraId="1E6C145F" w14:textId="77777777" w:rsidR="00EB583C" w:rsidRPr="00A95AE9" w:rsidRDefault="00EB583C" w:rsidP="00537290">
      <w:pPr>
        <w:rPr>
          <w:lang w:val="es-ES"/>
        </w:rPr>
      </w:pPr>
      <w:r w:rsidRPr="00A95AE9">
        <w:rPr>
          <w:lang w:val="es-ES"/>
        </w:rPr>
        <w:t>A la hora indicada, traslado al aeropuerto para el vuelo de salida</w:t>
      </w:r>
      <w:r>
        <w:rPr>
          <w:lang w:val="es-ES"/>
        </w:rPr>
        <w:t xml:space="preserve"> con destino Bangkok</w:t>
      </w:r>
    </w:p>
    <w:p w14:paraId="335638B6" w14:textId="77777777" w:rsidR="00EB583C" w:rsidRPr="00736907" w:rsidRDefault="00EB583C" w:rsidP="00EB583C">
      <w:pPr>
        <w:pStyle w:val="Sinespaciado"/>
        <w:jc w:val="both"/>
        <w:rPr>
          <w:rFonts w:ascii="Arial" w:hAnsi="Arial" w:cs="Arial"/>
          <w:lang w:val="es-AR"/>
        </w:rPr>
      </w:pPr>
      <w:r w:rsidRPr="00736907">
        <w:rPr>
          <w:rFonts w:ascii="Arial" w:hAnsi="Arial" w:cs="Arial"/>
          <w:lang w:val="es-AR"/>
        </w:rPr>
        <w:t xml:space="preserve">Llegada al aeropuerto de Bangkok donde los espera su guía de habla hispana y </w:t>
      </w:r>
      <w:r w:rsidRPr="00736907">
        <w:rPr>
          <w:rFonts w:ascii="Arial" w:hAnsi="Arial" w:cs="Arial"/>
          <w:color w:val="000000"/>
          <w:lang w:val="es-ES"/>
        </w:rPr>
        <w:t>traslado al hotel.</w:t>
      </w:r>
    </w:p>
    <w:p w14:paraId="0DCA5A70" w14:textId="2CE2AA53" w:rsidR="00EB583C" w:rsidRPr="00736907" w:rsidRDefault="00EB583C" w:rsidP="00EB583C">
      <w:pPr>
        <w:pStyle w:val="Sinespaciado"/>
        <w:jc w:val="both"/>
        <w:rPr>
          <w:rFonts w:ascii="Arial" w:hAnsi="Arial" w:cs="Arial"/>
          <w:lang w:val="es-AR"/>
        </w:rPr>
      </w:pPr>
      <w:r w:rsidRPr="00736907">
        <w:rPr>
          <w:rFonts w:ascii="Arial" w:hAnsi="Arial" w:cs="Arial"/>
          <w:lang w:val="es-ES"/>
        </w:rPr>
        <w:t>T</w:t>
      </w:r>
      <w:r w:rsidRPr="00736907">
        <w:rPr>
          <w:rFonts w:ascii="Arial" w:hAnsi="Arial" w:cs="Arial"/>
          <w:lang w:val="es-AR"/>
        </w:rPr>
        <w:t>iempo libre hasta el check-in en el hotel según disponibilidad</w:t>
      </w:r>
      <w:r w:rsidR="00873FAE">
        <w:rPr>
          <w:rFonts w:ascii="Arial" w:hAnsi="Arial" w:cs="Arial"/>
          <w:lang w:val="es-AR"/>
        </w:rPr>
        <w:t>.</w:t>
      </w:r>
    </w:p>
    <w:p w14:paraId="10548B80" w14:textId="556A457D" w:rsidR="00EB583C" w:rsidRPr="003367BE" w:rsidRDefault="00EB583C" w:rsidP="00EB583C">
      <w:pPr>
        <w:pStyle w:val="Sinespaciado"/>
        <w:jc w:val="both"/>
        <w:rPr>
          <w:rFonts w:ascii="Arial" w:hAnsi="Arial" w:cs="Arial"/>
          <w:lang w:val="es-AR"/>
        </w:rPr>
      </w:pPr>
      <w:r w:rsidRPr="00736907">
        <w:rPr>
          <w:rFonts w:ascii="Arial" w:hAnsi="Arial" w:cs="Arial"/>
          <w:lang w:val="es-AR"/>
        </w:rPr>
        <w:t>Alojamiento en hotel</w:t>
      </w:r>
    </w:p>
    <w:p w14:paraId="2207F5AF" w14:textId="2BE60204" w:rsidR="00EB583C" w:rsidRDefault="00EB583C" w:rsidP="00873FAE">
      <w:pPr>
        <w:rPr>
          <w:color w:val="000000"/>
          <w:lang w:val="es-AR"/>
        </w:rPr>
      </w:pPr>
      <w:r w:rsidRPr="00CF4EC5">
        <w:rPr>
          <w:b/>
          <w:bCs/>
          <w:lang w:val="es-AR"/>
        </w:rPr>
        <w:t>Régimen alimenticio:</w:t>
      </w:r>
      <w:r w:rsidRPr="00736907">
        <w:rPr>
          <w:color w:val="000000"/>
          <w:lang w:val="es-AR"/>
        </w:rPr>
        <w:t xml:space="preserve"> Desayuno</w:t>
      </w:r>
    </w:p>
    <w:p w14:paraId="3E561B85" w14:textId="77777777" w:rsidR="000A7FE2" w:rsidRPr="00873FAE" w:rsidRDefault="000A7FE2" w:rsidP="00873FAE">
      <w:pPr>
        <w:rPr>
          <w:color w:val="000000"/>
          <w:lang w:val="es-AR"/>
        </w:rPr>
      </w:pPr>
    </w:p>
    <w:p w14:paraId="26691251" w14:textId="77777777" w:rsidR="00EB583C" w:rsidRPr="00736907" w:rsidRDefault="00EB583C" w:rsidP="00AD2A53">
      <w:pPr>
        <w:pStyle w:val="Ttulo3"/>
      </w:pPr>
      <w:r w:rsidRPr="009258EE">
        <w:lastRenderedPageBreak/>
        <w:t xml:space="preserve">Día </w:t>
      </w:r>
      <w:r>
        <w:t xml:space="preserve">8 – Mar: </w:t>
      </w:r>
      <w:r w:rsidRPr="009258EE">
        <w:t>Bangkok</w:t>
      </w:r>
    </w:p>
    <w:p w14:paraId="3B5E6D96" w14:textId="30452EEE" w:rsidR="003367BE" w:rsidRDefault="00EB583C" w:rsidP="00AD2A53">
      <w:pPr>
        <w:rPr>
          <w:lang w:val="es-CO"/>
        </w:rPr>
      </w:pPr>
      <w:r w:rsidRPr="000578FF">
        <w:rPr>
          <w:lang w:val="es-AR"/>
        </w:rPr>
        <w:t>Después del desayuno</w:t>
      </w:r>
      <w:r w:rsidRPr="00137A7D">
        <w:rPr>
          <w:lang w:val="es-AR"/>
        </w:rPr>
        <w:t xml:space="preserve">, </w:t>
      </w:r>
      <w:r w:rsidRPr="0006228A">
        <w:rPr>
          <w:lang w:val="es-CO"/>
        </w:rPr>
        <w:t xml:space="preserve">Visita a tres de los templos budistas más populares de la ciudad. Empezaremos por el Wat Traimit, situado en el extremo de Chinatown, en Yaowarat Road, cerca de la estación de tren Hualampong. Wat Traimit alberga el Buda de oro macizo más grande del mundo, midiendo casi cinco metros de altura con un peso de cinco toneladas y media. La excursión continuará hacia Wat Pho, el templo más grande de Bangkok. El templo del enorme Buda reclinado y los Chedis de los Reyes. Este se encuentra detrás del Templo del Buda. Es uno de los mayores templos de la ciudad y famoso por su gigantesco Buda reclinado que mide 46 metros de largo y está cubierto de oro. A continuación, visitarán el Palacio Real, que es sin duda, el monumento más famoso de la ciudad. Construido en 1782, por 150 años fue la casa del rey de Tailandia, la corte real y la sede administrativa del gobierno. El Gran Palacio de Bangkok es un edificio antiguo que </w:t>
      </w:r>
      <w:proofErr w:type="gramStart"/>
      <w:r w:rsidRPr="0006228A">
        <w:rPr>
          <w:lang w:val="es-CO"/>
        </w:rPr>
        <w:t>continua</w:t>
      </w:r>
      <w:proofErr w:type="gramEnd"/>
      <w:r w:rsidRPr="0006228A">
        <w:rPr>
          <w:lang w:val="es-CO"/>
        </w:rPr>
        <w:t xml:space="preserve"> impresionando a sus visitantes por su hermosa arquitectura y detalles. Dentro del complejo, se encuentra Wat Phra Kaew o el Templo del Buda Esmeralda (oficialmente conocido como Wat Phra Sri Rattana Satsadaram), considerado como el templo budista más importante de Tailandia, consagra el Buda más reverenciado tallado en un solo bloque de </w:t>
      </w:r>
      <w:proofErr w:type="gramStart"/>
      <w:r w:rsidRPr="0006228A">
        <w:rPr>
          <w:lang w:val="es-CO"/>
        </w:rPr>
        <w:t>jade.</w:t>
      </w:r>
      <w:r w:rsidRPr="005C54E1">
        <w:rPr>
          <w:lang w:val="es-AR"/>
        </w:rPr>
        <w:t>Traslados</w:t>
      </w:r>
      <w:proofErr w:type="gramEnd"/>
      <w:r w:rsidRPr="005C54E1">
        <w:rPr>
          <w:lang w:val="es-AR"/>
        </w:rPr>
        <w:t xml:space="preserve"> incluidos.</w:t>
      </w:r>
      <w:r w:rsidR="00CF4EC5">
        <w:rPr>
          <w:lang w:val="es-AR"/>
        </w:rPr>
        <w:t xml:space="preserve"> </w:t>
      </w:r>
      <w:r w:rsidRPr="00736907">
        <w:rPr>
          <w:lang w:val="es-AR"/>
        </w:rPr>
        <w:t>Alojamiento en hotel</w:t>
      </w:r>
    </w:p>
    <w:p w14:paraId="69792245" w14:textId="4F2F8DA2" w:rsidR="00EB583C" w:rsidRDefault="00EB583C" w:rsidP="00AD2A53">
      <w:pPr>
        <w:rPr>
          <w:color w:val="000000"/>
          <w:lang w:val="es-AR" w:eastAsia="ja-JP"/>
        </w:rPr>
      </w:pPr>
      <w:r w:rsidRPr="00CF4EC5">
        <w:rPr>
          <w:b/>
          <w:bCs/>
          <w:lang w:val="es-AR" w:eastAsia="ja-JP"/>
        </w:rPr>
        <w:t>Régimen alimenticio:</w:t>
      </w:r>
      <w:r>
        <w:rPr>
          <w:color w:val="000000"/>
          <w:lang w:val="es-AR" w:eastAsia="ja-JP"/>
        </w:rPr>
        <w:t xml:space="preserve"> Desayuno</w:t>
      </w:r>
    </w:p>
    <w:p w14:paraId="7A8BEE29" w14:textId="77777777" w:rsidR="00CF4EC5" w:rsidRPr="00A47513" w:rsidRDefault="00CF4EC5" w:rsidP="00AD2A53">
      <w:pPr>
        <w:rPr>
          <w:lang w:val="es-CO"/>
        </w:rPr>
      </w:pPr>
    </w:p>
    <w:p w14:paraId="6724A654" w14:textId="77777777" w:rsidR="00EB583C" w:rsidRPr="00D52E1D" w:rsidRDefault="00EB583C" w:rsidP="00AD2A53">
      <w:pPr>
        <w:pStyle w:val="Ttulo3"/>
      </w:pPr>
      <w:r w:rsidRPr="009258EE">
        <w:t xml:space="preserve">Día </w:t>
      </w:r>
      <w:r>
        <w:t>9 – Mie:</w:t>
      </w:r>
      <w:r>
        <w:tab/>
      </w:r>
      <w:r w:rsidRPr="009258EE">
        <w:t>Bangkok</w:t>
      </w:r>
    </w:p>
    <w:p w14:paraId="040DC8A0" w14:textId="77777777" w:rsidR="00EB583C" w:rsidRPr="00736907" w:rsidRDefault="00EB583C" w:rsidP="00EB583C">
      <w:pPr>
        <w:pStyle w:val="Sinespaciado"/>
        <w:jc w:val="both"/>
        <w:rPr>
          <w:rFonts w:ascii="Arial" w:hAnsi="Arial" w:cs="Arial"/>
          <w:lang w:val="es-AR"/>
        </w:rPr>
      </w:pPr>
      <w:r w:rsidRPr="00736907">
        <w:rPr>
          <w:rFonts w:ascii="Arial" w:hAnsi="Arial" w:cs="Arial"/>
          <w:lang w:val="es-AR"/>
        </w:rPr>
        <w:t>Desayuno en el hotel.</w:t>
      </w:r>
    </w:p>
    <w:p w14:paraId="1FD64904" w14:textId="77777777" w:rsidR="00EB583C" w:rsidRPr="00736907" w:rsidRDefault="00EB583C" w:rsidP="00EB583C">
      <w:pPr>
        <w:pStyle w:val="Sinespaciado"/>
        <w:jc w:val="both"/>
        <w:rPr>
          <w:rFonts w:ascii="Arial" w:hAnsi="Arial" w:cs="Arial"/>
          <w:lang w:val="es-AR"/>
        </w:rPr>
      </w:pPr>
      <w:r w:rsidRPr="00736907">
        <w:rPr>
          <w:rFonts w:ascii="Arial" w:hAnsi="Arial" w:cs="Arial"/>
          <w:lang w:val="es-AR"/>
        </w:rPr>
        <w:t>Día libre</w:t>
      </w:r>
    </w:p>
    <w:p w14:paraId="7ABBDC57" w14:textId="77777777" w:rsidR="00EB583C" w:rsidRPr="00736907" w:rsidRDefault="00EB583C" w:rsidP="00EB583C">
      <w:pPr>
        <w:pStyle w:val="Sinespaciado"/>
        <w:jc w:val="both"/>
        <w:rPr>
          <w:rFonts w:ascii="Arial" w:hAnsi="Arial" w:cs="Arial"/>
          <w:lang w:val="es-AR"/>
        </w:rPr>
      </w:pPr>
      <w:r w:rsidRPr="00736907">
        <w:rPr>
          <w:rFonts w:ascii="Arial" w:hAnsi="Arial" w:cs="Arial"/>
          <w:lang w:val="es-AR"/>
        </w:rPr>
        <w:t>Alojamiento en hotel</w:t>
      </w:r>
    </w:p>
    <w:p w14:paraId="1400F729" w14:textId="77777777" w:rsidR="00EB583C" w:rsidRDefault="00EB583C" w:rsidP="00AD2A53">
      <w:pPr>
        <w:rPr>
          <w:lang w:val="es-AR"/>
        </w:rPr>
      </w:pPr>
    </w:p>
    <w:p w14:paraId="0416959F" w14:textId="77777777" w:rsidR="00EB583C" w:rsidRPr="00D52E1D" w:rsidRDefault="00EB583C" w:rsidP="00AD2A53">
      <w:pPr>
        <w:pStyle w:val="Ttulo3"/>
      </w:pPr>
      <w:r w:rsidRPr="00D52E1D">
        <w:t xml:space="preserve">Día 10 – </w:t>
      </w:r>
      <w:r w:rsidRPr="00527F70">
        <w:t>Jue</w:t>
      </w:r>
      <w:r>
        <w:t>:</w:t>
      </w:r>
      <w:r w:rsidRPr="00D52E1D">
        <w:t xml:space="preserve"> Bangkok - Chiang Rai</w:t>
      </w:r>
    </w:p>
    <w:p w14:paraId="7176B14D" w14:textId="77777777" w:rsidR="00EB583C" w:rsidRPr="00E911F0" w:rsidRDefault="00EB583C" w:rsidP="00AD2A53">
      <w:pPr>
        <w:rPr>
          <w:rFonts w:eastAsia="Calibri"/>
          <w:lang w:val="es-ES"/>
        </w:rPr>
      </w:pPr>
      <w:r w:rsidRPr="00E911F0">
        <w:rPr>
          <w:lang w:val="es-ES"/>
        </w:rPr>
        <w:t>Después del desayuno traslado al aeropuerto para tomar el vuelo hacia Chiang Rai</w:t>
      </w:r>
    </w:p>
    <w:p w14:paraId="717CCE2E" w14:textId="77777777" w:rsidR="00EB583C" w:rsidRPr="00A6350A" w:rsidRDefault="00EB583C" w:rsidP="00AD2A53">
      <w:pPr>
        <w:rPr>
          <w:lang w:val="es-ES"/>
        </w:rPr>
      </w:pPr>
      <w:r w:rsidRPr="00A6350A">
        <w:rPr>
          <w:lang w:val="es-ES"/>
        </w:rPr>
        <w:t>Llegada</w:t>
      </w:r>
      <w:r>
        <w:rPr>
          <w:lang w:val="es-ES"/>
        </w:rPr>
        <w:t xml:space="preserve"> a Chiang Rai con el vuelo no má</w:t>
      </w:r>
      <w:r w:rsidRPr="00A6350A">
        <w:rPr>
          <w:lang w:val="es-ES"/>
        </w:rPr>
        <w:t xml:space="preserve">s tarde que las </w:t>
      </w:r>
      <w:r>
        <w:rPr>
          <w:lang w:val="es-ES"/>
        </w:rPr>
        <w:t>10</w:t>
      </w:r>
      <w:r w:rsidRPr="00A6350A">
        <w:rPr>
          <w:lang w:val="es-ES"/>
        </w:rPr>
        <w:t>.00 AM.</w:t>
      </w:r>
    </w:p>
    <w:p w14:paraId="5BFEBA9D" w14:textId="77777777" w:rsidR="00EB583C" w:rsidRDefault="00EB583C" w:rsidP="00AD2A53">
      <w:r w:rsidRPr="00BB45D0">
        <w:t xml:space="preserve">Proceder a Chui Fong, una hermosa cultivadora de té. En un ambiente rodeado de plantaciones en las laderas de pequeñas colinas, podrán disfrutar de varias delicias como helado de té, torta de té (a gasto propio) y un almuerzo en el restaurante local cercano. Próximamente, pasaremos por un museo de opio antes de salir hacia el distrito de Mae Chan al norte de Chiang Rai. Luego continuaremos a pie, subiendo por las colinas a través de calles angostas para visitar una aldea de las minorías étnicas Akha y Yao. Nuestro último destino del día será una de las aldeas Karen, donde conoceremos a esta famosa tribu montañera – el grupo étnico minoritario más grande de Tailandia. Esta tribu originaria de Tíbet emigró a lo que hoy se conoce como Myanmar hace unos dos mil años. Durante el siglo XVIII, se estima que el conflicto político y la persecución fomentaron su migración masiva hacia el norte de Tailandia, donde todavía </w:t>
      </w:r>
      <w:proofErr w:type="gramStart"/>
      <w:r w:rsidRPr="00BB45D0">
        <w:t>al día de hoy</w:t>
      </w:r>
      <w:proofErr w:type="gramEnd"/>
      <w:r w:rsidRPr="00BB45D0">
        <w:t xml:space="preserve"> se encuentran sin un estado residencial oficial. La tribu es más reconocida por las mujeres Kayan – un subgrupo de los Po (Karen rojo) – cuyos cuellos están adornados en anillos de latón. A veces hasta empezando desde los cinco años, la presión constante empuja sus clavículas </w:t>
      </w:r>
      <w:r w:rsidRPr="00BB45D0">
        <w:lastRenderedPageBreak/>
        <w:t>y costillas hacia abajo, dando la impresión de un cuello extendido; la razón detrás de su apodo ‘mujeres jirafa’ – una vista asombrosa. Al concluir, traslado de regreso al hotel</w:t>
      </w:r>
      <w:r>
        <w:t>.</w:t>
      </w:r>
    </w:p>
    <w:p w14:paraId="5649F545" w14:textId="77777777" w:rsidR="00EB583C" w:rsidRPr="00736907" w:rsidRDefault="00EB583C" w:rsidP="00AD2A53">
      <w:r>
        <w:t>Cena y a</w:t>
      </w:r>
      <w:r w:rsidRPr="009926FF">
        <w:t>lojamiento en hotel.</w:t>
      </w:r>
    </w:p>
    <w:p w14:paraId="75526042" w14:textId="2A9B26AA" w:rsidR="003367BE" w:rsidRDefault="00EB583C" w:rsidP="00AD2A53">
      <w:pPr>
        <w:rPr>
          <w:lang w:val="es-AR" w:eastAsia="ja-JP"/>
        </w:rPr>
      </w:pPr>
      <w:r w:rsidRPr="00736907">
        <w:rPr>
          <w:b/>
          <w:lang w:val="es-AR" w:eastAsia="ja-JP"/>
        </w:rPr>
        <w:t>Régimen alimenticio:</w:t>
      </w:r>
      <w:r w:rsidRPr="00736907">
        <w:rPr>
          <w:lang w:val="es-AR" w:eastAsia="ja-JP"/>
        </w:rPr>
        <w:t xml:space="preserve"> </w:t>
      </w:r>
      <w:r>
        <w:rPr>
          <w:lang w:val="es-AR" w:eastAsia="ja-JP"/>
        </w:rPr>
        <w:t>Desayuno, almuerzo y cena</w:t>
      </w:r>
    </w:p>
    <w:p w14:paraId="4C17FAD6" w14:textId="77777777" w:rsidR="00F76B8F" w:rsidRPr="009926FF" w:rsidRDefault="00F76B8F" w:rsidP="00AD2A53">
      <w:pPr>
        <w:rPr>
          <w:lang w:val="es-AR" w:eastAsia="ja-JP"/>
        </w:rPr>
      </w:pPr>
    </w:p>
    <w:p w14:paraId="63880089" w14:textId="77777777" w:rsidR="00EB583C" w:rsidRPr="00736907" w:rsidRDefault="00EB583C" w:rsidP="00AD2A53">
      <w:pPr>
        <w:pStyle w:val="Ttulo3"/>
        <w:rPr>
          <w:lang w:val="it-IT"/>
        </w:rPr>
      </w:pPr>
      <w:r w:rsidRPr="00736907">
        <w:rPr>
          <w:lang w:val="it-IT"/>
        </w:rPr>
        <w:t>Día 11 – Vie: Chiang Rai - Chiang Mai</w:t>
      </w:r>
    </w:p>
    <w:p w14:paraId="73898340" w14:textId="77777777" w:rsidR="00EB583C" w:rsidRPr="009926FF" w:rsidRDefault="00EB583C" w:rsidP="00AD2A53">
      <w:r w:rsidRPr="009926FF">
        <w:t>Desayuno en el hotel.</w:t>
      </w:r>
    </w:p>
    <w:p w14:paraId="7D7D1546" w14:textId="77777777" w:rsidR="00EB583C" w:rsidRPr="009926FF" w:rsidRDefault="00EB583C" w:rsidP="00AD2A53">
      <w:pPr>
        <w:rPr>
          <w:lang w:val="es-ES"/>
        </w:rPr>
      </w:pPr>
      <w:r w:rsidRPr="009926FF">
        <w:t xml:space="preserve">En la </w:t>
      </w:r>
      <w:r w:rsidRPr="0006228A">
        <w:rPr>
          <w:lang w:val="es-CO"/>
        </w:rPr>
        <w:t xml:space="preserve">mañana </w:t>
      </w:r>
      <w:r w:rsidRPr="009926FF">
        <w:t>nos trasladaremos al muelle y tomarmos un placentero paseo en bote tradicional por el río Kok visitando las tribus Karen que viven en caba</w:t>
      </w:r>
      <w:r w:rsidRPr="0006228A">
        <w:rPr>
          <w:lang w:val="es-CO"/>
        </w:rPr>
        <w:t>ñ</w:t>
      </w:r>
      <w:r w:rsidRPr="009926FF">
        <w:t>as de bambú en plena selva. Continuarems con la visita al Templo Wat Rong Suea Tean, también conocido como el Templo Azul, otro templo budista moderno inusual que se distingue por su intenso color azul y sus estatuas elaboradas.</w:t>
      </w:r>
      <w:r w:rsidRPr="009926FF">
        <w:rPr>
          <w:lang w:val="es-ES"/>
        </w:rPr>
        <w:t xml:space="preserve"> </w:t>
      </w:r>
    </w:p>
    <w:p w14:paraId="42A61557" w14:textId="77777777" w:rsidR="00EB583C" w:rsidRPr="009926FF" w:rsidRDefault="00EB583C" w:rsidP="00AD2A53">
      <w:pPr>
        <w:rPr>
          <w:lang w:val="es-ES"/>
        </w:rPr>
      </w:pPr>
      <w:r w:rsidRPr="009926FF">
        <w:t xml:space="preserve">Seguidamente visitaremos el famoso templo blanco de Wat Rong Khun. Después de la visita </w:t>
      </w:r>
      <w:r w:rsidRPr="0006228A">
        <w:rPr>
          <w:lang w:val="es-CO"/>
        </w:rPr>
        <w:t xml:space="preserve">nos dirigiremos desde Chiang Rai a Chiang Mai por carretera (3 Hrs). </w:t>
      </w:r>
      <w:r w:rsidRPr="009926FF">
        <w:t>Llegada a Chiang Mai y almuerzo en restaurante local.</w:t>
      </w:r>
    </w:p>
    <w:p w14:paraId="788D8EA2" w14:textId="77777777" w:rsidR="00EB583C" w:rsidRPr="009926FF" w:rsidRDefault="00EB583C" w:rsidP="00AD2A53">
      <w:r w:rsidRPr="009926FF">
        <w:t>Visita al complejo de templos Wat Doi Suthep, el más conocido de Chiang Mai, situado en la cima de una pequeña colina a 15 Kms al noroeste de la ciudad.</w:t>
      </w:r>
    </w:p>
    <w:p w14:paraId="69A5C97F" w14:textId="77777777" w:rsidR="00EB583C" w:rsidRPr="009926FF" w:rsidRDefault="00EB583C" w:rsidP="00AD2A53">
      <w:pPr>
        <w:rPr>
          <w:rFonts w:cs="Tahoma"/>
          <w:b/>
          <w:i/>
          <w:color w:val="C7862B"/>
          <w:spacing w:val="-1"/>
          <w:lang w:eastAsia="ja-JP"/>
        </w:rPr>
      </w:pPr>
      <w:r w:rsidRPr="00A6350A">
        <w:t>Cean y alojamiento en hotel</w:t>
      </w:r>
    </w:p>
    <w:p w14:paraId="182FF5AA" w14:textId="77777777" w:rsidR="00EB583C" w:rsidRPr="00A6350A" w:rsidRDefault="00EB583C" w:rsidP="00AD2A53">
      <w:pPr>
        <w:rPr>
          <w:lang w:val="es-AR" w:eastAsia="ja-JP"/>
        </w:rPr>
      </w:pPr>
      <w:r w:rsidRPr="00736907">
        <w:rPr>
          <w:b/>
          <w:lang w:val="es-AR" w:eastAsia="ja-JP"/>
        </w:rPr>
        <w:t>Régimen alimenticio:</w:t>
      </w:r>
      <w:r w:rsidRPr="00736907">
        <w:rPr>
          <w:lang w:val="es-AR" w:eastAsia="ja-JP"/>
        </w:rPr>
        <w:t xml:space="preserve"> </w:t>
      </w:r>
      <w:r w:rsidRPr="00A6350A">
        <w:rPr>
          <w:lang w:val="es-AR" w:eastAsia="ja-JP"/>
        </w:rPr>
        <w:t>Desayuno, almuerzo y cena.</w:t>
      </w:r>
    </w:p>
    <w:p w14:paraId="02F03D26" w14:textId="77777777" w:rsidR="00EB583C" w:rsidRDefault="00EB583C" w:rsidP="00AD2A53">
      <w:pPr>
        <w:rPr>
          <w:lang w:val="es-AR" w:eastAsia="ja-JP"/>
        </w:rPr>
      </w:pPr>
    </w:p>
    <w:p w14:paraId="55668BBB" w14:textId="77777777" w:rsidR="00EB583C" w:rsidRDefault="00EB583C" w:rsidP="00AD2A53">
      <w:pPr>
        <w:pStyle w:val="Ttulo3"/>
      </w:pPr>
      <w:r>
        <w:t xml:space="preserve">Día 12 – </w:t>
      </w:r>
      <w:proofErr w:type="gramStart"/>
      <w:r w:rsidRPr="00CA016C">
        <w:t>Sab</w:t>
      </w:r>
      <w:r>
        <w:t>:</w:t>
      </w:r>
      <w:r w:rsidRPr="009926FF">
        <w:t>Chiang</w:t>
      </w:r>
      <w:proofErr w:type="gramEnd"/>
      <w:r w:rsidRPr="009926FF">
        <w:t xml:space="preserve"> Mai</w:t>
      </w:r>
    </w:p>
    <w:p w14:paraId="5A0B763A" w14:textId="77777777" w:rsidR="00EB583C" w:rsidRPr="009926FF" w:rsidRDefault="00EB583C" w:rsidP="00AD2A53">
      <w:r w:rsidRPr="009926FF">
        <w:t>Desayuno en el hotel.</w:t>
      </w:r>
    </w:p>
    <w:p w14:paraId="04C37221" w14:textId="77777777" w:rsidR="00EB583C" w:rsidRPr="009926FF" w:rsidRDefault="00EB583C" w:rsidP="00AD2A53">
      <w:r w:rsidRPr="009926FF">
        <w:t>Por la</w:t>
      </w:r>
      <w:r w:rsidRPr="0006228A">
        <w:rPr>
          <w:lang w:val="es-CO"/>
        </w:rPr>
        <w:t xml:space="preserve"> mañana</w:t>
      </w:r>
      <w:r w:rsidRPr="009926FF">
        <w:t xml:space="preserve"> visitaremos algunas fábricas de artesanías </w:t>
      </w:r>
      <w:proofErr w:type="gramStart"/>
      <w:r w:rsidRPr="009926FF">
        <w:t xml:space="preserve">locales </w:t>
      </w:r>
      <w:r>
        <w:t>.</w:t>
      </w:r>
      <w:r w:rsidRPr="009926FF">
        <w:t>También</w:t>
      </w:r>
      <w:proofErr w:type="gramEnd"/>
      <w:r w:rsidRPr="009926FF">
        <w:t xml:space="preserve"> se visita una fábrica de esculturas demadera donde es posible comprar antigüedades birmanas. Salida hacia el valle de Mae Sa visitando la granja de las orquídeas.</w:t>
      </w:r>
    </w:p>
    <w:p w14:paraId="58FE1468" w14:textId="77777777" w:rsidR="00EB583C" w:rsidRDefault="00EB583C" w:rsidP="00AD2A53">
      <w:r w:rsidRPr="009926FF">
        <w:t xml:space="preserve">Almuerzo en restaurante local. </w:t>
      </w:r>
      <w:r w:rsidRPr="009926FF">
        <w:rPr>
          <w:lang w:val="es-ES"/>
        </w:rPr>
        <w:t xml:space="preserve">Después nos trasladaremos al santuario de elefantes para aprender sobre estos animales, y realizar diversas actividades incluso darles comida y tomar un baño, una experiencia </w:t>
      </w:r>
      <w:proofErr w:type="gramStart"/>
      <w:r w:rsidRPr="009926FF">
        <w:rPr>
          <w:lang w:val="es-ES"/>
        </w:rPr>
        <w:t>inolvidable.</w:t>
      </w:r>
      <w:r w:rsidRPr="0006228A">
        <w:rPr>
          <w:lang w:val="es-CO"/>
        </w:rPr>
        <w:t>Cena</w:t>
      </w:r>
      <w:proofErr w:type="gramEnd"/>
      <w:r w:rsidRPr="0006228A">
        <w:rPr>
          <w:lang w:val="es-CO"/>
        </w:rPr>
        <w:t xml:space="preserve"> Kantoke. Regreso al hotel.</w:t>
      </w:r>
    </w:p>
    <w:p w14:paraId="2661D15E" w14:textId="77777777" w:rsidR="00EB583C" w:rsidRPr="00736907" w:rsidRDefault="00EB583C" w:rsidP="00AD2A53">
      <w:r>
        <w:t>Alojamiento en el hotel.</w:t>
      </w:r>
    </w:p>
    <w:p w14:paraId="11A9D918" w14:textId="77777777" w:rsidR="00EB583C" w:rsidRDefault="00EB583C" w:rsidP="00AD2A53">
      <w:pPr>
        <w:rPr>
          <w:lang w:val="es-AR" w:eastAsia="ja-JP"/>
        </w:rPr>
      </w:pPr>
      <w:r w:rsidRPr="00736907">
        <w:rPr>
          <w:b/>
          <w:lang w:val="es-AR" w:eastAsia="ja-JP"/>
        </w:rPr>
        <w:t>Régimen alimenticio:</w:t>
      </w:r>
      <w:r w:rsidRPr="00736907">
        <w:rPr>
          <w:lang w:val="es-AR" w:eastAsia="ja-JP"/>
        </w:rPr>
        <w:t xml:space="preserve"> </w:t>
      </w:r>
      <w:r w:rsidRPr="00A6350A">
        <w:rPr>
          <w:lang w:val="es-AR" w:eastAsia="ja-JP"/>
        </w:rPr>
        <w:t>Desayuno, almuerzo y cena.</w:t>
      </w:r>
    </w:p>
    <w:p w14:paraId="3BFA2E4F" w14:textId="77777777" w:rsidR="00EB583C" w:rsidRDefault="00EB583C" w:rsidP="00AD2A53">
      <w:pPr>
        <w:rPr>
          <w:lang w:val="es-AR" w:eastAsia="ja-JP"/>
        </w:rPr>
      </w:pPr>
    </w:p>
    <w:p w14:paraId="07CF5635" w14:textId="77777777" w:rsidR="00EB583C" w:rsidRPr="00736907" w:rsidRDefault="00EB583C" w:rsidP="00AD2A53">
      <w:pPr>
        <w:pStyle w:val="Ttulo3"/>
        <w:rPr>
          <w:lang w:val="es-CO" w:bidi="th-TH"/>
        </w:rPr>
      </w:pPr>
      <w:r>
        <w:t xml:space="preserve">Día 13- </w:t>
      </w:r>
      <w:r w:rsidRPr="00D04935">
        <w:t>Dom</w:t>
      </w:r>
      <w:r>
        <w:t xml:space="preserve">: </w:t>
      </w:r>
      <w:r w:rsidRPr="009926FF">
        <w:t xml:space="preserve">Chiang Mai - </w:t>
      </w:r>
      <w:r w:rsidRPr="0006228A">
        <w:rPr>
          <w:lang w:val="es-CO" w:bidi="th-TH"/>
        </w:rPr>
        <w:t>Phuket</w:t>
      </w:r>
    </w:p>
    <w:p w14:paraId="382AEA00" w14:textId="77777777" w:rsidR="00EB583C" w:rsidRPr="00F674F2" w:rsidRDefault="00EB583C" w:rsidP="00AD2A53">
      <w:r w:rsidRPr="00F674F2">
        <w:t>Desayuno en el hotel.</w:t>
      </w:r>
    </w:p>
    <w:p w14:paraId="615FC50F" w14:textId="77777777" w:rsidR="00EB583C" w:rsidRPr="00F674F2" w:rsidRDefault="00EB583C" w:rsidP="00AD2A53">
      <w:r w:rsidRPr="00F674F2">
        <w:t>Traslado al aeropuerto de Chiang Mai para conectar con el vuelo a Phuket.</w:t>
      </w:r>
    </w:p>
    <w:p w14:paraId="3217C018" w14:textId="77777777" w:rsidR="00EB583C" w:rsidRPr="00F674F2" w:rsidRDefault="00EB583C" w:rsidP="00AD2A53">
      <w:r w:rsidRPr="00F674F2">
        <w:t xml:space="preserve">Llegada al aeropuerto de Phuket y traslado al hotel </w:t>
      </w:r>
      <w:r>
        <w:t>en Phuket</w:t>
      </w:r>
    </w:p>
    <w:p w14:paraId="606A8A0D" w14:textId="1B81623D" w:rsidR="00EB583C" w:rsidRPr="00F04629" w:rsidRDefault="00EB583C" w:rsidP="00AD2A53">
      <w:r w:rsidRPr="00F674F2">
        <w:t xml:space="preserve">Check-in en el hotel de acuerdo con la disponibilidad (normalmente las habitaciones están disponibles después de las </w:t>
      </w:r>
      <w:r>
        <w:t>3</w:t>
      </w:r>
      <w:r w:rsidRPr="00F674F2">
        <w:t>:00 p.m.).</w:t>
      </w:r>
      <w:r w:rsidR="00F04629">
        <w:t xml:space="preserve"> </w:t>
      </w:r>
      <w:r w:rsidRPr="00F674F2">
        <w:t>Alojamiento de hotel</w:t>
      </w:r>
    </w:p>
    <w:p w14:paraId="5B37F3B3" w14:textId="0120C803" w:rsidR="00A47513" w:rsidRDefault="00EB583C" w:rsidP="00CF4EC5">
      <w:pPr>
        <w:rPr>
          <w:color w:val="000000"/>
          <w:lang w:val="es-AR" w:eastAsia="ja-JP"/>
        </w:rPr>
      </w:pPr>
      <w:r w:rsidRPr="00736907">
        <w:rPr>
          <w:lang w:val="es-AR" w:eastAsia="ja-JP"/>
        </w:rPr>
        <w:t>Régimen alimenticio:</w:t>
      </w:r>
      <w:r>
        <w:rPr>
          <w:color w:val="000000"/>
          <w:lang w:val="es-AR" w:eastAsia="ja-JP"/>
        </w:rPr>
        <w:t xml:space="preserve"> Desayuno</w:t>
      </w:r>
    </w:p>
    <w:p w14:paraId="303029AC" w14:textId="77777777" w:rsidR="00873FAE" w:rsidRPr="00CF4EC5" w:rsidRDefault="00873FAE" w:rsidP="00CF4EC5">
      <w:pPr>
        <w:rPr>
          <w:color w:val="000000"/>
          <w:lang w:val="es-AR" w:eastAsia="ja-JP"/>
        </w:rPr>
      </w:pPr>
    </w:p>
    <w:p w14:paraId="19AD5835" w14:textId="77777777" w:rsidR="00A47513" w:rsidRDefault="00A47513" w:rsidP="00AD2A53">
      <w:pPr>
        <w:rPr>
          <w:lang w:val="es-AR"/>
        </w:rPr>
      </w:pPr>
    </w:p>
    <w:p w14:paraId="6A8D54EA" w14:textId="77777777" w:rsidR="000A7FE2" w:rsidRPr="00A95AE9" w:rsidRDefault="000A7FE2" w:rsidP="00AD2A53">
      <w:pPr>
        <w:rPr>
          <w:lang w:val="es-AR"/>
        </w:rPr>
      </w:pPr>
    </w:p>
    <w:p w14:paraId="11CDA076" w14:textId="77777777" w:rsidR="00EB583C" w:rsidRDefault="00EB583C" w:rsidP="00AD2A53">
      <w:pPr>
        <w:pStyle w:val="Ttulo3"/>
      </w:pPr>
      <w:r w:rsidRPr="009258EE">
        <w:lastRenderedPageBreak/>
        <w:t xml:space="preserve">Día </w:t>
      </w:r>
      <w:r>
        <w:t>14</w:t>
      </w:r>
      <w:r w:rsidRPr="001F1F9C">
        <w:t>–Lun:</w:t>
      </w:r>
      <w:r>
        <w:t xml:space="preserve"> Phuket </w:t>
      </w:r>
    </w:p>
    <w:p w14:paraId="18919C1F" w14:textId="77777777" w:rsidR="00EB583C" w:rsidRPr="00EB583C" w:rsidRDefault="00EB583C" w:rsidP="00AD2A53">
      <w:r w:rsidRPr="00EB583C">
        <w:t>Desayuno en el hotel.</w:t>
      </w:r>
    </w:p>
    <w:p w14:paraId="251F0F28" w14:textId="77777777" w:rsidR="00EB583C" w:rsidRPr="00EB583C" w:rsidRDefault="00EB583C" w:rsidP="00AD2A53">
      <w:r w:rsidRPr="00EB583C">
        <w:t>Día Libre</w:t>
      </w:r>
    </w:p>
    <w:p w14:paraId="3395265B" w14:textId="77777777" w:rsidR="00EB583C" w:rsidRPr="00EB583C" w:rsidRDefault="00EB583C" w:rsidP="00EB583C">
      <w:pPr>
        <w:pStyle w:val="Sinespaciado"/>
        <w:jc w:val="both"/>
        <w:rPr>
          <w:rFonts w:ascii="Arial" w:hAnsi="Arial" w:cs="Arial"/>
          <w:lang w:val="es-AR"/>
        </w:rPr>
      </w:pPr>
      <w:r w:rsidRPr="00EB583C">
        <w:rPr>
          <w:rFonts w:ascii="Arial" w:hAnsi="Arial" w:cs="Arial"/>
          <w:lang w:val="es-AR"/>
        </w:rPr>
        <w:t>Alojamiento en hotel.</w:t>
      </w:r>
    </w:p>
    <w:p w14:paraId="7BED4D11" w14:textId="77777777" w:rsidR="00EB583C" w:rsidRPr="00EB583C" w:rsidRDefault="00EB583C" w:rsidP="00EB583C">
      <w:pPr>
        <w:pStyle w:val="Sinespaciado"/>
        <w:jc w:val="both"/>
        <w:rPr>
          <w:rFonts w:ascii="Arial" w:hAnsi="Arial" w:cs="Arial"/>
          <w:lang w:val="es-AR"/>
        </w:rPr>
      </w:pPr>
    </w:p>
    <w:p w14:paraId="3104285D" w14:textId="16AE5FA5" w:rsidR="00EB583C" w:rsidRDefault="00EB583C" w:rsidP="00CF4EC5">
      <w:pPr>
        <w:rPr>
          <w:color w:val="000000"/>
          <w:lang w:val="es-AR" w:eastAsia="ja-JP"/>
        </w:rPr>
      </w:pPr>
      <w:r w:rsidRPr="00EB583C">
        <w:rPr>
          <w:lang w:val="es-AR" w:eastAsia="ja-JP"/>
        </w:rPr>
        <w:t>Régimen alimenticio:</w:t>
      </w:r>
      <w:r w:rsidRPr="00EB583C">
        <w:rPr>
          <w:color w:val="000000"/>
          <w:lang w:val="es-AR" w:eastAsia="ja-JP"/>
        </w:rPr>
        <w:t xml:space="preserve"> Desayuno</w:t>
      </w:r>
    </w:p>
    <w:p w14:paraId="48BBB96C" w14:textId="77777777" w:rsidR="000A7FE2" w:rsidRDefault="000A7FE2" w:rsidP="00CF4EC5">
      <w:pPr>
        <w:rPr>
          <w:color w:val="000000"/>
          <w:lang w:val="es-AR" w:eastAsia="ja-JP"/>
        </w:rPr>
      </w:pPr>
    </w:p>
    <w:p w14:paraId="7B5EADEE" w14:textId="77777777" w:rsidR="000A7FE2" w:rsidRPr="00CF4EC5" w:rsidRDefault="000A7FE2" w:rsidP="00CF4EC5">
      <w:pPr>
        <w:rPr>
          <w:color w:val="000000"/>
          <w:lang w:val="es-AR" w:eastAsia="ja-JP" w:bidi="th-TH"/>
        </w:rPr>
      </w:pPr>
    </w:p>
    <w:p w14:paraId="078D57D9" w14:textId="77777777" w:rsidR="00EB583C" w:rsidRDefault="00EB583C" w:rsidP="00AD2A53">
      <w:pPr>
        <w:pStyle w:val="Ttulo3"/>
      </w:pPr>
      <w:r w:rsidRPr="009258EE">
        <w:t xml:space="preserve">Día </w:t>
      </w:r>
      <w:r w:rsidRPr="0006228A">
        <w:rPr>
          <w:lang w:val="es-CO" w:bidi="th-TH"/>
        </w:rPr>
        <w:t>15</w:t>
      </w:r>
      <w:r w:rsidRPr="001F1F9C">
        <w:t>–</w:t>
      </w:r>
      <w:r>
        <w:t>Mar</w:t>
      </w:r>
      <w:r w:rsidRPr="001F1F9C">
        <w:t>:</w:t>
      </w:r>
      <w:r>
        <w:t xml:space="preserve"> Phuket </w:t>
      </w:r>
    </w:p>
    <w:p w14:paraId="546FCE10" w14:textId="77777777" w:rsidR="00EB583C" w:rsidRPr="00EB583C" w:rsidRDefault="00EB583C" w:rsidP="00AD2A53">
      <w:r w:rsidRPr="00EB583C">
        <w:t>Desayuno en el hotel.</w:t>
      </w:r>
    </w:p>
    <w:p w14:paraId="6041186C" w14:textId="77777777" w:rsidR="00EB583C" w:rsidRPr="00EB583C" w:rsidRDefault="00EB583C" w:rsidP="00AD2A53">
      <w:r w:rsidRPr="00EB583C">
        <w:t>Día Libre</w:t>
      </w:r>
    </w:p>
    <w:p w14:paraId="3C52D48E" w14:textId="77777777" w:rsidR="00EB583C" w:rsidRPr="00EB583C" w:rsidRDefault="00EB583C" w:rsidP="00EB583C">
      <w:pPr>
        <w:pStyle w:val="Sinespaciado"/>
        <w:jc w:val="both"/>
        <w:rPr>
          <w:rFonts w:ascii="Arial" w:hAnsi="Arial" w:cs="Arial"/>
          <w:lang w:val="es-AR"/>
        </w:rPr>
      </w:pPr>
      <w:r w:rsidRPr="00EB583C">
        <w:rPr>
          <w:rFonts w:ascii="Arial" w:hAnsi="Arial" w:cs="Arial"/>
          <w:lang w:val="es-AR"/>
        </w:rPr>
        <w:t>Alojamiento en hotel.</w:t>
      </w:r>
    </w:p>
    <w:p w14:paraId="50B125F3" w14:textId="77777777" w:rsidR="00EB583C" w:rsidRPr="00EB583C" w:rsidRDefault="00EB583C" w:rsidP="00EB583C">
      <w:pPr>
        <w:pStyle w:val="Sinespaciado"/>
        <w:jc w:val="both"/>
        <w:rPr>
          <w:rFonts w:ascii="Arial" w:hAnsi="Arial" w:cs="Arial"/>
          <w:lang w:val="es-AR"/>
        </w:rPr>
      </w:pPr>
    </w:p>
    <w:p w14:paraId="3709B75D" w14:textId="77777777" w:rsidR="00EB583C" w:rsidRDefault="00EB583C" w:rsidP="00AD2A53">
      <w:pPr>
        <w:rPr>
          <w:color w:val="000000"/>
          <w:lang w:val="es-AR" w:eastAsia="ja-JP"/>
        </w:rPr>
      </w:pPr>
      <w:r w:rsidRPr="00EB583C">
        <w:rPr>
          <w:lang w:val="es-AR" w:eastAsia="ja-JP"/>
        </w:rPr>
        <w:t>Régimen alimenticio:</w:t>
      </w:r>
      <w:r w:rsidRPr="00EB583C">
        <w:rPr>
          <w:color w:val="000000"/>
          <w:lang w:val="es-AR" w:eastAsia="ja-JP"/>
        </w:rPr>
        <w:t xml:space="preserve"> Desayuno</w:t>
      </w:r>
    </w:p>
    <w:p w14:paraId="07842C19" w14:textId="77777777" w:rsidR="000A7FE2" w:rsidRPr="00EB583C" w:rsidRDefault="000A7FE2" w:rsidP="00AD2A53">
      <w:pPr>
        <w:rPr>
          <w:color w:val="000000"/>
          <w:lang w:val="es-AR"/>
        </w:rPr>
      </w:pPr>
    </w:p>
    <w:p w14:paraId="0ACC4DB2" w14:textId="77777777" w:rsidR="00EB583C" w:rsidRDefault="00EB583C" w:rsidP="00AD2A53">
      <w:pPr>
        <w:rPr>
          <w:lang w:val="es-AR" w:bidi="th-TH"/>
        </w:rPr>
      </w:pPr>
    </w:p>
    <w:p w14:paraId="5ACD5026" w14:textId="77777777" w:rsidR="00EB583C" w:rsidRDefault="00EB583C" w:rsidP="00AD2A53">
      <w:pPr>
        <w:pStyle w:val="Ttulo3"/>
      </w:pPr>
      <w:r w:rsidRPr="009258EE">
        <w:t>Día 1</w:t>
      </w:r>
      <w:r>
        <w:t>6 – Mie:</w:t>
      </w:r>
      <w:r w:rsidRPr="009258EE">
        <w:t xml:space="preserve"> Phuket - Salida</w:t>
      </w:r>
    </w:p>
    <w:p w14:paraId="11889B46" w14:textId="77777777" w:rsidR="00EB583C" w:rsidRPr="005B20C1" w:rsidRDefault="00EB583C" w:rsidP="00AD2A53">
      <w:r w:rsidRPr="005B20C1">
        <w:t>Desayuno en el hotel.</w:t>
      </w:r>
    </w:p>
    <w:p w14:paraId="40B97B43" w14:textId="77777777" w:rsidR="00EB583C" w:rsidRPr="005B20C1" w:rsidRDefault="00EB583C" w:rsidP="00AD2A53">
      <w:r w:rsidRPr="005B20C1">
        <w:t>Mañana libre a su disposición.</w:t>
      </w:r>
    </w:p>
    <w:p w14:paraId="26BA80F9" w14:textId="77777777" w:rsidR="00EB583C" w:rsidRPr="005B20C1" w:rsidRDefault="00EB583C" w:rsidP="00AD2A53">
      <w:r w:rsidRPr="005B20C1">
        <w:t>A la hora indicada, traslado al aeropuerto para tomar el vuelo a su próximo destino.</w:t>
      </w:r>
    </w:p>
    <w:p w14:paraId="5BF29CCF" w14:textId="77777777" w:rsidR="00EB583C" w:rsidRPr="005B20C1" w:rsidRDefault="00EB583C" w:rsidP="00AD2A53">
      <w:r w:rsidRPr="005B20C1">
        <w:t>Régimen alimenticio: Desayuno</w:t>
      </w:r>
    </w:p>
    <w:p w14:paraId="3C8E4DC2" w14:textId="77777777" w:rsidR="000F27FF" w:rsidRPr="00CE5354" w:rsidRDefault="000F27FF" w:rsidP="00AD2A53">
      <w:pPr>
        <w:rPr>
          <w:lang w:val="es-CO"/>
        </w:rPr>
      </w:pPr>
    </w:p>
    <w:p w14:paraId="3047EA3A" w14:textId="77777777" w:rsidR="00EB583C" w:rsidRDefault="00EB583C" w:rsidP="00AD2A53">
      <w:pPr>
        <w:pStyle w:val="Ttulo2"/>
      </w:pPr>
      <w:r w:rsidRPr="00CE5354">
        <w:t>TARIFAS</w:t>
      </w:r>
    </w:p>
    <w:tbl>
      <w:tblPr>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20"/>
        <w:gridCol w:w="1565"/>
        <w:gridCol w:w="1676"/>
        <w:gridCol w:w="1676"/>
        <w:gridCol w:w="1829"/>
      </w:tblGrid>
      <w:tr w:rsidR="00CC31CE" w:rsidRPr="00362B25" w14:paraId="09ACAC9A" w14:textId="77777777" w:rsidTr="00CF4EC5">
        <w:trPr>
          <w:trHeight w:val="20"/>
        </w:trPr>
        <w:tc>
          <w:tcPr>
            <w:tcW w:w="1016" w:type="pct"/>
            <w:vMerge w:val="restart"/>
            <w:shd w:val="clear" w:color="auto" w:fill="59C119"/>
            <w:vAlign w:val="center"/>
            <w:hideMark/>
          </w:tcPr>
          <w:p w14:paraId="5599C270" w14:textId="0920981A" w:rsidR="00CC31CE" w:rsidRPr="00CF4EC5" w:rsidRDefault="00CC31CE" w:rsidP="00CF4EC5">
            <w:pPr>
              <w:jc w:val="center"/>
              <w:rPr>
                <w:b/>
                <w:bCs/>
                <w:color w:val="FFFFFF" w:themeColor="background1"/>
                <w:lang w:val="es-CO" w:eastAsia="es-CO"/>
              </w:rPr>
            </w:pPr>
            <w:r w:rsidRPr="00CF4EC5">
              <w:rPr>
                <w:b/>
                <w:bCs/>
                <w:color w:val="FFFFFF" w:themeColor="background1"/>
                <w:lang w:val="en-US" w:eastAsia="es-CO"/>
              </w:rPr>
              <w:t>TEMPORADA</w:t>
            </w:r>
          </w:p>
        </w:tc>
        <w:tc>
          <w:tcPr>
            <w:tcW w:w="924" w:type="pct"/>
            <w:shd w:val="clear" w:color="auto" w:fill="59C119"/>
            <w:vAlign w:val="center"/>
            <w:hideMark/>
          </w:tcPr>
          <w:p w14:paraId="06C51590" w14:textId="082C8FB4" w:rsidR="00CC31CE" w:rsidRPr="00CF4EC5" w:rsidRDefault="00CC31CE" w:rsidP="00CF4EC5">
            <w:pPr>
              <w:jc w:val="center"/>
              <w:rPr>
                <w:b/>
                <w:bCs/>
                <w:color w:val="FFFFFF" w:themeColor="background1"/>
                <w:lang w:val="es-CO" w:eastAsia="es-CO"/>
              </w:rPr>
            </w:pPr>
            <w:r w:rsidRPr="00CF4EC5">
              <w:rPr>
                <w:b/>
                <w:bCs/>
                <w:color w:val="FFFFFF" w:themeColor="background1"/>
                <w:lang w:val="en-US" w:eastAsia="es-CO"/>
              </w:rPr>
              <w:t>TURISTA</w:t>
            </w:r>
          </w:p>
        </w:tc>
        <w:tc>
          <w:tcPr>
            <w:tcW w:w="990" w:type="pct"/>
            <w:shd w:val="clear" w:color="auto" w:fill="59C119"/>
            <w:vAlign w:val="center"/>
            <w:hideMark/>
          </w:tcPr>
          <w:p w14:paraId="51D8E4BE" w14:textId="60B136A9" w:rsidR="00CC31CE" w:rsidRPr="00CF4EC5" w:rsidRDefault="00CC31CE" w:rsidP="00CF4EC5">
            <w:pPr>
              <w:jc w:val="center"/>
              <w:rPr>
                <w:b/>
                <w:bCs/>
                <w:color w:val="FFFFFF" w:themeColor="background1"/>
                <w:lang w:val="es-CO" w:eastAsia="es-CO"/>
              </w:rPr>
            </w:pPr>
            <w:r w:rsidRPr="00CF4EC5">
              <w:rPr>
                <w:b/>
                <w:bCs/>
                <w:color w:val="FFFFFF" w:themeColor="background1"/>
                <w:lang w:val="en-US" w:eastAsia="es-CO"/>
              </w:rPr>
              <w:t>SUPERIOR</w:t>
            </w:r>
          </w:p>
        </w:tc>
        <w:tc>
          <w:tcPr>
            <w:tcW w:w="990" w:type="pct"/>
            <w:shd w:val="clear" w:color="auto" w:fill="59C119"/>
            <w:vAlign w:val="center"/>
            <w:hideMark/>
          </w:tcPr>
          <w:p w14:paraId="08CC260B" w14:textId="2DC8C147" w:rsidR="00CC31CE" w:rsidRPr="00CF4EC5" w:rsidRDefault="00CC31CE" w:rsidP="00CF4EC5">
            <w:pPr>
              <w:jc w:val="center"/>
              <w:rPr>
                <w:b/>
                <w:bCs/>
                <w:color w:val="FFFFFF" w:themeColor="background1"/>
                <w:lang w:val="es-CO" w:eastAsia="es-CO"/>
              </w:rPr>
            </w:pPr>
            <w:r w:rsidRPr="00CF4EC5">
              <w:rPr>
                <w:b/>
                <w:bCs/>
                <w:color w:val="FFFFFF" w:themeColor="background1"/>
                <w:lang w:val="en-US" w:eastAsia="es-CO"/>
              </w:rPr>
              <w:t>DELUXE</w:t>
            </w:r>
          </w:p>
        </w:tc>
        <w:tc>
          <w:tcPr>
            <w:tcW w:w="1080" w:type="pct"/>
            <w:shd w:val="clear" w:color="auto" w:fill="59C119"/>
            <w:vAlign w:val="center"/>
            <w:hideMark/>
          </w:tcPr>
          <w:p w14:paraId="1ADC1F62" w14:textId="17860875" w:rsidR="00CC31CE" w:rsidRPr="00CF4EC5" w:rsidRDefault="00CC31CE" w:rsidP="00CF4EC5">
            <w:pPr>
              <w:jc w:val="center"/>
              <w:rPr>
                <w:b/>
                <w:bCs/>
                <w:color w:val="FFFFFF" w:themeColor="background1"/>
                <w:lang w:val="es-CO" w:eastAsia="es-CO"/>
              </w:rPr>
            </w:pPr>
            <w:r w:rsidRPr="00CF4EC5">
              <w:rPr>
                <w:b/>
                <w:bCs/>
                <w:color w:val="FFFFFF" w:themeColor="background1"/>
                <w:lang w:val="en-US" w:eastAsia="es-CO"/>
              </w:rPr>
              <w:t>GOLD DELUXE</w:t>
            </w:r>
          </w:p>
        </w:tc>
      </w:tr>
      <w:tr w:rsidR="00CC31CE" w:rsidRPr="00362B25" w14:paraId="7110CDA2" w14:textId="77777777" w:rsidTr="00CF4EC5">
        <w:trPr>
          <w:trHeight w:val="491"/>
        </w:trPr>
        <w:tc>
          <w:tcPr>
            <w:tcW w:w="1016" w:type="pct"/>
            <w:vMerge/>
            <w:shd w:val="clear" w:color="auto" w:fill="59C119"/>
            <w:vAlign w:val="center"/>
            <w:hideMark/>
          </w:tcPr>
          <w:p w14:paraId="406633B0" w14:textId="77777777" w:rsidR="00CC31CE" w:rsidRPr="00CF4EC5" w:rsidRDefault="00CC31CE" w:rsidP="00CF4EC5">
            <w:pPr>
              <w:jc w:val="center"/>
              <w:rPr>
                <w:b/>
                <w:bCs/>
                <w:color w:val="FFFFFF" w:themeColor="background1"/>
                <w:lang w:val="es-CO" w:eastAsia="es-CO"/>
              </w:rPr>
            </w:pPr>
          </w:p>
        </w:tc>
        <w:tc>
          <w:tcPr>
            <w:tcW w:w="3984" w:type="pct"/>
            <w:gridSpan w:val="4"/>
            <w:shd w:val="clear" w:color="auto" w:fill="59C119"/>
            <w:vAlign w:val="center"/>
            <w:hideMark/>
          </w:tcPr>
          <w:p w14:paraId="2C812262" w14:textId="1949437D" w:rsidR="00CC31CE" w:rsidRPr="00CF4EC5" w:rsidRDefault="00CC31CE" w:rsidP="00CF4EC5">
            <w:pPr>
              <w:jc w:val="center"/>
              <w:rPr>
                <w:b/>
                <w:bCs/>
                <w:color w:val="FFFFFF" w:themeColor="background1"/>
                <w:lang w:val="es-CO" w:eastAsia="es-CO"/>
              </w:rPr>
            </w:pPr>
            <w:r w:rsidRPr="00CF4EC5">
              <w:rPr>
                <w:b/>
                <w:bCs/>
                <w:color w:val="FFFFFF" w:themeColor="background1"/>
                <w:lang w:val="en-US" w:eastAsia="es-CO"/>
              </w:rPr>
              <w:t>DOBLE</w:t>
            </w:r>
          </w:p>
        </w:tc>
      </w:tr>
      <w:tr w:rsidR="00A47513" w:rsidRPr="00362B25" w14:paraId="26855AA1" w14:textId="77777777" w:rsidTr="001F5ADB">
        <w:trPr>
          <w:trHeight w:val="644"/>
        </w:trPr>
        <w:tc>
          <w:tcPr>
            <w:tcW w:w="1016" w:type="pct"/>
            <w:vAlign w:val="center"/>
          </w:tcPr>
          <w:p w14:paraId="54588F59" w14:textId="3CD33FEC" w:rsidR="00A47513" w:rsidRPr="00DB0B1F" w:rsidRDefault="00A47513" w:rsidP="00CF4EC5">
            <w:pPr>
              <w:jc w:val="center"/>
              <w:rPr>
                <w:lang w:val="es-CO" w:eastAsia="es-CO"/>
              </w:rPr>
            </w:pPr>
            <w:r w:rsidRPr="00DB0B1F">
              <w:rPr>
                <w:lang w:val="en-US"/>
              </w:rPr>
              <w:t>Abr-</w:t>
            </w:r>
            <w:r w:rsidR="00F40C94">
              <w:rPr>
                <w:lang w:val="en-US"/>
              </w:rPr>
              <w:t xml:space="preserve"> 13 </w:t>
            </w:r>
            <w:r w:rsidRPr="00DB0B1F">
              <w:rPr>
                <w:lang w:val="en-US"/>
              </w:rPr>
              <w:t>Oct</w:t>
            </w:r>
            <w:r w:rsidR="00DE1DEC">
              <w:rPr>
                <w:lang w:val="en-US"/>
              </w:rPr>
              <w:t xml:space="preserve"> </w:t>
            </w:r>
            <w:r w:rsidRPr="00DB0B1F">
              <w:rPr>
                <w:lang w:val="en-US"/>
              </w:rPr>
              <w:t>26</w:t>
            </w:r>
          </w:p>
        </w:tc>
        <w:tc>
          <w:tcPr>
            <w:tcW w:w="924" w:type="pct"/>
            <w:vAlign w:val="center"/>
          </w:tcPr>
          <w:p w14:paraId="64802352" w14:textId="46FE5B29" w:rsidR="00A47513" w:rsidRPr="00DB0B1F" w:rsidRDefault="00A47513" w:rsidP="00CF4EC5">
            <w:pPr>
              <w:jc w:val="center"/>
              <w:rPr>
                <w:lang w:val="es-CO" w:eastAsia="es-CO"/>
              </w:rPr>
            </w:pPr>
            <w:r w:rsidRPr="00362B25">
              <w:rPr>
                <w:lang w:val="en-US" w:eastAsia="es-CO"/>
              </w:rPr>
              <w:t xml:space="preserve">$       </w:t>
            </w:r>
            <w:r w:rsidRPr="00DB0B1F">
              <w:rPr>
                <w:color w:val="000000"/>
                <w:lang w:val="en-US"/>
              </w:rPr>
              <w:t>2</w:t>
            </w:r>
            <w:r>
              <w:rPr>
                <w:color w:val="000000"/>
                <w:lang w:val="en-US"/>
              </w:rPr>
              <w:t>.</w:t>
            </w:r>
            <w:r w:rsidRPr="00DB0B1F">
              <w:rPr>
                <w:color w:val="000000"/>
                <w:lang w:val="en-US"/>
              </w:rPr>
              <w:t>768</w:t>
            </w:r>
          </w:p>
        </w:tc>
        <w:tc>
          <w:tcPr>
            <w:tcW w:w="990" w:type="pct"/>
            <w:vAlign w:val="center"/>
          </w:tcPr>
          <w:p w14:paraId="22D7E066" w14:textId="55510518" w:rsidR="00A47513" w:rsidRPr="00DB0B1F" w:rsidRDefault="00A47513" w:rsidP="00CF4EC5">
            <w:pPr>
              <w:jc w:val="center"/>
              <w:rPr>
                <w:lang w:val="es-CO" w:eastAsia="es-CO"/>
              </w:rPr>
            </w:pPr>
            <w:r w:rsidRPr="00362B25">
              <w:rPr>
                <w:lang w:val="en-US" w:eastAsia="es-CO"/>
              </w:rPr>
              <w:t xml:space="preserve">$       </w:t>
            </w:r>
            <w:r w:rsidRPr="00DB0B1F">
              <w:rPr>
                <w:color w:val="000000"/>
                <w:lang w:val="en-US"/>
              </w:rPr>
              <w:t>3</w:t>
            </w:r>
            <w:r>
              <w:rPr>
                <w:color w:val="000000"/>
                <w:lang w:val="en-US"/>
              </w:rPr>
              <w:t>.</w:t>
            </w:r>
            <w:r w:rsidRPr="00DB0B1F">
              <w:rPr>
                <w:color w:val="000000"/>
                <w:lang w:val="en-US"/>
              </w:rPr>
              <w:t>09</w:t>
            </w:r>
            <w:r>
              <w:rPr>
                <w:color w:val="000000"/>
                <w:lang w:val="en-US"/>
              </w:rPr>
              <w:t>5</w:t>
            </w:r>
          </w:p>
        </w:tc>
        <w:tc>
          <w:tcPr>
            <w:tcW w:w="990" w:type="pct"/>
            <w:vAlign w:val="center"/>
          </w:tcPr>
          <w:p w14:paraId="4EC87A34" w14:textId="26D7BBA4" w:rsidR="00A47513" w:rsidRPr="00DB0B1F" w:rsidRDefault="00A47513" w:rsidP="00CF4EC5">
            <w:pPr>
              <w:jc w:val="center"/>
              <w:rPr>
                <w:lang w:val="es-CO" w:eastAsia="es-CO"/>
              </w:rPr>
            </w:pPr>
            <w:r w:rsidRPr="00362B25">
              <w:rPr>
                <w:lang w:val="en-US" w:eastAsia="es-CO"/>
              </w:rPr>
              <w:t xml:space="preserve">$       </w:t>
            </w:r>
            <w:r w:rsidRPr="00DB0B1F">
              <w:rPr>
                <w:color w:val="000000"/>
                <w:lang w:val="en-US"/>
              </w:rPr>
              <w:t>4461</w:t>
            </w:r>
          </w:p>
        </w:tc>
        <w:tc>
          <w:tcPr>
            <w:tcW w:w="1080" w:type="pct"/>
            <w:vAlign w:val="center"/>
          </w:tcPr>
          <w:p w14:paraId="7C04EBDD" w14:textId="32FD8214" w:rsidR="00A47513" w:rsidRPr="00DB0B1F" w:rsidRDefault="00A47513" w:rsidP="00CF4EC5">
            <w:pPr>
              <w:jc w:val="center"/>
              <w:rPr>
                <w:lang w:val="es-CO" w:eastAsia="es-CO"/>
              </w:rPr>
            </w:pPr>
            <w:r w:rsidRPr="00362B25">
              <w:rPr>
                <w:lang w:val="en-US" w:eastAsia="es-CO"/>
              </w:rPr>
              <w:t xml:space="preserve">$       </w:t>
            </w:r>
            <w:r w:rsidRPr="00DB0B1F">
              <w:rPr>
                <w:color w:val="000000"/>
                <w:lang w:val="en-US"/>
              </w:rPr>
              <w:t>4901</w:t>
            </w:r>
          </w:p>
        </w:tc>
      </w:tr>
      <w:tr w:rsidR="00A47513" w:rsidRPr="00362B25" w14:paraId="37058DDB" w14:textId="77777777" w:rsidTr="001F5ADB">
        <w:trPr>
          <w:trHeight w:val="696"/>
        </w:trPr>
        <w:tc>
          <w:tcPr>
            <w:tcW w:w="1016" w:type="pct"/>
            <w:vAlign w:val="center"/>
          </w:tcPr>
          <w:p w14:paraId="55820642" w14:textId="5ADFADB1" w:rsidR="00A47513" w:rsidRPr="00362B25" w:rsidRDefault="00A47513" w:rsidP="00CF4EC5">
            <w:pPr>
              <w:jc w:val="center"/>
              <w:rPr>
                <w:lang w:val="en-US" w:eastAsia="es-CO"/>
              </w:rPr>
            </w:pPr>
            <w:r w:rsidRPr="00362B25">
              <w:rPr>
                <w:lang w:val="en-US" w:eastAsia="es-CO"/>
              </w:rPr>
              <w:t>20 Oct</w:t>
            </w:r>
            <w:r>
              <w:rPr>
                <w:lang w:val="en-US" w:eastAsia="es-CO"/>
              </w:rPr>
              <w:t xml:space="preserve"> </w:t>
            </w:r>
            <w:r w:rsidRPr="00362B25">
              <w:rPr>
                <w:lang w:val="en-US" w:eastAsia="es-CO"/>
              </w:rPr>
              <w:t>26 – 30 Mar</w:t>
            </w:r>
            <w:r>
              <w:rPr>
                <w:lang w:val="en-US" w:eastAsia="es-CO"/>
              </w:rPr>
              <w:t xml:space="preserve"> </w:t>
            </w:r>
            <w:r w:rsidRPr="00362B25">
              <w:rPr>
                <w:lang w:val="en-US" w:eastAsia="es-CO"/>
              </w:rPr>
              <w:t>27</w:t>
            </w:r>
          </w:p>
        </w:tc>
        <w:tc>
          <w:tcPr>
            <w:tcW w:w="924" w:type="pct"/>
            <w:vAlign w:val="center"/>
          </w:tcPr>
          <w:p w14:paraId="7836F840" w14:textId="521741AE" w:rsidR="00A47513" w:rsidRPr="00362B25" w:rsidRDefault="00A47513" w:rsidP="00CF4EC5">
            <w:pPr>
              <w:jc w:val="center"/>
              <w:rPr>
                <w:lang w:val="en-US" w:eastAsia="es-CO"/>
              </w:rPr>
            </w:pPr>
            <w:r w:rsidRPr="00362B25">
              <w:rPr>
                <w:lang w:val="en-US" w:eastAsia="es-CO"/>
              </w:rPr>
              <w:t>$        3.061</w:t>
            </w:r>
          </w:p>
        </w:tc>
        <w:tc>
          <w:tcPr>
            <w:tcW w:w="990" w:type="pct"/>
            <w:vAlign w:val="center"/>
          </w:tcPr>
          <w:p w14:paraId="6FDEAD20" w14:textId="613F9D01" w:rsidR="00A47513" w:rsidRPr="00362B25" w:rsidRDefault="00A47513" w:rsidP="00CF4EC5">
            <w:pPr>
              <w:jc w:val="center"/>
              <w:rPr>
                <w:lang w:val="en-US" w:eastAsia="es-CO"/>
              </w:rPr>
            </w:pPr>
            <w:r w:rsidRPr="00362B25">
              <w:rPr>
                <w:lang w:val="en-US" w:eastAsia="es-CO"/>
              </w:rPr>
              <w:t>$       3.675</w:t>
            </w:r>
          </w:p>
        </w:tc>
        <w:tc>
          <w:tcPr>
            <w:tcW w:w="990" w:type="pct"/>
            <w:vAlign w:val="center"/>
          </w:tcPr>
          <w:p w14:paraId="4CA4AAD2" w14:textId="607725AC" w:rsidR="00A47513" w:rsidRPr="00362B25" w:rsidRDefault="00A47513" w:rsidP="00CF4EC5">
            <w:pPr>
              <w:jc w:val="center"/>
              <w:rPr>
                <w:lang w:val="en-US" w:eastAsia="es-CO"/>
              </w:rPr>
            </w:pPr>
            <w:r w:rsidRPr="00362B25">
              <w:rPr>
                <w:lang w:val="en-US" w:eastAsia="es-CO"/>
              </w:rPr>
              <w:t>$       4.468</w:t>
            </w:r>
          </w:p>
        </w:tc>
        <w:tc>
          <w:tcPr>
            <w:tcW w:w="1080" w:type="pct"/>
            <w:vAlign w:val="center"/>
          </w:tcPr>
          <w:p w14:paraId="643A206A" w14:textId="55ED306B" w:rsidR="00A47513" w:rsidRPr="00362B25" w:rsidRDefault="00A47513" w:rsidP="00CF4EC5">
            <w:pPr>
              <w:jc w:val="center"/>
              <w:rPr>
                <w:lang w:val="en-US" w:eastAsia="es-CO"/>
              </w:rPr>
            </w:pPr>
            <w:r w:rsidRPr="00362B25">
              <w:rPr>
                <w:lang w:val="en-US" w:eastAsia="es-CO"/>
              </w:rPr>
              <w:t>$       5.088</w:t>
            </w:r>
          </w:p>
        </w:tc>
      </w:tr>
      <w:tr w:rsidR="00A47513" w:rsidRPr="00362B25" w14:paraId="77562A44" w14:textId="77777777" w:rsidTr="001F5ADB">
        <w:trPr>
          <w:trHeight w:val="707"/>
        </w:trPr>
        <w:tc>
          <w:tcPr>
            <w:tcW w:w="1016" w:type="pct"/>
            <w:vAlign w:val="center"/>
            <w:hideMark/>
          </w:tcPr>
          <w:p w14:paraId="64F297B8" w14:textId="18F7E0E2" w:rsidR="00A47513" w:rsidRPr="00362B25" w:rsidRDefault="00A47513" w:rsidP="00CF4EC5">
            <w:pPr>
              <w:jc w:val="center"/>
              <w:rPr>
                <w:lang w:val="es-CO" w:eastAsia="es-CO"/>
              </w:rPr>
            </w:pPr>
            <w:r w:rsidRPr="00362B25">
              <w:rPr>
                <w:lang w:val="es-AR" w:eastAsia="es-CO"/>
              </w:rPr>
              <w:t xml:space="preserve">22,29 </w:t>
            </w:r>
            <w:proofErr w:type="gramStart"/>
            <w:r w:rsidRPr="00362B25">
              <w:rPr>
                <w:lang w:val="es-AR" w:eastAsia="es-CO"/>
              </w:rPr>
              <w:t>Dic</w:t>
            </w:r>
            <w:proofErr w:type="gramEnd"/>
            <w:r>
              <w:rPr>
                <w:lang w:val="es-AR" w:eastAsia="es-CO"/>
              </w:rPr>
              <w:t xml:space="preserve"> </w:t>
            </w:r>
            <w:r w:rsidRPr="00362B25">
              <w:rPr>
                <w:lang w:val="es-AR" w:eastAsia="es-CO"/>
              </w:rPr>
              <w:t>26 / 05 Ene</w:t>
            </w:r>
            <w:r>
              <w:rPr>
                <w:lang w:val="es-AR" w:eastAsia="es-CO"/>
              </w:rPr>
              <w:t xml:space="preserve"> </w:t>
            </w:r>
            <w:r w:rsidRPr="00362B25">
              <w:rPr>
                <w:lang w:val="es-AR" w:eastAsia="es-CO"/>
              </w:rPr>
              <w:t>27</w:t>
            </w:r>
          </w:p>
        </w:tc>
        <w:tc>
          <w:tcPr>
            <w:tcW w:w="924" w:type="pct"/>
            <w:vAlign w:val="center"/>
            <w:hideMark/>
          </w:tcPr>
          <w:p w14:paraId="49B367C0" w14:textId="6CB2E471" w:rsidR="00A47513" w:rsidRPr="00362B25" w:rsidRDefault="00A47513" w:rsidP="00CF4EC5">
            <w:pPr>
              <w:jc w:val="center"/>
              <w:rPr>
                <w:lang w:val="es-CO" w:eastAsia="es-CO"/>
              </w:rPr>
            </w:pPr>
            <w:r w:rsidRPr="00362B25">
              <w:rPr>
                <w:lang w:val="en-US" w:eastAsia="es-CO"/>
              </w:rPr>
              <w:t>$        3.221</w:t>
            </w:r>
          </w:p>
        </w:tc>
        <w:tc>
          <w:tcPr>
            <w:tcW w:w="990" w:type="pct"/>
            <w:vAlign w:val="center"/>
            <w:hideMark/>
          </w:tcPr>
          <w:p w14:paraId="02A01EE6" w14:textId="6D506553" w:rsidR="00A47513" w:rsidRPr="00362B25" w:rsidRDefault="00A47513" w:rsidP="00CF4EC5">
            <w:pPr>
              <w:jc w:val="center"/>
              <w:rPr>
                <w:lang w:val="es-CO" w:eastAsia="es-CO"/>
              </w:rPr>
            </w:pPr>
            <w:r w:rsidRPr="00362B25">
              <w:rPr>
                <w:lang w:val="en-US" w:eastAsia="es-CO"/>
              </w:rPr>
              <w:t>$       3.935</w:t>
            </w:r>
          </w:p>
        </w:tc>
        <w:tc>
          <w:tcPr>
            <w:tcW w:w="990" w:type="pct"/>
            <w:vAlign w:val="center"/>
            <w:hideMark/>
          </w:tcPr>
          <w:p w14:paraId="53CE117B" w14:textId="3FB1BF88" w:rsidR="00A47513" w:rsidRPr="00362B25" w:rsidRDefault="00A47513" w:rsidP="00CF4EC5">
            <w:pPr>
              <w:jc w:val="center"/>
              <w:rPr>
                <w:lang w:val="es-CO" w:eastAsia="es-CO"/>
              </w:rPr>
            </w:pPr>
            <w:r w:rsidRPr="00362B25">
              <w:rPr>
                <w:lang w:val="en-US" w:eastAsia="es-CO"/>
              </w:rPr>
              <w:t>$       4.761</w:t>
            </w:r>
          </w:p>
        </w:tc>
        <w:tc>
          <w:tcPr>
            <w:tcW w:w="1080" w:type="pct"/>
            <w:vAlign w:val="center"/>
            <w:hideMark/>
          </w:tcPr>
          <w:p w14:paraId="238170CE" w14:textId="240C3696" w:rsidR="00A47513" w:rsidRPr="00362B25" w:rsidRDefault="00A47513" w:rsidP="00CF4EC5">
            <w:pPr>
              <w:jc w:val="center"/>
              <w:rPr>
                <w:lang w:val="es-CO" w:eastAsia="es-CO"/>
              </w:rPr>
            </w:pPr>
            <w:r w:rsidRPr="00362B25">
              <w:rPr>
                <w:lang w:val="en-US" w:eastAsia="es-CO"/>
              </w:rPr>
              <w:t>$       5.401</w:t>
            </w:r>
          </w:p>
        </w:tc>
      </w:tr>
      <w:tr w:rsidR="00A47513" w:rsidRPr="00362B25" w14:paraId="4DAE8916" w14:textId="77777777" w:rsidTr="001F5ADB">
        <w:trPr>
          <w:trHeight w:val="972"/>
        </w:trPr>
        <w:tc>
          <w:tcPr>
            <w:tcW w:w="1016" w:type="pct"/>
            <w:vAlign w:val="center"/>
            <w:hideMark/>
          </w:tcPr>
          <w:p w14:paraId="3FA076E1" w14:textId="1EBB6EDF" w:rsidR="00A47513" w:rsidRPr="00362B25" w:rsidRDefault="00A47513" w:rsidP="00CF4EC5">
            <w:pPr>
              <w:jc w:val="center"/>
              <w:rPr>
                <w:lang w:val="es-CO" w:eastAsia="es-CO"/>
              </w:rPr>
            </w:pPr>
            <w:r w:rsidRPr="00362B25">
              <w:rPr>
                <w:lang w:val="es-AR" w:eastAsia="es-CO"/>
              </w:rPr>
              <w:t xml:space="preserve">17 </w:t>
            </w:r>
            <w:proofErr w:type="gramStart"/>
            <w:r w:rsidRPr="00362B25">
              <w:rPr>
                <w:lang w:val="es-AR" w:eastAsia="es-CO"/>
              </w:rPr>
              <w:t>Nov</w:t>
            </w:r>
            <w:proofErr w:type="gramEnd"/>
            <w:r>
              <w:rPr>
                <w:lang w:val="es-AR" w:eastAsia="es-CO"/>
              </w:rPr>
              <w:t xml:space="preserve"> </w:t>
            </w:r>
            <w:r w:rsidRPr="00362B25">
              <w:rPr>
                <w:lang w:val="es-AR" w:eastAsia="es-CO"/>
              </w:rPr>
              <w:t>26 / 19,26 Ene</w:t>
            </w:r>
            <w:r>
              <w:rPr>
                <w:lang w:val="es-AR" w:eastAsia="es-CO"/>
              </w:rPr>
              <w:t xml:space="preserve"> </w:t>
            </w:r>
            <w:r w:rsidRPr="00362B25">
              <w:rPr>
                <w:lang w:val="es-AR" w:eastAsia="es-CO"/>
              </w:rPr>
              <w:t>27/ 02,09 Feb</w:t>
            </w:r>
            <w:r>
              <w:rPr>
                <w:lang w:val="es-AR" w:eastAsia="es-CO"/>
              </w:rPr>
              <w:t xml:space="preserve"> </w:t>
            </w:r>
            <w:r w:rsidRPr="00362B25">
              <w:rPr>
                <w:lang w:val="es-AR" w:eastAsia="es-CO"/>
              </w:rPr>
              <w:t>27</w:t>
            </w:r>
          </w:p>
        </w:tc>
        <w:tc>
          <w:tcPr>
            <w:tcW w:w="924" w:type="pct"/>
            <w:vAlign w:val="center"/>
            <w:hideMark/>
          </w:tcPr>
          <w:p w14:paraId="09FD591A" w14:textId="4B6F1704" w:rsidR="00A47513" w:rsidRPr="00362B25" w:rsidRDefault="00A47513" w:rsidP="00CF4EC5">
            <w:pPr>
              <w:jc w:val="center"/>
              <w:rPr>
                <w:lang w:val="es-CO" w:eastAsia="es-CO"/>
              </w:rPr>
            </w:pPr>
            <w:r w:rsidRPr="00362B25">
              <w:rPr>
                <w:lang w:val="en-US" w:eastAsia="es-CO"/>
              </w:rPr>
              <w:t>$        3.635</w:t>
            </w:r>
          </w:p>
        </w:tc>
        <w:tc>
          <w:tcPr>
            <w:tcW w:w="990" w:type="pct"/>
            <w:vAlign w:val="center"/>
            <w:hideMark/>
          </w:tcPr>
          <w:p w14:paraId="574FF93C" w14:textId="54860D53" w:rsidR="00A47513" w:rsidRPr="00362B25" w:rsidRDefault="00A47513" w:rsidP="00CF4EC5">
            <w:pPr>
              <w:jc w:val="center"/>
              <w:rPr>
                <w:lang w:val="es-CO" w:eastAsia="es-CO"/>
              </w:rPr>
            </w:pPr>
            <w:r w:rsidRPr="00362B25">
              <w:rPr>
                <w:lang w:val="en-US" w:eastAsia="es-CO"/>
              </w:rPr>
              <w:t>$       4.668</w:t>
            </w:r>
          </w:p>
        </w:tc>
        <w:tc>
          <w:tcPr>
            <w:tcW w:w="990" w:type="pct"/>
            <w:vAlign w:val="center"/>
            <w:hideMark/>
          </w:tcPr>
          <w:p w14:paraId="321954E1" w14:textId="3BE95DC2" w:rsidR="00A47513" w:rsidRPr="00362B25" w:rsidRDefault="00A47513" w:rsidP="00CF4EC5">
            <w:pPr>
              <w:jc w:val="center"/>
              <w:rPr>
                <w:lang w:val="es-CO" w:eastAsia="es-CO"/>
              </w:rPr>
            </w:pPr>
            <w:r w:rsidRPr="00362B25">
              <w:rPr>
                <w:lang w:val="en-US" w:eastAsia="es-CO"/>
              </w:rPr>
              <w:t>$       6.021</w:t>
            </w:r>
          </w:p>
        </w:tc>
        <w:tc>
          <w:tcPr>
            <w:tcW w:w="1080" w:type="pct"/>
            <w:vAlign w:val="center"/>
            <w:hideMark/>
          </w:tcPr>
          <w:p w14:paraId="10DA0CAA" w14:textId="665357B8" w:rsidR="00A47513" w:rsidRPr="00362B25" w:rsidRDefault="00A47513" w:rsidP="00CF4EC5">
            <w:pPr>
              <w:jc w:val="center"/>
              <w:rPr>
                <w:lang w:val="es-CO" w:eastAsia="es-CO"/>
              </w:rPr>
            </w:pPr>
            <w:r w:rsidRPr="00362B25">
              <w:rPr>
                <w:lang w:val="en-US" w:eastAsia="es-CO"/>
              </w:rPr>
              <w:t>$       7.915</w:t>
            </w:r>
          </w:p>
        </w:tc>
      </w:tr>
    </w:tbl>
    <w:p w14:paraId="6870D636" w14:textId="77777777" w:rsidR="00EB583C" w:rsidRDefault="00EB583C" w:rsidP="00AD2A53">
      <w:pPr>
        <w:pStyle w:val="Prrafodelista"/>
        <w:numPr>
          <w:ilvl w:val="0"/>
          <w:numId w:val="10"/>
        </w:numPr>
        <w:rPr>
          <w:lang w:val="es-CO"/>
        </w:rPr>
      </w:pPr>
      <w:r w:rsidRPr="00764A1F">
        <w:rPr>
          <w:lang w:val="es-CO"/>
        </w:rPr>
        <w:t xml:space="preserve">Tarifa </w:t>
      </w:r>
      <w:r>
        <w:rPr>
          <w:lang w:val="es-CO"/>
        </w:rPr>
        <w:t xml:space="preserve">de venta </w:t>
      </w:r>
      <w:r w:rsidRPr="00764A1F">
        <w:rPr>
          <w:lang w:val="es-CO"/>
        </w:rPr>
        <w:t xml:space="preserve">por persona en dólares </w:t>
      </w:r>
    </w:p>
    <w:p w14:paraId="7C534C08" w14:textId="3154D46F" w:rsidR="003E465A" w:rsidRDefault="003E465A" w:rsidP="00AD2A53">
      <w:pPr>
        <w:pStyle w:val="Prrafodelista"/>
        <w:numPr>
          <w:ilvl w:val="0"/>
          <w:numId w:val="10"/>
        </w:numPr>
        <w:rPr>
          <w:lang w:val="es-CO"/>
        </w:rPr>
      </w:pPr>
      <w:r>
        <w:rPr>
          <w:lang w:val="es-CO"/>
        </w:rPr>
        <w:t xml:space="preserve">Tafias validas desde </w:t>
      </w:r>
      <w:r w:rsidR="00C734A3">
        <w:rPr>
          <w:lang w:val="es-CO"/>
        </w:rPr>
        <w:t>07</w:t>
      </w:r>
      <w:r w:rsidR="00552F0C">
        <w:rPr>
          <w:lang w:val="es-CO"/>
        </w:rPr>
        <w:t xml:space="preserve"> </w:t>
      </w:r>
      <w:r w:rsidR="00C734A3">
        <w:rPr>
          <w:lang w:val="es-CO"/>
        </w:rPr>
        <w:t>abril</w:t>
      </w:r>
      <w:r w:rsidR="00552F0C">
        <w:rPr>
          <w:lang w:val="es-CO"/>
        </w:rPr>
        <w:t xml:space="preserve"> 2026 a </w:t>
      </w:r>
      <w:r w:rsidR="00C734A3">
        <w:rPr>
          <w:lang w:val="es-CO"/>
        </w:rPr>
        <w:t>30</w:t>
      </w:r>
      <w:r w:rsidR="00552F0C">
        <w:rPr>
          <w:lang w:val="es-CO"/>
        </w:rPr>
        <w:t xml:space="preserve"> </w:t>
      </w:r>
      <w:r w:rsidR="00C734A3">
        <w:rPr>
          <w:lang w:val="es-CO"/>
        </w:rPr>
        <w:t>marzo</w:t>
      </w:r>
      <w:r w:rsidR="00552F0C">
        <w:rPr>
          <w:lang w:val="es-CO"/>
        </w:rPr>
        <w:t xml:space="preserve"> 2027</w:t>
      </w:r>
    </w:p>
    <w:p w14:paraId="1E43AC00" w14:textId="5A360A85" w:rsidR="00552F0C" w:rsidRPr="000A7FE2" w:rsidRDefault="002731A3" w:rsidP="000A7FE2">
      <w:pPr>
        <w:pStyle w:val="Prrafodelista"/>
        <w:numPr>
          <w:ilvl w:val="0"/>
          <w:numId w:val="10"/>
        </w:numPr>
        <w:rPr>
          <w:lang w:val="es-CO"/>
        </w:rPr>
      </w:pPr>
      <w:r>
        <w:rPr>
          <w:lang w:val="es-CO"/>
        </w:rPr>
        <w:t xml:space="preserve">En días especiales existen suplementos </w:t>
      </w:r>
      <w:r w:rsidR="001F5ADB">
        <w:rPr>
          <w:lang w:val="es-CO"/>
        </w:rPr>
        <w:t>adicionales</w:t>
      </w:r>
      <w:r>
        <w:rPr>
          <w:lang w:val="es-CO"/>
        </w:rPr>
        <w:t xml:space="preserve"> como cena de navidad</w:t>
      </w:r>
      <w:r w:rsidR="001F5ADB">
        <w:rPr>
          <w:lang w:val="es-CO"/>
        </w:rPr>
        <w:t xml:space="preserve"> o cena de año nuevo</w:t>
      </w:r>
    </w:p>
    <w:p w14:paraId="68CE1A9B" w14:textId="1D06BC23" w:rsidR="00885DA6" w:rsidRDefault="00EE74CA" w:rsidP="00AD2A53">
      <w:pPr>
        <w:pStyle w:val="Ttulo2"/>
      </w:pPr>
      <w:r w:rsidRPr="00CE5354">
        <w:lastRenderedPageBreak/>
        <w:t xml:space="preserve">HOTELES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127"/>
        <w:gridCol w:w="1773"/>
        <w:gridCol w:w="1945"/>
        <w:gridCol w:w="1912"/>
        <w:gridCol w:w="1873"/>
      </w:tblGrid>
      <w:tr w:rsidR="00B42F01" w:rsidRPr="00EF1F0B" w14:paraId="21E194DE" w14:textId="77777777" w:rsidTr="00CF4EC5">
        <w:trPr>
          <w:trHeight w:val="20"/>
          <w:jc w:val="center"/>
        </w:trPr>
        <w:tc>
          <w:tcPr>
            <w:tcW w:w="653" w:type="pct"/>
            <w:shd w:val="clear" w:color="auto" w:fill="59C119"/>
            <w:vAlign w:val="center"/>
          </w:tcPr>
          <w:p w14:paraId="74195064" w14:textId="77777777" w:rsidR="00B42F01" w:rsidRPr="00C207DB" w:rsidRDefault="00B42F01" w:rsidP="00CF4EC5">
            <w:pPr>
              <w:jc w:val="center"/>
              <w:rPr>
                <w:b/>
                <w:bCs/>
                <w:color w:val="FFFFFF" w:themeColor="background1"/>
              </w:rPr>
            </w:pPr>
            <w:r w:rsidRPr="00C207DB">
              <w:rPr>
                <w:b/>
                <w:bCs/>
                <w:color w:val="FFFFFF" w:themeColor="background1"/>
              </w:rPr>
              <w:t>CIUDAD</w:t>
            </w:r>
          </w:p>
        </w:tc>
        <w:tc>
          <w:tcPr>
            <w:tcW w:w="1027" w:type="pct"/>
            <w:shd w:val="clear" w:color="auto" w:fill="59C119"/>
            <w:vAlign w:val="center"/>
          </w:tcPr>
          <w:p w14:paraId="0A2E0B43" w14:textId="0DEFAB96" w:rsidR="00B42F01" w:rsidRPr="00C207DB" w:rsidRDefault="00B42F01" w:rsidP="00CF4EC5">
            <w:pPr>
              <w:jc w:val="center"/>
              <w:rPr>
                <w:b/>
                <w:bCs/>
                <w:color w:val="FFFFFF" w:themeColor="background1"/>
              </w:rPr>
            </w:pPr>
            <w:r w:rsidRPr="00C207DB">
              <w:rPr>
                <w:b/>
                <w:bCs/>
                <w:color w:val="FFFFFF" w:themeColor="background1"/>
              </w:rPr>
              <w:t>STANDARD (TURISTA)3*4*</w:t>
            </w:r>
          </w:p>
        </w:tc>
        <w:tc>
          <w:tcPr>
            <w:tcW w:w="1127" w:type="pct"/>
            <w:shd w:val="clear" w:color="auto" w:fill="59C119"/>
            <w:vAlign w:val="center"/>
          </w:tcPr>
          <w:p w14:paraId="2372B16E" w14:textId="77777777" w:rsidR="00B42F01" w:rsidRPr="00C207DB" w:rsidRDefault="00B42F01" w:rsidP="00CF4EC5">
            <w:pPr>
              <w:jc w:val="center"/>
              <w:rPr>
                <w:b/>
                <w:bCs/>
                <w:color w:val="FFFFFF" w:themeColor="background1"/>
              </w:rPr>
            </w:pPr>
            <w:r w:rsidRPr="00C207DB">
              <w:rPr>
                <w:b/>
                <w:bCs/>
                <w:color w:val="FFFFFF" w:themeColor="background1"/>
              </w:rPr>
              <w:t>SUPERIOR 4*</w:t>
            </w:r>
          </w:p>
        </w:tc>
        <w:tc>
          <w:tcPr>
            <w:tcW w:w="1108" w:type="pct"/>
            <w:shd w:val="clear" w:color="auto" w:fill="59C119"/>
            <w:vAlign w:val="center"/>
          </w:tcPr>
          <w:p w14:paraId="020D8342" w14:textId="77777777" w:rsidR="00B42F01" w:rsidRPr="00C207DB" w:rsidRDefault="00B42F01" w:rsidP="00CF4EC5">
            <w:pPr>
              <w:jc w:val="center"/>
              <w:rPr>
                <w:b/>
                <w:bCs/>
                <w:color w:val="FFFFFF" w:themeColor="background1"/>
              </w:rPr>
            </w:pPr>
            <w:r w:rsidRPr="00C207DB">
              <w:rPr>
                <w:b/>
                <w:bCs/>
                <w:color w:val="FFFFFF" w:themeColor="background1"/>
              </w:rPr>
              <w:t>DELUXE 4*&amp; 5*</w:t>
            </w:r>
          </w:p>
        </w:tc>
        <w:tc>
          <w:tcPr>
            <w:tcW w:w="1085" w:type="pct"/>
            <w:shd w:val="clear" w:color="auto" w:fill="59C119"/>
            <w:vAlign w:val="center"/>
          </w:tcPr>
          <w:p w14:paraId="5B713A97" w14:textId="77777777" w:rsidR="00B42F01" w:rsidRPr="00C207DB" w:rsidRDefault="00B42F01" w:rsidP="00CF4EC5">
            <w:pPr>
              <w:jc w:val="center"/>
              <w:rPr>
                <w:b/>
                <w:bCs/>
                <w:color w:val="FFFFFF" w:themeColor="background1"/>
              </w:rPr>
            </w:pPr>
            <w:r w:rsidRPr="00C207DB">
              <w:rPr>
                <w:b/>
                <w:bCs/>
                <w:color w:val="FFFFFF" w:themeColor="background1"/>
              </w:rPr>
              <w:t>GOLD DELUXE 5*</w:t>
            </w:r>
          </w:p>
        </w:tc>
      </w:tr>
      <w:tr w:rsidR="00E01D13" w:rsidRPr="00EF1F0B" w14:paraId="681C72E4" w14:textId="77777777" w:rsidTr="00CF4EC5">
        <w:trPr>
          <w:trHeight w:val="20"/>
          <w:jc w:val="center"/>
        </w:trPr>
        <w:tc>
          <w:tcPr>
            <w:tcW w:w="653" w:type="pct"/>
            <w:vMerge w:val="restart"/>
            <w:vAlign w:val="center"/>
          </w:tcPr>
          <w:p w14:paraId="6618C33E" w14:textId="77777777" w:rsidR="00B42F01" w:rsidRPr="007036DA" w:rsidRDefault="00B42F01" w:rsidP="00CF4EC5">
            <w:pPr>
              <w:jc w:val="center"/>
              <w:rPr>
                <w:b/>
              </w:rPr>
            </w:pPr>
            <w:r w:rsidRPr="007036DA">
              <w:t>Hanói</w:t>
            </w:r>
          </w:p>
        </w:tc>
        <w:tc>
          <w:tcPr>
            <w:tcW w:w="1027" w:type="pct"/>
            <w:vAlign w:val="center"/>
          </w:tcPr>
          <w:p w14:paraId="5F06FD02" w14:textId="77777777" w:rsidR="00B42F01" w:rsidRPr="00CF2FC1" w:rsidRDefault="00B42F01" w:rsidP="00CF4EC5">
            <w:pPr>
              <w:jc w:val="center"/>
              <w:rPr>
                <w:sz w:val="18"/>
                <w:szCs w:val="18"/>
              </w:rPr>
            </w:pPr>
            <w:r>
              <w:rPr>
                <w:noProof/>
              </w:rPr>
              <w:drawing>
                <wp:inline distT="0" distB="0" distL="0" distR="0" wp14:anchorId="54BB4EC4" wp14:editId="30C9A4C6">
                  <wp:extent cx="907650" cy="572494"/>
                  <wp:effectExtent l="0" t="0" r="6985" b="0"/>
                  <wp:docPr id="1728419873" name="Imagen 2" descr="Flower Garden Hotel, Hanoi (updated price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wer Garden Hotel, Hanoi (updated prices 20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4503" cy="608353"/>
                          </a:xfrm>
                          <a:prstGeom prst="rect">
                            <a:avLst/>
                          </a:prstGeom>
                          <a:noFill/>
                          <a:ln>
                            <a:noFill/>
                          </a:ln>
                        </pic:spPr>
                      </pic:pic>
                    </a:graphicData>
                  </a:graphic>
                </wp:inline>
              </w:drawing>
            </w:r>
          </w:p>
        </w:tc>
        <w:tc>
          <w:tcPr>
            <w:tcW w:w="1127" w:type="pct"/>
            <w:vAlign w:val="center"/>
          </w:tcPr>
          <w:p w14:paraId="2A252D9D" w14:textId="77777777" w:rsidR="00B42F01" w:rsidRPr="00CF2FC1" w:rsidRDefault="00B42F01" w:rsidP="00CF4EC5">
            <w:pPr>
              <w:jc w:val="center"/>
              <w:rPr>
                <w:sz w:val="18"/>
                <w:szCs w:val="18"/>
              </w:rPr>
            </w:pPr>
            <w:r>
              <w:rPr>
                <w:noProof/>
              </w:rPr>
              <w:drawing>
                <wp:inline distT="0" distB="0" distL="0" distR="0" wp14:anchorId="42C3052A" wp14:editId="4EA9EFCD">
                  <wp:extent cx="1000323" cy="508884"/>
                  <wp:effectExtent l="0" t="0" r="0" b="5715"/>
                  <wp:docPr id="593088524" name="Imagen 3" descr="The Ann Hanoi Hotel, 38A Hang Chuoi, Hanoi,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Ann Hanoi Hotel, 38A Hang Chuoi, Hanoi, Vietn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4661" cy="526353"/>
                          </a:xfrm>
                          <a:prstGeom prst="rect">
                            <a:avLst/>
                          </a:prstGeom>
                          <a:noFill/>
                          <a:ln>
                            <a:noFill/>
                          </a:ln>
                        </pic:spPr>
                      </pic:pic>
                    </a:graphicData>
                  </a:graphic>
                </wp:inline>
              </w:drawing>
            </w:r>
          </w:p>
        </w:tc>
        <w:tc>
          <w:tcPr>
            <w:tcW w:w="1108" w:type="pct"/>
            <w:vAlign w:val="center"/>
          </w:tcPr>
          <w:p w14:paraId="6F53AB7C" w14:textId="77777777" w:rsidR="00B42F01" w:rsidRPr="00CF2FC1" w:rsidRDefault="00B42F01" w:rsidP="00CF4EC5">
            <w:pPr>
              <w:jc w:val="center"/>
              <w:rPr>
                <w:sz w:val="18"/>
                <w:szCs w:val="18"/>
              </w:rPr>
            </w:pPr>
            <w:r>
              <w:rPr>
                <w:noProof/>
              </w:rPr>
              <w:drawing>
                <wp:inline distT="0" distB="0" distL="0" distR="0" wp14:anchorId="6861799D" wp14:editId="7E837CAF">
                  <wp:extent cx="1048385" cy="485030"/>
                  <wp:effectExtent l="0" t="0" r="0" b="0"/>
                  <wp:docPr id="833224941" name="Imagen 4" descr="MELIA HANOI (Hanói, Vietnam): 2026 reseñas y pre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LIA HANOI (Hanói, Vietnam): 2026 reseñas y preci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7152" cy="493712"/>
                          </a:xfrm>
                          <a:prstGeom prst="rect">
                            <a:avLst/>
                          </a:prstGeom>
                          <a:noFill/>
                          <a:ln>
                            <a:noFill/>
                          </a:ln>
                        </pic:spPr>
                      </pic:pic>
                    </a:graphicData>
                  </a:graphic>
                </wp:inline>
              </w:drawing>
            </w:r>
          </w:p>
        </w:tc>
        <w:tc>
          <w:tcPr>
            <w:tcW w:w="1085" w:type="pct"/>
            <w:vAlign w:val="center"/>
          </w:tcPr>
          <w:p w14:paraId="77E6B0E0" w14:textId="77777777" w:rsidR="00B42F01" w:rsidRPr="00CF2FC1" w:rsidRDefault="00B42F01" w:rsidP="00CF4EC5">
            <w:pPr>
              <w:jc w:val="center"/>
              <w:rPr>
                <w:sz w:val="18"/>
                <w:szCs w:val="18"/>
              </w:rPr>
            </w:pPr>
            <w:r>
              <w:rPr>
                <w:noProof/>
              </w:rPr>
              <w:drawing>
                <wp:inline distT="0" distB="0" distL="0" distR="0" wp14:anchorId="1553410F" wp14:editId="35F39D1D">
                  <wp:extent cx="1048192" cy="500932"/>
                  <wp:effectExtent l="0" t="0" r="0" b="0"/>
                  <wp:docPr id="722871568" name="Imagen 4" descr="MELIA HANOI (Hanói, Vietnam): 2026 reseñas y pre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LIA HANOI (Hanói, Vietnam): 2026 reseñas y preci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0530" cy="506828"/>
                          </a:xfrm>
                          <a:prstGeom prst="rect">
                            <a:avLst/>
                          </a:prstGeom>
                          <a:noFill/>
                          <a:ln>
                            <a:noFill/>
                          </a:ln>
                        </pic:spPr>
                      </pic:pic>
                    </a:graphicData>
                  </a:graphic>
                </wp:inline>
              </w:drawing>
            </w:r>
          </w:p>
        </w:tc>
      </w:tr>
      <w:tr w:rsidR="00034AA8" w:rsidRPr="00EF1F0B" w14:paraId="4E4B1455" w14:textId="77777777" w:rsidTr="00CF4EC5">
        <w:trPr>
          <w:trHeight w:val="20"/>
          <w:jc w:val="center"/>
        </w:trPr>
        <w:tc>
          <w:tcPr>
            <w:tcW w:w="653" w:type="pct"/>
            <w:vMerge/>
            <w:vAlign w:val="center"/>
          </w:tcPr>
          <w:p w14:paraId="267075DD" w14:textId="77777777" w:rsidR="00B42F01" w:rsidRPr="007036DA" w:rsidRDefault="00B42F01" w:rsidP="00CF4EC5">
            <w:pPr>
              <w:jc w:val="center"/>
            </w:pPr>
          </w:p>
        </w:tc>
        <w:tc>
          <w:tcPr>
            <w:tcW w:w="1027" w:type="pct"/>
            <w:vAlign w:val="center"/>
          </w:tcPr>
          <w:p w14:paraId="43665B61" w14:textId="77777777" w:rsidR="00B42F01" w:rsidRPr="00CF2FC1" w:rsidRDefault="00B42F01" w:rsidP="00CF4EC5">
            <w:pPr>
              <w:jc w:val="center"/>
              <w:rPr>
                <w:rFonts w:eastAsia="Cambria"/>
                <w:sz w:val="14"/>
                <w:szCs w:val="14"/>
                <w:lang w:val="en-US"/>
              </w:rPr>
            </w:pPr>
            <w:hyperlink r:id="rId11" w:history="1">
              <w:r w:rsidRPr="00CF2FC1">
                <w:rPr>
                  <w:rStyle w:val="Hipervnculo"/>
                  <w:rFonts w:eastAsia="Cambria"/>
                  <w:color w:val="auto"/>
                  <w:sz w:val="14"/>
                  <w:szCs w:val="14"/>
                  <w:u w:val="none"/>
                  <w:lang w:val="en-US"/>
                </w:rPr>
                <w:t>Flower Garden Hotel</w:t>
              </w:r>
            </w:hyperlink>
          </w:p>
        </w:tc>
        <w:tc>
          <w:tcPr>
            <w:tcW w:w="1127" w:type="pct"/>
            <w:vAlign w:val="center"/>
          </w:tcPr>
          <w:p w14:paraId="48CC65A4" w14:textId="77777777" w:rsidR="00B42F01" w:rsidRPr="00CF2FC1" w:rsidRDefault="00B42F01" w:rsidP="00CF4EC5">
            <w:pPr>
              <w:jc w:val="center"/>
              <w:rPr>
                <w:rFonts w:eastAsia="Cambria"/>
                <w:sz w:val="14"/>
                <w:szCs w:val="14"/>
                <w:lang w:val="pt-PT"/>
              </w:rPr>
            </w:pPr>
            <w:hyperlink r:id="rId12" w:history="1">
              <w:r w:rsidRPr="00CF2FC1">
                <w:rPr>
                  <w:rStyle w:val="Hipervnculo"/>
                  <w:rFonts w:eastAsia="Cambria"/>
                  <w:color w:val="auto"/>
                  <w:sz w:val="14"/>
                  <w:szCs w:val="14"/>
                  <w:u w:val="none"/>
                  <w:lang w:val="pt-PT"/>
                </w:rPr>
                <w:t>The Ann Ha Noi</w:t>
              </w:r>
            </w:hyperlink>
          </w:p>
        </w:tc>
        <w:tc>
          <w:tcPr>
            <w:tcW w:w="1108" w:type="pct"/>
            <w:vAlign w:val="center"/>
          </w:tcPr>
          <w:p w14:paraId="64641067" w14:textId="77777777" w:rsidR="00B42F01" w:rsidRPr="00CF2FC1" w:rsidRDefault="00B42F01" w:rsidP="00CF4EC5">
            <w:pPr>
              <w:jc w:val="center"/>
              <w:rPr>
                <w:sz w:val="14"/>
                <w:szCs w:val="14"/>
                <w:lang w:val="pt-PT"/>
              </w:rPr>
            </w:pPr>
            <w:hyperlink r:id="rId13" w:history="1">
              <w:r w:rsidRPr="00CF2FC1">
                <w:rPr>
                  <w:rStyle w:val="Hipervnculo"/>
                  <w:rFonts w:eastAsia="Cambria"/>
                  <w:color w:val="auto"/>
                  <w:sz w:val="14"/>
                  <w:szCs w:val="14"/>
                  <w:u w:val="none"/>
                  <w:lang w:val="pt-PT"/>
                </w:rPr>
                <w:t>Melia Hanoi</w:t>
              </w:r>
            </w:hyperlink>
          </w:p>
        </w:tc>
        <w:tc>
          <w:tcPr>
            <w:tcW w:w="1085" w:type="pct"/>
            <w:vAlign w:val="center"/>
          </w:tcPr>
          <w:p w14:paraId="6DD638B9" w14:textId="77777777" w:rsidR="00B42F01" w:rsidRPr="00CF2FC1" w:rsidRDefault="00B42F01" w:rsidP="00CF4EC5">
            <w:pPr>
              <w:jc w:val="center"/>
              <w:rPr>
                <w:sz w:val="14"/>
                <w:szCs w:val="14"/>
                <w:lang w:val="pt-PT"/>
              </w:rPr>
            </w:pPr>
            <w:hyperlink r:id="rId14" w:history="1">
              <w:r w:rsidRPr="00CF2FC1">
                <w:rPr>
                  <w:rStyle w:val="Hipervnculo"/>
                  <w:rFonts w:eastAsia="Cambria"/>
                  <w:color w:val="auto"/>
                  <w:sz w:val="14"/>
                  <w:szCs w:val="14"/>
                  <w:u w:val="none"/>
                  <w:lang w:val="pt-PT"/>
                </w:rPr>
                <w:t>Melia Hanoi</w:t>
              </w:r>
            </w:hyperlink>
          </w:p>
        </w:tc>
      </w:tr>
      <w:tr w:rsidR="00034AA8" w:rsidRPr="00EF1F0B" w14:paraId="162AC7B5" w14:textId="77777777" w:rsidTr="00CF4EC5">
        <w:trPr>
          <w:trHeight w:val="20"/>
          <w:jc w:val="center"/>
        </w:trPr>
        <w:tc>
          <w:tcPr>
            <w:tcW w:w="653" w:type="pct"/>
            <w:vMerge w:val="restart"/>
            <w:vAlign w:val="center"/>
          </w:tcPr>
          <w:p w14:paraId="3157D5EC" w14:textId="1B376E10" w:rsidR="00B42F01" w:rsidRPr="007036DA" w:rsidRDefault="00E376EB" w:rsidP="00CF4EC5">
            <w:pPr>
              <w:jc w:val="center"/>
            </w:pPr>
            <w:r w:rsidRPr="007036DA">
              <w:t>Ha Long</w:t>
            </w:r>
          </w:p>
        </w:tc>
        <w:tc>
          <w:tcPr>
            <w:tcW w:w="1027" w:type="pct"/>
            <w:vAlign w:val="center"/>
          </w:tcPr>
          <w:p w14:paraId="02583439" w14:textId="06868CAF" w:rsidR="00B42F01" w:rsidRPr="00CF2FC1" w:rsidRDefault="00B42F01" w:rsidP="00CF4EC5">
            <w:pPr>
              <w:jc w:val="center"/>
            </w:pPr>
            <w:r>
              <w:rPr>
                <w:noProof/>
              </w:rPr>
              <w:drawing>
                <wp:inline distT="0" distB="0" distL="0" distR="0" wp14:anchorId="5DDF3202" wp14:editId="568E53B6">
                  <wp:extent cx="833736" cy="500932"/>
                  <wp:effectExtent l="0" t="0" r="5080" b="0"/>
                  <wp:docPr id="359298530" name="Imagen 5" descr="Bhaya Halong Cruises, Ha Long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haya Halong Cruises, Ha Long (precios actualizados 20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0918" cy="511255"/>
                          </a:xfrm>
                          <a:prstGeom prst="rect">
                            <a:avLst/>
                          </a:prstGeom>
                          <a:noFill/>
                          <a:ln>
                            <a:noFill/>
                          </a:ln>
                        </pic:spPr>
                      </pic:pic>
                    </a:graphicData>
                  </a:graphic>
                </wp:inline>
              </w:drawing>
            </w:r>
          </w:p>
        </w:tc>
        <w:tc>
          <w:tcPr>
            <w:tcW w:w="1127" w:type="pct"/>
            <w:vAlign w:val="center"/>
          </w:tcPr>
          <w:p w14:paraId="0CD80F4E" w14:textId="77777777" w:rsidR="00B42F01" w:rsidRPr="00CF2FC1" w:rsidRDefault="00B42F01" w:rsidP="00CF4EC5">
            <w:pPr>
              <w:jc w:val="center"/>
              <w:rPr>
                <w:rFonts w:eastAsia="Cambria"/>
                <w:sz w:val="14"/>
                <w:szCs w:val="14"/>
              </w:rPr>
            </w:pPr>
            <w:r>
              <w:rPr>
                <w:noProof/>
              </w:rPr>
              <w:drawing>
                <wp:inline distT="0" distB="0" distL="0" distR="0" wp14:anchorId="2D2E56EB" wp14:editId="65C93B21">
                  <wp:extent cx="1033145" cy="563990"/>
                  <wp:effectExtent l="0" t="0" r="0" b="7620"/>
                  <wp:docPr id="1400996178" name="Imagen 6" descr="The Au Co Cruise - Managed by Bhaya Cruises, Ha Long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Au Co Cruise - Managed by Bhaya Cruises, Ha Long (precios actualizados  20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630" cy="571898"/>
                          </a:xfrm>
                          <a:prstGeom prst="rect">
                            <a:avLst/>
                          </a:prstGeom>
                          <a:noFill/>
                          <a:ln>
                            <a:noFill/>
                          </a:ln>
                        </pic:spPr>
                      </pic:pic>
                    </a:graphicData>
                  </a:graphic>
                </wp:inline>
              </w:drawing>
            </w:r>
          </w:p>
        </w:tc>
        <w:tc>
          <w:tcPr>
            <w:tcW w:w="1108" w:type="pct"/>
            <w:vAlign w:val="center"/>
          </w:tcPr>
          <w:p w14:paraId="57CFD756" w14:textId="77777777" w:rsidR="00B42F01" w:rsidRPr="00CF2FC1" w:rsidRDefault="00B42F01" w:rsidP="00CF4EC5">
            <w:pPr>
              <w:jc w:val="center"/>
              <w:rPr>
                <w:rFonts w:eastAsia="Cambria"/>
                <w:sz w:val="14"/>
                <w:szCs w:val="14"/>
              </w:rPr>
            </w:pPr>
            <w:r>
              <w:rPr>
                <w:noProof/>
              </w:rPr>
              <w:drawing>
                <wp:inline distT="0" distB="0" distL="0" distR="0" wp14:anchorId="73EE3EF2" wp14:editId="15F1C194">
                  <wp:extent cx="1009466" cy="579893"/>
                  <wp:effectExtent l="0" t="0" r="635" b="0"/>
                  <wp:docPr id="489260032" name="Imagen 7" descr="Paradise Elegance Cruise Halong, Ha Long (updated price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radise Elegance Cruise Halong, Ha Long (updated prices 20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9776" cy="591560"/>
                          </a:xfrm>
                          <a:prstGeom prst="rect">
                            <a:avLst/>
                          </a:prstGeom>
                          <a:noFill/>
                          <a:ln>
                            <a:noFill/>
                          </a:ln>
                        </pic:spPr>
                      </pic:pic>
                    </a:graphicData>
                  </a:graphic>
                </wp:inline>
              </w:drawing>
            </w:r>
          </w:p>
        </w:tc>
        <w:tc>
          <w:tcPr>
            <w:tcW w:w="1085" w:type="pct"/>
            <w:vAlign w:val="center"/>
          </w:tcPr>
          <w:p w14:paraId="5B84F152" w14:textId="77777777" w:rsidR="00B42F01" w:rsidRPr="00CF2FC1" w:rsidRDefault="00B42F01" w:rsidP="00CF4EC5">
            <w:pPr>
              <w:jc w:val="center"/>
              <w:rPr>
                <w:rFonts w:eastAsia="Cambria"/>
                <w:sz w:val="14"/>
                <w:szCs w:val="14"/>
              </w:rPr>
            </w:pPr>
            <w:r>
              <w:rPr>
                <w:noProof/>
              </w:rPr>
              <w:drawing>
                <wp:inline distT="0" distB="0" distL="0" distR="0" wp14:anchorId="769C0163" wp14:editId="59EE1CC3">
                  <wp:extent cx="1009466" cy="579893"/>
                  <wp:effectExtent l="0" t="0" r="635" b="0"/>
                  <wp:docPr id="1740443958" name="Imagen 7" descr="Paradise Elegance Cruise Halong, Ha Long (updated price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radise Elegance Cruise Halong, Ha Long (updated prices 20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2669" cy="593222"/>
                          </a:xfrm>
                          <a:prstGeom prst="rect">
                            <a:avLst/>
                          </a:prstGeom>
                          <a:noFill/>
                          <a:ln>
                            <a:noFill/>
                          </a:ln>
                        </pic:spPr>
                      </pic:pic>
                    </a:graphicData>
                  </a:graphic>
                </wp:inline>
              </w:drawing>
            </w:r>
          </w:p>
        </w:tc>
      </w:tr>
      <w:tr w:rsidR="00034AA8" w:rsidRPr="00EF1F0B" w14:paraId="688E43F9" w14:textId="77777777" w:rsidTr="00CF4EC5">
        <w:trPr>
          <w:trHeight w:val="20"/>
          <w:jc w:val="center"/>
        </w:trPr>
        <w:tc>
          <w:tcPr>
            <w:tcW w:w="653" w:type="pct"/>
            <w:vMerge/>
            <w:vAlign w:val="center"/>
          </w:tcPr>
          <w:p w14:paraId="023C3A55" w14:textId="77777777" w:rsidR="00B42F01" w:rsidRPr="007036DA" w:rsidRDefault="00B42F01" w:rsidP="00CF4EC5">
            <w:pPr>
              <w:jc w:val="center"/>
            </w:pPr>
          </w:p>
        </w:tc>
        <w:tc>
          <w:tcPr>
            <w:tcW w:w="1027" w:type="pct"/>
            <w:vAlign w:val="center"/>
          </w:tcPr>
          <w:p w14:paraId="5B967E9B" w14:textId="77777777" w:rsidR="00B42F01" w:rsidRPr="00CF2FC1" w:rsidRDefault="00B42F01" w:rsidP="00CF4EC5">
            <w:pPr>
              <w:jc w:val="center"/>
              <w:rPr>
                <w:rFonts w:eastAsia="Cambria"/>
                <w:sz w:val="14"/>
                <w:szCs w:val="14"/>
                <w:lang w:val="pt-PT"/>
              </w:rPr>
            </w:pPr>
            <w:hyperlink r:id="rId18" w:history="1">
              <w:r w:rsidRPr="00CF2FC1">
                <w:rPr>
                  <w:rStyle w:val="Hipervnculo"/>
                  <w:rFonts w:eastAsia="Cambria"/>
                  <w:color w:val="auto"/>
                  <w:sz w:val="14"/>
                  <w:szCs w:val="14"/>
                  <w:u w:val="none"/>
                  <w:lang w:val="pt-PT"/>
                </w:rPr>
                <w:t>Bhaya Classic Cruise</w:t>
              </w:r>
            </w:hyperlink>
          </w:p>
        </w:tc>
        <w:tc>
          <w:tcPr>
            <w:tcW w:w="1127" w:type="pct"/>
            <w:vAlign w:val="center"/>
          </w:tcPr>
          <w:p w14:paraId="3783F533" w14:textId="77777777" w:rsidR="00B42F01" w:rsidRPr="00CF2FC1" w:rsidRDefault="00B42F01" w:rsidP="00CF4EC5">
            <w:pPr>
              <w:jc w:val="center"/>
              <w:rPr>
                <w:rFonts w:eastAsia="Cambria"/>
                <w:sz w:val="14"/>
                <w:szCs w:val="14"/>
                <w:lang w:val="pt-PT"/>
              </w:rPr>
            </w:pPr>
            <w:hyperlink r:id="rId19" w:history="1">
              <w:r w:rsidRPr="00CF2FC1">
                <w:rPr>
                  <w:rStyle w:val="Hipervnculo"/>
                  <w:rFonts w:eastAsia="Cambria"/>
                  <w:color w:val="auto"/>
                  <w:sz w:val="14"/>
                  <w:szCs w:val="14"/>
                  <w:u w:val="none"/>
                  <w:lang w:val="pt-PT"/>
                </w:rPr>
                <w:t>Au Co Cruise</w:t>
              </w:r>
            </w:hyperlink>
          </w:p>
        </w:tc>
        <w:tc>
          <w:tcPr>
            <w:tcW w:w="1108" w:type="pct"/>
            <w:vAlign w:val="center"/>
          </w:tcPr>
          <w:p w14:paraId="5C627DCB" w14:textId="77777777" w:rsidR="00B42F01" w:rsidRPr="00CF2FC1" w:rsidRDefault="00B42F01" w:rsidP="00CF4EC5">
            <w:pPr>
              <w:jc w:val="center"/>
              <w:rPr>
                <w:sz w:val="14"/>
                <w:szCs w:val="14"/>
                <w:lang w:val="pt-PT"/>
              </w:rPr>
            </w:pPr>
            <w:hyperlink r:id="rId20" w:history="1">
              <w:r w:rsidRPr="00CF2FC1">
                <w:rPr>
                  <w:rStyle w:val="Hipervnculo"/>
                  <w:color w:val="auto"/>
                  <w:sz w:val="14"/>
                  <w:szCs w:val="14"/>
                  <w:u w:val="none"/>
                  <w:lang w:val="pt-PT"/>
                </w:rPr>
                <w:t>Paradise Elegance Cruise</w:t>
              </w:r>
            </w:hyperlink>
          </w:p>
        </w:tc>
        <w:tc>
          <w:tcPr>
            <w:tcW w:w="1085" w:type="pct"/>
            <w:vAlign w:val="center"/>
          </w:tcPr>
          <w:p w14:paraId="4980AD89" w14:textId="77777777" w:rsidR="00B42F01" w:rsidRPr="00CF2FC1" w:rsidRDefault="00B42F01" w:rsidP="00CF4EC5">
            <w:pPr>
              <w:jc w:val="center"/>
              <w:rPr>
                <w:sz w:val="14"/>
                <w:szCs w:val="14"/>
                <w:lang w:val="en-US"/>
              </w:rPr>
            </w:pPr>
            <w:hyperlink r:id="rId21" w:history="1">
              <w:r w:rsidRPr="00CF2FC1">
                <w:rPr>
                  <w:rStyle w:val="Hipervnculo"/>
                  <w:color w:val="auto"/>
                  <w:sz w:val="14"/>
                  <w:szCs w:val="14"/>
                  <w:u w:val="none"/>
                  <w:lang w:val="en-US"/>
                </w:rPr>
                <w:t>Paradise Elegance Cruise</w:t>
              </w:r>
            </w:hyperlink>
          </w:p>
        </w:tc>
      </w:tr>
      <w:tr w:rsidR="00034AA8" w:rsidRPr="00EF1F0B" w14:paraId="7F22277F" w14:textId="77777777" w:rsidTr="00CF4EC5">
        <w:trPr>
          <w:trHeight w:val="20"/>
          <w:jc w:val="center"/>
        </w:trPr>
        <w:tc>
          <w:tcPr>
            <w:tcW w:w="653" w:type="pct"/>
            <w:vMerge w:val="restart"/>
            <w:vAlign w:val="center"/>
          </w:tcPr>
          <w:p w14:paraId="5A654E58" w14:textId="77777777" w:rsidR="00B42F01" w:rsidRPr="007036DA" w:rsidRDefault="00B42F01" w:rsidP="00CF4EC5">
            <w:pPr>
              <w:jc w:val="center"/>
            </w:pPr>
          </w:p>
          <w:p w14:paraId="7B7B5F48" w14:textId="77777777" w:rsidR="00B42F01" w:rsidRPr="007036DA" w:rsidRDefault="00B42F01" w:rsidP="00CF4EC5">
            <w:pPr>
              <w:jc w:val="center"/>
            </w:pPr>
            <w:r w:rsidRPr="007036DA">
              <w:t>Siem Reap</w:t>
            </w:r>
          </w:p>
        </w:tc>
        <w:tc>
          <w:tcPr>
            <w:tcW w:w="1027" w:type="pct"/>
            <w:vAlign w:val="center"/>
          </w:tcPr>
          <w:p w14:paraId="47033AC7" w14:textId="77777777" w:rsidR="00B42F01" w:rsidRPr="00CF2FC1" w:rsidRDefault="00B42F01" w:rsidP="00CF4EC5">
            <w:pPr>
              <w:jc w:val="center"/>
              <w:rPr>
                <w:rFonts w:eastAsia="Cambria"/>
                <w:sz w:val="14"/>
                <w:szCs w:val="14"/>
              </w:rPr>
            </w:pPr>
            <w:r>
              <w:rPr>
                <w:noProof/>
              </w:rPr>
              <w:drawing>
                <wp:inline distT="0" distB="0" distL="0" distR="0" wp14:anchorId="25328750" wp14:editId="1E7DC97A">
                  <wp:extent cx="962108" cy="585728"/>
                  <wp:effectExtent l="0" t="0" r="0" b="5080"/>
                  <wp:docPr id="2091190528" name="Imagen 18" descr="TARA ANGKOR HOTEL desde $ 146.617 (Siem Reap, Camboy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ARA ANGKOR HOTEL desde $ 146.617 (Siem Reap, Camboya) - opiniones y  comentarios - hotel - Tripadviso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5169" cy="593680"/>
                          </a:xfrm>
                          <a:prstGeom prst="rect">
                            <a:avLst/>
                          </a:prstGeom>
                          <a:noFill/>
                          <a:ln>
                            <a:noFill/>
                          </a:ln>
                        </pic:spPr>
                      </pic:pic>
                    </a:graphicData>
                  </a:graphic>
                </wp:inline>
              </w:drawing>
            </w:r>
          </w:p>
        </w:tc>
        <w:tc>
          <w:tcPr>
            <w:tcW w:w="1127" w:type="pct"/>
            <w:vAlign w:val="center"/>
          </w:tcPr>
          <w:p w14:paraId="61F2B43D" w14:textId="77777777" w:rsidR="00B42F01" w:rsidRPr="00CF2FC1" w:rsidRDefault="00B42F01" w:rsidP="00CF4EC5">
            <w:pPr>
              <w:jc w:val="center"/>
              <w:rPr>
                <w:rFonts w:eastAsia="Cambria"/>
                <w:sz w:val="14"/>
                <w:szCs w:val="14"/>
              </w:rPr>
            </w:pPr>
            <w:r>
              <w:rPr>
                <w:noProof/>
              </w:rPr>
              <w:drawing>
                <wp:inline distT="0" distB="0" distL="0" distR="0" wp14:anchorId="5AA716C0" wp14:editId="57209DE3">
                  <wp:extent cx="906449" cy="599634"/>
                  <wp:effectExtent l="0" t="0" r="8255" b="0"/>
                  <wp:docPr id="776056971" name="Imagen 19" descr="Home - Lotus Blanc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ome - Lotus Blanc Hote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4779" cy="611760"/>
                          </a:xfrm>
                          <a:prstGeom prst="rect">
                            <a:avLst/>
                          </a:prstGeom>
                          <a:noFill/>
                          <a:ln>
                            <a:noFill/>
                          </a:ln>
                        </pic:spPr>
                      </pic:pic>
                    </a:graphicData>
                  </a:graphic>
                </wp:inline>
              </w:drawing>
            </w:r>
          </w:p>
        </w:tc>
        <w:tc>
          <w:tcPr>
            <w:tcW w:w="1108" w:type="pct"/>
            <w:vAlign w:val="center"/>
          </w:tcPr>
          <w:p w14:paraId="36F98118" w14:textId="77777777" w:rsidR="00B42F01" w:rsidRPr="00CF2FC1" w:rsidRDefault="00B42F01" w:rsidP="00CF4EC5">
            <w:pPr>
              <w:jc w:val="center"/>
              <w:rPr>
                <w:rFonts w:eastAsia="Cambria"/>
                <w:sz w:val="14"/>
                <w:szCs w:val="14"/>
              </w:rPr>
            </w:pPr>
            <w:r>
              <w:rPr>
                <w:noProof/>
              </w:rPr>
              <w:drawing>
                <wp:inline distT="0" distB="0" distL="0" distR="0" wp14:anchorId="1955FB03" wp14:editId="0A93083F">
                  <wp:extent cx="866692" cy="576813"/>
                  <wp:effectExtent l="0" t="0" r="0" b="0"/>
                  <wp:docPr id="1254978552" name="Imagen 20" descr="Una casa junto a un cuerpo de agu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78552" name="Imagen 20" descr="Una casa junto a un cuerpo de agua&#10;&#10;El contenido generado por IA puede ser incorrec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1504" cy="586671"/>
                          </a:xfrm>
                          <a:prstGeom prst="rect">
                            <a:avLst/>
                          </a:prstGeom>
                          <a:noFill/>
                          <a:ln>
                            <a:noFill/>
                          </a:ln>
                        </pic:spPr>
                      </pic:pic>
                    </a:graphicData>
                  </a:graphic>
                </wp:inline>
              </w:drawing>
            </w:r>
          </w:p>
        </w:tc>
        <w:tc>
          <w:tcPr>
            <w:tcW w:w="1085" w:type="pct"/>
            <w:vAlign w:val="center"/>
          </w:tcPr>
          <w:p w14:paraId="1CDA5601" w14:textId="77777777" w:rsidR="00B42F01" w:rsidRPr="00CF2FC1" w:rsidRDefault="00B42F01" w:rsidP="00CF4EC5">
            <w:pPr>
              <w:jc w:val="center"/>
              <w:rPr>
                <w:rFonts w:eastAsia="Cambria"/>
                <w:sz w:val="14"/>
                <w:szCs w:val="14"/>
              </w:rPr>
            </w:pPr>
            <w:r>
              <w:rPr>
                <w:noProof/>
              </w:rPr>
              <w:drawing>
                <wp:inline distT="0" distB="0" distL="0" distR="0" wp14:anchorId="0994885D" wp14:editId="45B00B50">
                  <wp:extent cx="866692" cy="576813"/>
                  <wp:effectExtent l="0" t="0" r="0" b="0"/>
                  <wp:docPr id="682548282" name="Imagen 20" descr="Una casa junto a un cuerpo de agu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48282" name="Imagen 20" descr="Una casa junto a un cuerpo de agua&#10;&#10;El contenido generado por IA puede ser incorrec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1504" cy="586671"/>
                          </a:xfrm>
                          <a:prstGeom prst="rect">
                            <a:avLst/>
                          </a:prstGeom>
                          <a:noFill/>
                          <a:ln>
                            <a:noFill/>
                          </a:ln>
                        </pic:spPr>
                      </pic:pic>
                    </a:graphicData>
                  </a:graphic>
                </wp:inline>
              </w:drawing>
            </w:r>
          </w:p>
        </w:tc>
      </w:tr>
      <w:tr w:rsidR="00034AA8" w:rsidRPr="00760CDE" w14:paraId="5844868A" w14:textId="77777777" w:rsidTr="00CF4EC5">
        <w:trPr>
          <w:trHeight w:val="20"/>
          <w:jc w:val="center"/>
        </w:trPr>
        <w:tc>
          <w:tcPr>
            <w:tcW w:w="653" w:type="pct"/>
            <w:vMerge/>
            <w:vAlign w:val="center"/>
          </w:tcPr>
          <w:p w14:paraId="5C5229BF" w14:textId="77777777" w:rsidR="00B42F01" w:rsidRPr="007036DA" w:rsidRDefault="00B42F01" w:rsidP="00CF4EC5">
            <w:pPr>
              <w:jc w:val="center"/>
            </w:pPr>
          </w:p>
        </w:tc>
        <w:tc>
          <w:tcPr>
            <w:tcW w:w="1027" w:type="pct"/>
            <w:vAlign w:val="center"/>
          </w:tcPr>
          <w:p w14:paraId="571872E8" w14:textId="77777777" w:rsidR="00B42F01" w:rsidRPr="00CF2FC1" w:rsidRDefault="00B42F01" w:rsidP="00CF4EC5">
            <w:pPr>
              <w:jc w:val="center"/>
              <w:rPr>
                <w:sz w:val="14"/>
                <w:szCs w:val="14"/>
                <w:lang w:val="pt-PT"/>
              </w:rPr>
            </w:pPr>
            <w:hyperlink r:id="rId25" w:history="1">
              <w:r w:rsidRPr="00CF2FC1">
                <w:rPr>
                  <w:rStyle w:val="Hipervnculo"/>
                  <w:rFonts w:eastAsia="Cambria"/>
                  <w:color w:val="auto"/>
                  <w:sz w:val="14"/>
                  <w:szCs w:val="14"/>
                  <w:u w:val="none"/>
                  <w:lang w:val="pt-PT"/>
                </w:rPr>
                <w:t>Tara Angkor Hotel</w:t>
              </w:r>
            </w:hyperlink>
          </w:p>
        </w:tc>
        <w:tc>
          <w:tcPr>
            <w:tcW w:w="1127" w:type="pct"/>
            <w:vAlign w:val="center"/>
          </w:tcPr>
          <w:p w14:paraId="5FFD050C" w14:textId="77777777" w:rsidR="00B42F01" w:rsidRPr="00CF2FC1" w:rsidRDefault="00B42F01" w:rsidP="00CF4EC5">
            <w:pPr>
              <w:jc w:val="center"/>
              <w:rPr>
                <w:sz w:val="14"/>
                <w:szCs w:val="14"/>
                <w:lang w:val="es-ES"/>
              </w:rPr>
            </w:pPr>
            <w:hyperlink r:id="rId26" w:history="1">
              <w:r w:rsidRPr="00CF2FC1">
                <w:rPr>
                  <w:rStyle w:val="Hipervnculo"/>
                  <w:rFonts w:eastAsia="Cambria"/>
                  <w:color w:val="auto"/>
                  <w:sz w:val="14"/>
                  <w:szCs w:val="14"/>
                  <w:u w:val="none"/>
                  <w:lang w:val="pt-PT"/>
                </w:rPr>
                <w:t>Lotus Blanc Hotel</w:t>
              </w:r>
            </w:hyperlink>
          </w:p>
        </w:tc>
        <w:tc>
          <w:tcPr>
            <w:tcW w:w="1108" w:type="pct"/>
            <w:vAlign w:val="center"/>
          </w:tcPr>
          <w:p w14:paraId="08B7843D" w14:textId="77777777" w:rsidR="00B42F01" w:rsidRPr="00CF2FC1" w:rsidRDefault="00B42F01" w:rsidP="00CF4EC5">
            <w:pPr>
              <w:jc w:val="center"/>
              <w:rPr>
                <w:rStyle w:val="Hipervnculo"/>
                <w:rFonts w:eastAsia="Cambria"/>
                <w:color w:val="auto"/>
                <w:sz w:val="14"/>
                <w:szCs w:val="14"/>
                <w:u w:val="none"/>
                <w:lang w:val="en-US"/>
              </w:rPr>
            </w:pPr>
            <w:r w:rsidRPr="00CF2FC1">
              <w:fldChar w:fldCharType="begin"/>
            </w:r>
            <w:r w:rsidRPr="00CF2FC1">
              <w:rPr>
                <w:lang w:val="en-US"/>
              </w:rPr>
              <w:instrText xml:space="preserve"> HYPERLINK "https://www.sofitel-angkor-phokeethra.com/" </w:instrText>
            </w:r>
            <w:r w:rsidRPr="00CF2FC1">
              <w:fldChar w:fldCharType="separate"/>
            </w:r>
            <w:r w:rsidRPr="00CF2FC1">
              <w:rPr>
                <w:rStyle w:val="Hipervnculo"/>
                <w:rFonts w:eastAsia="Cambria"/>
                <w:color w:val="auto"/>
                <w:sz w:val="14"/>
                <w:szCs w:val="14"/>
                <w:u w:val="none"/>
                <w:lang w:val="en-US"/>
              </w:rPr>
              <w:t>Sofitel Angkor Phokeethra</w:t>
            </w:r>
          </w:p>
          <w:p w14:paraId="0358DAB3" w14:textId="77777777" w:rsidR="00B42F01" w:rsidRPr="00CF2FC1" w:rsidRDefault="00B42F01" w:rsidP="00CF4EC5">
            <w:pPr>
              <w:jc w:val="center"/>
              <w:rPr>
                <w:lang w:val="en-US"/>
              </w:rPr>
            </w:pPr>
            <w:r w:rsidRPr="00CF2FC1">
              <w:rPr>
                <w:rStyle w:val="Hipervnculo"/>
                <w:rFonts w:eastAsia="Cambria"/>
                <w:color w:val="auto"/>
                <w:sz w:val="14"/>
                <w:szCs w:val="14"/>
                <w:u w:val="none"/>
                <w:lang w:val="en-US"/>
              </w:rPr>
              <w:t>Golf &amp; Spa Resort</w:t>
            </w:r>
            <w:r w:rsidRPr="00CF2FC1">
              <w:fldChar w:fldCharType="end"/>
            </w:r>
          </w:p>
        </w:tc>
        <w:tc>
          <w:tcPr>
            <w:tcW w:w="1085" w:type="pct"/>
            <w:vAlign w:val="center"/>
          </w:tcPr>
          <w:p w14:paraId="02CAC3E5" w14:textId="77777777" w:rsidR="00B42F01" w:rsidRPr="00CF2FC1" w:rsidRDefault="00B42F01" w:rsidP="00CF4EC5">
            <w:pPr>
              <w:jc w:val="center"/>
              <w:rPr>
                <w:rStyle w:val="Hipervnculo"/>
                <w:rFonts w:eastAsia="Cambria"/>
                <w:color w:val="auto"/>
                <w:sz w:val="14"/>
                <w:szCs w:val="14"/>
                <w:u w:val="none"/>
                <w:lang w:val="en-US"/>
              </w:rPr>
            </w:pPr>
            <w:r w:rsidRPr="00CF2FC1">
              <w:fldChar w:fldCharType="begin"/>
            </w:r>
            <w:r w:rsidRPr="00CF2FC1">
              <w:rPr>
                <w:lang w:val="en-US"/>
              </w:rPr>
              <w:instrText xml:space="preserve"> HYPERLINK "https://www.sofitel-angkor-phokeethra.com/" </w:instrText>
            </w:r>
            <w:r w:rsidRPr="00CF2FC1">
              <w:fldChar w:fldCharType="separate"/>
            </w:r>
            <w:r w:rsidRPr="00CF2FC1">
              <w:rPr>
                <w:rStyle w:val="Hipervnculo"/>
                <w:rFonts w:eastAsia="Cambria"/>
                <w:color w:val="auto"/>
                <w:sz w:val="14"/>
                <w:szCs w:val="14"/>
                <w:u w:val="none"/>
                <w:lang w:val="en-US"/>
              </w:rPr>
              <w:t>Sofitel Angkor Phokeethra</w:t>
            </w:r>
          </w:p>
          <w:p w14:paraId="37C9EAE1" w14:textId="77777777" w:rsidR="00B42F01" w:rsidRPr="00CF2FC1" w:rsidRDefault="00B42F01" w:rsidP="00CF4EC5">
            <w:pPr>
              <w:jc w:val="center"/>
              <w:rPr>
                <w:lang w:val="en-US"/>
              </w:rPr>
            </w:pPr>
            <w:r w:rsidRPr="00CF2FC1">
              <w:rPr>
                <w:rStyle w:val="Hipervnculo"/>
                <w:rFonts w:eastAsia="Cambria"/>
                <w:color w:val="auto"/>
                <w:sz w:val="14"/>
                <w:szCs w:val="14"/>
                <w:u w:val="none"/>
                <w:lang w:val="en-US"/>
              </w:rPr>
              <w:t>Golf &amp; Spa Resort</w:t>
            </w:r>
            <w:r w:rsidRPr="00CF2FC1">
              <w:fldChar w:fldCharType="end"/>
            </w:r>
          </w:p>
        </w:tc>
      </w:tr>
      <w:tr w:rsidR="00034AA8" w:rsidRPr="00EF1F0B" w14:paraId="48D9531A" w14:textId="77777777" w:rsidTr="00CF4EC5">
        <w:trPr>
          <w:trHeight w:val="20"/>
          <w:jc w:val="center"/>
        </w:trPr>
        <w:tc>
          <w:tcPr>
            <w:tcW w:w="653" w:type="pct"/>
            <w:vMerge w:val="restart"/>
            <w:vAlign w:val="center"/>
          </w:tcPr>
          <w:p w14:paraId="57EA53F1" w14:textId="77777777" w:rsidR="00B42F01" w:rsidRPr="007036DA" w:rsidRDefault="00B42F01" w:rsidP="00CF4EC5">
            <w:pPr>
              <w:jc w:val="center"/>
            </w:pPr>
            <w:r w:rsidRPr="007036DA">
              <w:t>Phnom Penh</w:t>
            </w:r>
          </w:p>
        </w:tc>
        <w:tc>
          <w:tcPr>
            <w:tcW w:w="1027" w:type="pct"/>
            <w:vAlign w:val="center"/>
          </w:tcPr>
          <w:p w14:paraId="53A32F66" w14:textId="77777777" w:rsidR="00B42F01" w:rsidRPr="00CF2FC1" w:rsidRDefault="00B42F01" w:rsidP="00CF4EC5">
            <w:pPr>
              <w:jc w:val="center"/>
              <w:rPr>
                <w:rFonts w:eastAsia="Cambria"/>
                <w:sz w:val="14"/>
                <w:szCs w:val="14"/>
              </w:rPr>
            </w:pPr>
            <w:r>
              <w:rPr>
                <w:noProof/>
              </w:rPr>
              <w:drawing>
                <wp:inline distT="0" distB="0" distL="0" distR="0" wp14:anchorId="0F83C96D" wp14:editId="4DD31C9C">
                  <wp:extent cx="1025718" cy="713576"/>
                  <wp:effectExtent l="0" t="0" r="3175" b="0"/>
                  <wp:docPr id="988262802" name="Imagen 21" descr="Sensory Park Urban Hotel, Phnom Penh - Latest Prices and Deals [2026] |  Trip.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ensory Park Urban Hotel, Phnom Penh - Latest Prices and Deals [2026] |  Trip.co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6433" cy="721030"/>
                          </a:xfrm>
                          <a:prstGeom prst="rect">
                            <a:avLst/>
                          </a:prstGeom>
                          <a:noFill/>
                          <a:ln>
                            <a:noFill/>
                          </a:ln>
                        </pic:spPr>
                      </pic:pic>
                    </a:graphicData>
                  </a:graphic>
                </wp:inline>
              </w:drawing>
            </w:r>
          </w:p>
        </w:tc>
        <w:tc>
          <w:tcPr>
            <w:tcW w:w="1127" w:type="pct"/>
            <w:vAlign w:val="center"/>
          </w:tcPr>
          <w:p w14:paraId="365E36A5" w14:textId="77777777" w:rsidR="00B42F01" w:rsidRPr="00CF2FC1" w:rsidRDefault="00B42F01" w:rsidP="00CF4EC5">
            <w:pPr>
              <w:jc w:val="center"/>
              <w:rPr>
                <w:rFonts w:eastAsia="Cambria"/>
                <w:sz w:val="14"/>
                <w:szCs w:val="14"/>
              </w:rPr>
            </w:pPr>
            <w:r>
              <w:rPr>
                <w:noProof/>
              </w:rPr>
              <w:drawing>
                <wp:inline distT="0" distB="0" distL="0" distR="0" wp14:anchorId="36FD677C" wp14:editId="3277DF95">
                  <wp:extent cx="865488" cy="610346"/>
                  <wp:effectExtent l="0" t="0" r="0" b="0"/>
                  <wp:docPr id="888495144" name="Imagen 22" descr="SUN &amp; MOON, Riverside Hotel, Phnom Penh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UN &amp; MOON, Riverside Hotel, Phnom Penh (precios actualizados 20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8603" cy="633699"/>
                          </a:xfrm>
                          <a:prstGeom prst="rect">
                            <a:avLst/>
                          </a:prstGeom>
                          <a:noFill/>
                          <a:ln>
                            <a:noFill/>
                          </a:ln>
                        </pic:spPr>
                      </pic:pic>
                    </a:graphicData>
                  </a:graphic>
                </wp:inline>
              </w:drawing>
            </w:r>
          </w:p>
        </w:tc>
        <w:tc>
          <w:tcPr>
            <w:tcW w:w="1108" w:type="pct"/>
            <w:vAlign w:val="center"/>
          </w:tcPr>
          <w:p w14:paraId="57632292" w14:textId="77777777" w:rsidR="00B42F01" w:rsidRPr="00CF2FC1" w:rsidRDefault="00B42F01" w:rsidP="00CF4EC5">
            <w:pPr>
              <w:jc w:val="center"/>
              <w:rPr>
                <w:rFonts w:eastAsia="Cambria"/>
                <w:sz w:val="14"/>
                <w:szCs w:val="14"/>
              </w:rPr>
            </w:pPr>
            <w:r>
              <w:rPr>
                <w:noProof/>
              </w:rPr>
              <w:drawing>
                <wp:inline distT="0" distB="0" distL="0" distR="0" wp14:anchorId="3BC9214F" wp14:editId="2E0FA6CC">
                  <wp:extent cx="946205" cy="656145"/>
                  <wp:effectExtent l="0" t="0" r="6350" b="0"/>
                  <wp:docPr id="411128951" name="Imagen 23" descr="Hyatt Regency Phnom Penh, Phnom Penh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yatt Regency Phnom Penh, Phnom Penh (precios actualizados 20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0130" cy="672736"/>
                          </a:xfrm>
                          <a:prstGeom prst="rect">
                            <a:avLst/>
                          </a:prstGeom>
                          <a:noFill/>
                          <a:ln>
                            <a:noFill/>
                          </a:ln>
                        </pic:spPr>
                      </pic:pic>
                    </a:graphicData>
                  </a:graphic>
                </wp:inline>
              </w:drawing>
            </w:r>
          </w:p>
        </w:tc>
        <w:tc>
          <w:tcPr>
            <w:tcW w:w="1085" w:type="pct"/>
            <w:vAlign w:val="center"/>
          </w:tcPr>
          <w:p w14:paraId="11321196" w14:textId="77777777" w:rsidR="00B42F01" w:rsidRPr="00CF2FC1" w:rsidRDefault="00B42F01" w:rsidP="00CF4EC5">
            <w:pPr>
              <w:jc w:val="center"/>
              <w:rPr>
                <w:rFonts w:eastAsia="Cambria"/>
                <w:sz w:val="14"/>
                <w:szCs w:val="14"/>
              </w:rPr>
            </w:pPr>
            <w:r>
              <w:rPr>
                <w:noProof/>
              </w:rPr>
              <w:drawing>
                <wp:inline distT="0" distB="0" distL="0" distR="0" wp14:anchorId="297EA472" wp14:editId="7A777610">
                  <wp:extent cx="946205" cy="656145"/>
                  <wp:effectExtent l="0" t="0" r="6350" b="0"/>
                  <wp:docPr id="1196768489" name="Imagen 23" descr="Hyatt Regency Phnom Penh, Phnom Penh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yatt Regency Phnom Penh, Phnom Penh (precios actualizados 20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0130" cy="672736"/>
                          </a:xfrm>
                          <a:prstGeom prst="rect">
                            <a:avLst/>
                          </a:prstGeom>
                          <a:noFill/>
                          <a:ln>
                            <a:noFill/>
                          </a:ln>
                        </pic:spPr>
                      </pic:pic>
                    </a:graphicData>
                  </a:graphic>
                </wp:inline>
              </w:drawing>
            </w:r>
          </w:p>
        </w:tc>
      </w:tr>
      <w:tr w:rsidR="00034AA8" w:rsidRPr="00760CDE" w14:paraId="3892044A" w14:textId="77777777" w:rsidTr="00CF4EC5">
        <w:trPr>
          <w:trHeight w:val="20"/>
          <w:jc w:val="center"/>
        </w:trPr>
        <w:tc>
          <w:tcPr>
            <w:tcW w:w="653" w:type="pct"/>
            <w:vMerge/>
            <w:vAlign w:val="center"/>
          </w:tcPr>
          <w:p w14:paraId="5455DB58" w14:textId="77777777" w:rsidR="00B42F01" w:rsidRPr="007036DA" w:rsidRDefault="00B42F01" w:rsidP="00CF4EC5">
            <w:pPr>
              <w:jc w:val="center"/>
            </w:pPr>
          </w:p>
        </w:tc>
        <w:tc>
          <w:tcPr>
            <w:tcW w:w="1027" w:type="pct"/>
            <w:vAlign w:val="center"/>
          </w:tcPr>
          <w:p w14:paraId="7CCCA312" w14:textId="77777777" w:rsidR="00B42F01" w:rsidRPr="00CF2FC1" w:rsidRDefault="00B42F01" w:rsidP="00CF4EC5">
            <w:pPr>
              <w:jc w:val="center"/>
              <w:rPr>
                <w:sz w:val="14"/>
                <w:szCs w:val="14"/>
                <w:shd w:val="clear" w:color="auto" w:fill="FFFFFF"/>
                <w:lang w:val="en-US"/>
              </w:rPr>
            </w:pPr>
            <w:hyperlink r:id="rId30" w:history="1">
              <w:r w:rsidRPr="00CF2FC1">
                <w:rPr>
                  <w:rStyle w:val="Hipervnculo"/>
                  <w:color w:val="auto"/>
                  <w:sz w:val="14"/>
                  <w:szCs w:val="14"/>
                  <w:u w:val="none"/>
                  <w:shd w:val="clear" w:color="auto" w:fill="FFFFFF"/>
                  <w:lang w:val="en-US"/>
                </w:rPr>
                <w:t>Sensory Park Urban Hotel</w:t>
              </w:r>
            </w:hyperlink>
          </w:p>
        </w:tc>
        <w:tc>
          <w:tcPr>
            <w:tcW w:w="1127" w:type="pct"/>
            <w:vAlign w:val="center"/>
          </w:tcPr>
          <w:p w14:paraId="5198DD27" w14:textId="77777777" w:rsidR="00B42F01" w:rsidRPr="00CF2FC1" w:rsidRDefault="00B42F01" w:rsidP="00CF4EC5">
            <w:pPr>
              <w:jc w:val="center"/>
              <w:rPr>
                <w:sz w:val="14"/>
                <w:szCs w:val="14"/>
                <w:lang w:val="en-US"/>
              </w:rPr>
            </w:pPr>
            <w:hyperlink r:id="rId31" w:history="1">
              <w:r w:rsidRPr="00CF2FC1">
                <w:rPr>
                  <w:rStyle w:val="Hipervnculo"/>
                  <w:color w:val="auto"/>
                  <w:sz w:val="14"/>
                  <w:szCs w:val="14"/>
                  <w:u w:val="none"/>
                  <w:lang w:val="en-US"/>
                </w:rPr>
                <w:t>Sun &amp; Moon Riverside Hotel</w:t>
              </w:r>
            </w:hyperlink>
          </w:p>
        </w:tc>
        <w:tc>
          <w:tcPr>
            <w:tcW w:w="1108" w:type="pct"/>
            <w:vAlign w:val="center"/>
          </w:tcPr>
          <w:p w14:paraId="7069057F" w14:textId="77777777" w:rsidR="00B42F01" w:rsidRPr="00CF2FC1" w:rsidRDefault="00B42F01" w:rsidP="00CF4EC5">
            <w:pPr>
              <w:jc w:val="center"/>
              <w:rPr>
                <w:rStyle w:val="Hipervnculo"/>
                <w:color w:val="auto"/>
                <w:sz w:val="14"/>
                <w:szCs w:val="14"/>
                <w:u w:val="none"/>
              </w:rPr>
            </w:pPr>
            <w:hyperlink r:id="rId32" w:history="1">
              <w:r w:rsidRPr="00CF2FC1">
                <w:rPr>
                  <w:rStyle w:val="Hipervnculo"/>
                  <w:color w:val="auto"/>
                  <w:sz w:val="14"/>
                  <w:szCs w:val="14"/>
                  <w:u w:val="none"/>
                  <w:lang w:val="en-US"/>
                </w:rPr>
                <w:t>Hyatt Regency Phnom Penh</w:t>
              </w:r>
            </w:hyperlink>
          </w:p>
        </w:tc>
        <w:tc>
          <w:tcPr>
            <w:tcW w:w="1085" w:type="pct"/>
            <w:vAlign w:val="center"/>
          </w:tcPr>
          <w:p w14:paraId="0804BB4C" w14:textId="5CD23A7E" w:rsidR="00B42F01" w:rsidRPr="00CF2FC1" w:rsidRDefault="00B42F01" w:rsidP="00CF4EC5">
            <w:pPr>
              <w:jc w:val="center"/>
              <w:rPr>
                <w:sz w:val="14"/>
                <w:szCs w:val="14"/>
                <w:lang w:val="en-US"/>
              </w:rPr>
            </w:pPr>
            <w:hyperlink r:id="rId33" w:history="1">
              <w:r w:rsidRPr="00CF2FC1">
                <w:rPr>
                  <w:rStyle w:val="Hipervnculo"/>
                  <w:color w:val="auto"/>
                  <w:sz w:val="14"/>
                  <w:szCs w:val="14"/>
                  <w:u w:val="none"/>
                  <w:lang w:val="en-US"/>
                </w:rPr>
                <w:t>Hyatt Regency Phnom Penh</w:t>
              </w:r>
            </w:hyperlink>
            <w:r w:rsidR="00B73E08" w:rsidRPr="00CF2FC1">
              <w:rPr>
                <w:sz w:val="14"/>
                <w:szCs w:val="14"/>
                <w:lang w:val="en-US"/>
              </w:rPr>
              <w:t xml:space="preserve"> </w:t>
            </w:r>
          </w:p>
        </w:tc>
      </w:tr>
      <w:tr w:rsidR="001565D8" w:rsidRPr="00EF1F0B" w14:paraId="7B31AD10" w14:textId="77777777" w:rsidTr="00CF4EC5">
        <w:trPr>
          <w:trHeight w:val="20"/>
          <w:jc w:val="center"/>
        </w:trPr>
        <w:tc>
          <w:tcPr>
            <w:tcW w:w="653" w:type="pct"/>
            <w:vMerge w:val="restart"/>
            <w:vAlign w:val="center"/>
          </w:tcPr>
          <w:p w14:paraId="0698C7BB" w14:textId="33DF54A7" w:rsidR="001565D8" w:rsidRPr="007036DA" w:rsidRDefault="007127A0" w:rsidP="00CF4EC5">
            <w:pPr>
              <w:jc w:val="center"/>
            </w:pPr>
            <w:r w:rsidRPr="007036DA">
              <w:t>Bangkok</w:t>
            </w:r>
          </w:p>
        </w:tc>
        <w:tc>
          <w:tcPr>
            <w:tcW w:w="1027" w:type="pct"/>
            <w:vAlign w:val="center"/>
          </w:tcPr>
          <w:p w14:paraId="2E32F487" w14:textId="007C9268" w:rsidR="001565D8" w:rsidRPr="00CF2FC1" w:rsidRDefault="00FC5273" w:rsidP="00CF4EC5">
            <w:pPr>
              <w:jc w:val="center"/>
              <w:rPr>
                <w:sz w:val="14"/>
                <w:szCs w:val="14"/>
              </w:rPr>
            </w:pPr>
            <w:r>
              <w:rPr>
                <w:noProof/>
              </w:rPr>
              <w:drawing>
                <wp:inline distT="0" distB="0" distL="0" distR="0" wp14:anchorId="5930DBE7" wp14:editId="7C2DB4C3">
                  <wp:extent cx="1028700" cy="752475"/>
                  <wp:effectExtent l="0" t="0" r="0" b="9525"/>
                  <wp:docPr id="1" name="Imagen 16" descr="Bangkok Hotel: Mandarin Hotel Bangkok – First Class Hotel in Bangkok |  Offic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gkok Hotel: Mandarin Hotel Bangkok – First Class Hotel in Bangkok |  Official Si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8700" cy="752475"/>
                          </a:xfrm>
                          <a:prstGeom prst="rect">
                            <a:avLst/>
                          </a:prstGeom>
                          <a:noFill/>
                          <a:ln>
                            <a:noFill/>
                          </a:ln>
                        </pic:spPr>
                      </pic:pic>
                    </a:graphicData>
                  </a:graphic>
                </wp:inline>
              </w:drawing>
            </w:r>
          </w:p>
        </w:tc>
        <w:tc>
          <w:tcPr>
            <w:tcW w:w="1127" w:type="pct"/>
            <w:vAlign w:val="center"/>
          </w:tcPr>
          <w:p w14:paraId="73DB9D3B" w14:textId="02EA7F53" w:rsidR="001565D8" w:rsidRPr="00CF4EC5" w:rsidRDefault="00FC5273" w:rsidP="00CF4EC5">
            <w:pPr>
              <w:jc w:val="center"/>
              <w:rPr>
                <w:lang w:val="en-US"/>
              </w:rPr>
            </w:pPr>
            <w:r>
              <w:rPr>
                <w:noProof/>
              </w:rPr>
              <w:drawing>
                <wp:inline distT="0" distB="0" distL="0" distR="0" wp14:anchorId="08EB8650" wp14:editId="5780CAA2">
                  <wp:extent cx="971550" cy="695325"/>
                  <wp:effectExtent l="0" t="0" r="0" b="9525"/>
                  <wp:docPr id="2" name="Imagen 15" descr="Bangkok Hotel: Mandarin Hotel Bangkok – First Class Hotel in Bangkok |  Offic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gkok Hotel: Mandarin Hotel Bangkok – First Class Hotel in Bangkok |  Official Si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1550" cy="695325"/>
                          </a:xfrm>
                          <a:prstGeom prst="rect">
                            <a:avLst/>
                          </a:prstGeom>
                          <a:noFill/>
                          <a:ln>
                            <a:noFill/>
                          </a:ln>
                        </pic:spPr>
                      </pic:pic>
                    </a:graphicData>
                  </a:graphic>
                </wp:inline>
              </w:drawing>
            </w:r>
          </w:p>
        </w:tc>
        <w:tc>
          <w:tcPr>
            <w:tcW w:w="1108" w:type="pct"/>
            <w:vAlign w:val="center"/>
          </w:tcPr>
          <w:p w14:paraId="4B2BD77F" w14:textId="5DE01F0F" w:rsidR="001565D8" w:rsidRPr="00CF2FC1" w:rsidRDefault="00FC5273" w:rsidP="00CF4EC5">
            <w:pPr>
              <w:jc w:val="center"/>
              <w:rPr>
                <w:sz w:val="14"/>
                <w:szCs w:val="14"/>
              </w:rPr>
            </w:pPr>
            <w:r>
              <w:rPr>
                <w:noProof/>
              </w:rPr>
              <w:drawing>
                <wp:inline distT="0" distB="0" distL="0" distR="0" wp14:anchorId="779E2220" wp14:editId="05E2839F">
                  <wp:extent cx="1019175" cy="685800"/>
                  <wp:effectExtent l="0" t="0" r="9525" b="0"/>
                  <wp:docPr id="3" name="Imagen 14" descr="Montien Hotel Surawong Bangkok en Bangkok: ver hotel, precios y opiniones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tien Hotel Surawong Bangkok en Bangkok: ver hotel, precios y opiniones -  Hoteles.co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19175" cy="685800"/>
                          </a:xfrm>
                          <a:prstGeom prst="rect">
                            <a:avLst/>
                          </a:prstGeom>
                          <a:noFill/>
                          <a:ln>
                            <a:noFill/>
                          </a:ln>
                        </pic:spPr>
                      </pic:pic>
                    </a:graphicData>
                  </a:graphic>
                </wp:inline>
              </w:drawing>
            </w:r>
          </w:p>
        </w:tc>
        <w:tc>
          <w:tcPr>
            <w:tcW w:w="1085" w:type="pct"/>
            <w:vAlign w:val="center"/>
          </w:tcPr>
          <w:p w14:paraId="6BF6EEBD" w14:textId="0B1AC110" w:rsidR="001565D8" w:rsidRPr="00CF4EC5" w:rsidRDefault="00FC5273" w:rsidP="00CF4EC5">
            <w:pPr>
              <w:jc w:val="center"/>
              <w:rPr>
                <w:lang w:val="en-US"/>
              </w:rPr>
            </w:pPr>
            <w:r>
              <w:rPr>
                <w:noProof/>
              </w:rPr>
              <w:drawing>
                <wp:inline distT="0" distB="0" distL="0" distR="0" wp14:anchorId="1A3C480B" wp14:editId="69B2CACB">
                  <wp:extent cx="1152525" cy="647700"/>
                  <wp:effectExtent l="0" t="0" r="9525" b="0"/>
                  <wp:docPr id="4" name="Imagen 13" descr="SO/Bangkok, Bangkok, Tai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Bangkok, Bangkok, Tailandi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a:ln>
                            <a:noFill/>
                          </a:ln>
                        </pic:spPr>
                      </pic:pic>
                    </a:graphicData>
                  </a:graphic>
                </wp:inline>
              </w:drawing>
            </w:r>
          </w:p>
        </w:tc>
      </w:tr>
      <w:tr w:rsidR="001565D8" w:rsidRPr="00EF1F0B" w14:paraId="2973A610" w14:textId="77777777" w:rsidTr="00CF4EC5">
        <w:trPr>
          <w:trHeight w:val="20"/>
          <w:jc w:val="center"/>
        </w:trPr>
        <w:tc>
          <w:tcPr>
            <w:tcW w:w="653" w:type="pct"/>
            <w:vMerge/>
            <w:vAlign w:val="center"/>
          </w:tcPr>
          <w:p w14:paraId="454293E5" w14:textId="77777777" w:rsidR="001565D8" w:rsidRPr="007036DA" w:rsidRDefault="001565D8" w:rsidP="00CF4EC5">
            <w:pPr>
              <w:jc w:val="center"/>
            </w:pPr>
          </w:p>
        </w:tc>
        <w:tc>
          <w:tcPr>
            <w:tcW w:w="1027" w:type="pct"/>
            <w:vAlign w:val="center"/>
          </w:tcPr>
          <w:p w14:paraId="263082F9" w14:textId="639A6A08" w:rsidR="001565D8" w:rsidRPr="001565D8" w:rsidRDefault="001565D8" w:rsidP="00CF4EC5">
            <w:pPr>
              <w:jc w:val="center"/>
              <w:rPr>
                <w:sz w:val="14"/>
                <w:szCs w:val="14"/>
                <w:lang w:val="en-US"/>
              </w:rPr>
            </w:pPr>
            <w:hyperlink r:id="rId37" w:history="1">
              <w:r w:rsidRPr="00082714">
                <w:rPr>
                  <w:rStyle w:val="Hipervnculo"/>
                  <w:color w:val="auto"/>
                  <w:sz w:val="14"/>
                  <w:szCs w:val="14"/>
                  <w:lang w:val="en-US"/>
                </w:rPr>
                <w:t xml:space="preserve">Mandarin Hotel </w:t>
              </w:r>
              <w:proofErr w:type="gramStart"/>
              <w:r w:rsidRPr="00082714">
                <w:rPr>
                  <w:rStyle w:val="Hipervnculo"/>
                  <w:color w:val="auto"/>
                  <w:sz w:val="14"/>
                  <w:szCs w:val="14"/>
                  <w:lang w:val="en-US"/>
                </w:rPr>
                <w:t>By</w:t>
              </w:r>
              <w:proofErr w:type="gramEnd"/>
              <w:r w:rsidRPr="00082714">
                <w:rPr>
                  <w:rStyle w:val="Hipervnculo"/>
                  <w:color w:val="auto"/>
                  <w:sz w:val="14"/>
                  <w:szCs w:val="14"/>
                  <w:lang w:val="en-US"/>
                </w:rPr>
                <w:t xml:space="preserve"> Centre Point</w:t>
              </w:r>
            </w:hyperlink>
          </w:p>
        </w:tc>
        <w:tc>
          <w:tcPr>
            <w:tcW w:w="1127" w:type="pct"/>
            <w:vAlign w:val="center"/>
          </w:tcPr>
          <w:p w14:paraId="2E1D4893" w14:textId="35E2A24D" w:rsidR="001565D8" w:rsidRPr="001565D8" w:rsidRDefault="001565D8" w:rsidP="00CF4EC5">
            <w:pPr>
              <w:jc w:val="center"/>
              <w:rPr>
                <w:sz w:val="14"/>
                <w:szCs w:val="14"/>
                <w:lang w:val="en-US"/>
              </w:rPr>
            </w:pPr>
            <w:hyperlink r:id="rId38" w:history="1">
              <w:r w:rsidRPr="00082714">
                <w:rPr>
                  <w:rStyle w:val="Hipervnculo"/>
                  <w:color w:val="auto"/>
                  <w:sz w:val="14"/>
                  <w:szCs w:val="14"/>
                  <w:lang w:val="en-US"/>
                </w:rPr>
                <w:t xml:space="preserve">Mandarin Hotel </w:t>
              </w:r>
              <w:proofErr w:type="gramStart"/>
              <w:r w:rsidRPr="00082714">
                <w:rPr>
                  <w:rStyle w:val="Hipervnculo"/>
                  <w:color w:val="auto"/>
                  <w:sz w:val="14"/>
                  <w:szCs w:val="14"/>
                  <w:lang w:val="en-US"/>
                </w:rPr>
                <w:t>By</w:t>
              </w:r>
              <w:proofErr w:type="gramEnd"/>
              <w:r w:rsidRPr="00082714">
                <w:rPr>
                  <w:rStyle w:val="Hipervnculo"/>
                  <w:color w:val="auto"/>
                  <w:sz w:val="14"/>
                  <w:szCs w:val="14"/>
                  <w:lang w:val="en-US"/>
                </w:rPr>
                <w:t xml:space="preserve"> Centre Point</w:t>
              </w:r>
            </w:hyperlink>
          </w:p>
        </w:tc>
        <w:tc>
          <w:tcPr>
            <w:tcW w:w="1108" w:type="pct"/>
            <w:vAlign w:val="center"/>
          </w:tcPr>
          <w:p w14:paraId="3475F922" w14:textId="19B333E8" w:rsidR="001565D8" w:rsidRPr="00440DDB" w:rsidRDefault="001565D8" w:rsidP="00CF4EC5">
            <w:pPr>
              <w:jc w:val="center"/>
              <w:rPr>
                <w:sz w:val="14"/>
                <w:szCs w:val="14"/>
                <w:lang w:val="es-CO"/>
              </w:rPr>
            </w:pPr>
            <w:hyperlink r:id="rId39" w:history="1">
              <w:r w:rsidRPr="00082714">
                <w:rPr>
                  <w:rStyle w:val="Hipervnculo"/>
                  <w:color w:val="auto"/>
                  <w:sz w:val="14"/>
                  <w:szCs w:val="14"/>
                </w:rPr>
                <w:t>Montien Surawong</w:t>
              </w:r>
            </w:hyperlink>
          </w:p>
        </w:tc>
        <w:tc>
          <w:tcPr>
            <w:tcW w:w="1085" w:type="pct"/>
            <w:vAlign w:val="center"/>
          </w:tcPr>
          <w:p w14:paraId="1164994E" w14:textId="77777777" w:rsidR="001565D8" w:rsidRPr="00082714" w:rsidRDefault="001565D8" w:rsidP="00CF4EC5">
            <w:pPr>
              <w:jc w:val="center"/>
              <w:rPr>
                <w:sz w:val="14"/>
                <w:szCs w:val="14"/>
                <w:lang w:val="en-US"/>
              </w:rPr>
            </w:pPr>
            <w:hyperlink r:id="rId40" w:history="1">
              <w:proofErr w:type="gramStart"/>
              <w:r w:rsidRPr="00082714">
                <w:rPr>
                  <w:rStyle w:val="Hipervnculo"/>
                  <w:color w:val="auto"/>
                  <w:sz w:val="14"/>
                  <w:szCs w:val="14"/>
                  <w:lang w:val="en-US"/>
                </w:rPr>
                <w:t>So</w:t>
              </w:r>
              <w:proofErr w:type="gramEnd"/>
              <w:r w:rsidRPr="00082714">
                <w:rPr>
                  <w:rStyle w:val="Hipervnculo"/>
                  <w:color w:val="auto"/>
                  <w:sz w:val="14"/>
                  <w:szCs w:val="14"/>
                  <w:lang w:val="en-US"/>
                </w:rPr>
                <w:t xml:space="preserve"> Bangkok</w:t>
              </w:r>
            </w:hyperlink>
          </w:p>
          <w:p w14:paraId="2CE35D00" w14:textId="77777777" w:rsidR="001565D8" w:rsidRPr="00CF2FC1" w:rsidRDefault="001565D8" w:rsidP="00CF4EC5">
            <w:pPr>
              <w:jc w:val="center"/>
            </w:pPr>
          </w:p>
        </w:tc>
      </w:tr>
      <w:tr w:rsidR="007036DA" w:rsidRPr="00EF1F0B" w14:paraId="0400E86C" w14:textId="77777777" w:rsidTr="00CF4EC5">
        <w:trPr>
          <w:trHeight w:val="20"/>
          <w:jc w:val="center"/>
        </w:trPr>
        <w:tc>
          <w:tcPr>
            <w:tcW w:w="653" w:type="pct"/>
            <w:vMerge w:val="restart"/>
            <w:vAlign w:val="center"/>
          </w:tcPr>
          <w:p w14:paraId="2869802F" w14:textId="77777777" w:rsidR="007036DA" w:rsidRPr="007036DA" w:rsidRDefault="007036DA" w:rsidP="00CF4EC5">
            <w:pPr>
              <w:jc w:val="center"/>
            </w:pPr>
          </w:p>
          <w:p w14:paraId="0B56D781" w14:textId="7D0A8A54" w:rsidR="007036DA" w:rsidRPr="007036DA" w:rsidRDefault="007036DA" w:rsidP="00CF4EC5">
            <w:pPr>
              <w:jc w:val="center"/>
            </w:pPr>
            <w:r w:rsidRPr="007036DA">
              <w:t>Chiang Rai</w:t>
            </w:r>
          </w:p>
        </w:tc>
        <w:tc>
          <w:tcPr>
            <w:tcW w:w="1027" w:type="pct"/>
            <w:vAlign w:val="center"/>
          </w:tcPr>
          <w:p w14:paraId="1D961DCC" w14:textId="13AABDB1" w:rsidR="007036DA" w:rsidRPr="00082714" w:rsidRDefault="00FC5273" w:rsidP="00CF4EC5">
            <w:pPr>
              <w:jc w:val="center"/>
            </w:pPr>
            <w:r>
              <w:rPr>
                <w:noProof/>
              </w:rPr>
              <w:drawing>
                <wp:inline distT="0" distB="0" distL="0" distR="0" wp14:anchorId="04CE8850" wp14:editId="49F9EA9F">
                  <wp:extent cx="1104900" cy="638175"/>
                  <wp:effectExtent l="0" t="0" r="0" b="9525"/>
                  <wp:docPr id="5" name="Imagen 12" descr="Laluna Hotel And Resort, Chiang Rai, Chiang Rai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luna Hotel And Resort, Chiang Rai, Chiang Rai (precios actualizados 20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04900" cy="638175"/>
                          </a:xfrm>
                          <a:prstGeom prst="rect">
                            <a:avLst/>
                          </a:prstGeom>
                          <a:noFill/>
                          <a:ln>
                            <a:noFill/>
                          </a:ln>
                        </pic:spPr>
                      </pic:pic>
                    </a:graphicData>
                  </a:graphic>
                </wp:inline>
              </w:drawing>
            </w:r>
          </w:p>
        </w:tc>
        <w:tc>
          <w:tcPr>
            <w:tcW w:w="1127" w:type="pct"/>
            <w:vAlign w:val="center"/>
          </w:tcPr>
          <w:p w14:paraId="2301DBD9" w14:textId="36096ED2" w:rsidR="007036DA" w:rsidRPr="00082714" w:rsidRDefault="00FC5273" w:rsidP="00CF4EC5">
            <w:pPr>
              <w:jc w:val="center"/>
            </w:pPr>
            <w:r>
              <w:rPr>
                <w:noProof/>
              </w:rPr>
              <w:drawing>
                <wp:inline distT="0" distB="0" distL="0" distR="0" wp14:anchorId="58201CE7" wp14:editId="6E546090">
                  <wp:extent cx="1190625" cy="657225"/>
                  <wp:effectExtent l="0" t="0" r="9525" b="9525"/>
                  <wp:docPr id="6" name="Imagen 11" descr="THE HERITAGE CHIANG RAI HOTEL AND CONVENTION desde $ 200.000 (Tailandi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HERITAGE CHIANG RAI HOTEL AND CONVENTION desde $ 200.000 (Tailandia) -  opiniones y comentarios - hotel - Tripadviso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0625" cy="657225"/>
                          </a:xfrm>
                          <a:prstGeom prst="rect">
                            <a:avLst/>
                          </a:prstGeom>
                          <a:noFill/>
                          <a:ln>
                            <a:noFill/>
                          </a:ln>
                        </pic:spPr>
                      </pic:pic>
                    </a:graphicData>
                  </a:graphic>
                </wp:inline>
              </w:drawing>
            </w:r>
          </w:p>
        </w:tc>
        <w:tc>
          <w:tcPr>
            <w:tcW w:w="1108" w:type="pct"/>
            <w:vAlign w:val="center"/>
          </w:tcPr>
          <w:p w14:paraId="195BEB47" w14:textId="7E6E5FE1" w:rsidR="007036DA" w:rsidRPr="00082714" w:rsidRDefault="00FC5273" w:rsidP="00CF4EC5">
            <w:pPr>
              <w:jc w:val="center"/>
            </w:pPr>
            <w:r>
              <w:rPr>
                <w:noProof/>
              </w:rPr>
              <w:drawing>
                <wp:inline distT="0" distB="0" distL="0" distR="0" wp14:anchorId="54A8C779" wp14:editId="42F6502B">
                  <wp:extent cx="1143000" cy="628650"/>
                  <wp:effectExtent l="0" t="0" r="0" b="0"/>
                  <wp:docPr id="7" name="Imagen 10" descr="The Riverie by Katath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Riverie by Katathan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0" cy="628650"/>
                          </a:xfrm>
                          <a:prstGeom prst="rect">
                            <a:avLst/>
                          </a:prstGeom>
                          <a:noFill/>
                          <a:ln>
                            <a:noFill/>
                          </a:ln>
                        </pic:spPr>
                      </pic:pic>
                    </a:graphicData>
                  </a:graphic>
                </wp:inline>
              </w:drawing>
            </w:r>
          </w:p>
        </w:tc>
        <w:tc>
          <w:tcPr>
            <w:tcW w:w="1085" w:type="pct"/>
            <w:vAlign w:val="center"/>
          </w:tcPr>
          <w:p w14:paraId="765DB54B" w14:textId="4A5CD4A9" w:rsidR="007036DA" w:rsidRPr="00082714" w:rsidRDefault="00FC5273" w:rsidP="00CF4EC5">
            <w:pPr>
              <w:jc w:val="center"/>
            </w:pPr>
            <w:r>
              <w:rPr>
                <w:noProof/>
              </w:rPr>
              <w:drawing>
                <wp:inline distT="0" distB="0" distL="0" distR="0" wp14:anchorId="1CDB5DBD" wp14:editId="1521BD03">
                  <wp:extent cx="1085850" cy="571500"/>
                  <wp:effectExtent l="0" t="0" r="0" b="0"/>
                  <wp:docPr id="8" name="Imagen 9" descr="LE MERIDIEN CHIANG RAI RESORT, THAILAND desde $ 466.912 (Tailandi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 MERIDIEN CHIANG RAI RESORT, THAILAND desde $ 466.912 (Tailandia) -  opiniones y comentarios - hotel - Tripadviso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5850" cy="571500"/>
                          </a:xfrm>
                          <a:prstGeom prst="rect">
                            <a:avLst/>
                          </a:prstGeom>
                          <a:noFill/>
                          <a:ln>
                            <a:noFill/>
                          </a:ln>
                        </pic:spPr>
                      </pic:pic>
                    </a:graphicData>
                  </a:graphic>
                </wp:inline>
              </w:drawing>
            </w:r>
          </w:p>
        </w:tc>
      </w:tr>
      <w:tr w:rsidR="007036DA" w:rsidRPr="00EF1F0B" w14:paraId="5C7FF6F1" w14:textId="77777777" w:rsidTr="00CF4EC5">
        <w:trPr>
          <w:trHeight w:val="20"/>
          <w:jc w:val="center"/>
        </w:trPr>
        <w:tc>
          <w:tcPr>
            <w:tcW w:w="653" w:type="pct"/>
            <w:vMerge/>
            <w:vAlign w:val="center"/>
          </w:tcPr>
          <w:p w14:paraId="06C1AFD1" w14:textId="77777777" w:rsidR="007036DA" w:rsidRPr="007036DA" w:rsidRDefault="007036DA" w:rsidP="00CF4EC5">
            <w:pPr>
              <w:jc w:val="center"/>
            </w:pPr>
          </w:p>
        </w:tc>
        <w:tc>
          <w:tcPr>
            <w:tcW w:w="1027" w:type="pct"/>
            <w:vAlign w:val="center"/>
          </w:tcPr>
          <w:p w14:paraId="4F829807" w14:textId="10B38D04" w:rsidR="007036DA" w:rsidRPr="00082714" w:rsidRDefault="007036DA" w:rsidP="00CF4EC5">
            <w:pPr>
              <w:jc w:val="center"/>
              <w:rPr>
                <w:sz w:val="14"/>
                <w:szCs w:val="14"/>
              </w:rPr>
            </w:pPr>
            <w:hyperlink r:id="rId45" w:history="1">
              <w:r w:rsidRPr="00082714">
                <w:rPr>
                  <w:rStyle w:val="Hipervnculo"/>
                  <w:color w:val="auto"/>
                  <w:sz w:val="14"/>
                  <w:szCs w:val="14"/>
                </w:rPr>
                <w:t>Laluna Hotel &amp; Resort</w:t>
              </w:r>
            </w:hyperlink>
          </w:p>
        </w:tc>
        <w:tc>
          <w:tcPr>
            <w:tcW w:w="1127" w:type="pct"/>
            <w:vAlign w:val="center"/>
          </w:tcPr>
          <w:p w14:paraId="600F19BC" w14:textId="53359570" w:rsidR="007036DA" w:rsidRPr="00082714" w:rsidRDefault="007036DA" w:rsidP="00CF4EC5">
            <w:pPr>
              <w:jc w:val="center"/>
              <w:rPr>
                <w:sz w:val="14"/>
                <w:szCs w:val="14"/>
              </w:rPr>
            </w:pPr>
            <w:hyperlink r:id="rId46" w:history="1">
              <w:r w:rsidRPr="00082714">
                <w:rPr>
                  <w:rStyle w:val="Hipervnculo"/>
                  <w:color w:val="auto"/>
                  <w:sz w:val="14"/>
                  <w:szCs w:val="14"/>
                </w:rPr>
                <w:t>The Heritage Chiang Rai</w:t>
              </w:r>
            </w:hyperlink>
          </w:p>
        </w:tc>
        <w:tc>
          <w:tcPr>
            <w:tcW w:w="1108" w:type="pct"/>
            <w:vAlign w:val="center"/>
          </w:tcPr>
          <w:p w14:paraId="3E5B2F4B" w14:textId="49B2D25D" w:rsidR="007036DA" w:rsidRPr="00082714" w:rsidRDefault="007036DA" w:rsidP="00CF4EC5">
            <w:pPr>
              <w:jc w:val="center"/>
              <w:rPr>
                <w:sz w:val="14"/>
                <w:szCs w:val="14"/>
              </w:rPr>
            </w:pPr>
            <w:hyperlink r:id="rId47" w:history="1">
              <w:r w:rsidRPr="00082714">
                <w:rPr>
                  <w:rStyle w:val="Hipervnculo"/>
                  <w:color w:val="auto"/>
                  <w:sz w:val="14"/>
                  <w:szCs w:val="14"/>
                  <w:lang w:val="en-US"/>
                </w:rPr>
                <w:t xml:space="preserve">The Riverie </w:t>
              </w:r>
              <w:proofErr w:type="gramStart"/>
              <w:r w:rsidRPr="00082714">
                <w:rPr>
                  <w:rStyle w:val="Hipervnculo"/>
                  <w:color w:val="auto"/>
                  <w:sz w:val="14"/>
                  <w:szCs w:val="14"/>
                  <w:lang w:val="en-US"/>
                </w:rPr>
                <w:t>By</w:t>
              </w:r>
              <w:proofErr w:type="gramEnd"/>
              <w:r w:rsidRPr="00082714">
                <w:rPr>
                  <w:rStyle w:val="Hipervnculo"/>
                  <w:color w:val="auto"/>
                  <w:sz w:val="14"/>
                  <w:szCs w:val="14"/>
                  <w:lang w:val="en-US"/>
                </w:rPr>
                <w:t xml:space="preserve"> Katathani</w:t>
              </w:r>
            </w:hyperlink>
          </w:p>
        </w:tc>
        <w:tc>
          <w:tcPr>
            <w:tcW w:w="1085" w:type="pct"/>
            <w:vAlign w:val="center"/>
          </w:tcPr>
          <w:p w14:paraId="4B321C99" w14:textId="6C3D0A1B" w:rsidR="007036DA" w:rsidRPr="00082714" w:rsidRDefault="007036DA" w:rsidP="00CF4EC5">
            <w:pPr>
              <w:jc w:val="center"/>
              <w:rPr>
                <w:sz w:val="14"/>
                <w:szCs w:val="14"/>
              </w:rPr>
            </w:pPr>
            <w:hyperlink r:id="rId48" w:history="1">
              <w:r w:rsidRPr="00082714">
                <w:rPr>
                  <w:rStyle w:val="Hipervnculo"/>
                  <w:color w:val="auto"/>
                  <w:sz w:val="14"/>
                  <w:szCs w:val="14"/>
                </w:rPr>
                <w:t>Le Meridien</w:t>
              </w:r>
            </w:hyperlink>
          </w:p>
        </w:tc>
      </w:tr>
      <w:tr w:rsidR="00034AA8" w:rsidRPr="00EF1F0B" w14:paraId="1569922C" w14:textId="77777777" w:rsidTr="00CF4EC5">
        <w:trPr>
          <w:trHeight w:val="20"/>
          <w:jc w:val="center"/>
        </w:trPr>
        <w:tc>
          <w:tcPr>
            <w:tcW w:w="653" w:type="pct"/>
            <w:vMerge w:val="restart"/>
            <w:vAlign w:val="center"/>
          </w:tcPr>
          <w:p w14:paraId="3D802BD8" w14:textId="3C2F451F" w:rsidR="00034AA8" w:rsidRPr="007036DA" w:rsidRDefault="00034AA8" w:rsidP="00CF4EC5">
            <w:pPr>
              <w:jc w:val="center"/>
            </w:pPr>
            <w:r w:rsidRPr="007036DA">
              <w:t>Chiang Mai</w:t>
            </w:r>
          </w:p>
        </w:tc>
        <w:tc>
          <w:tcPr>
            <w:tcW w:w="1027" w:type="pct"/>
            <w:vAlign w:val="center"/>
          </w:tcPr>
          <w:p w14:paraId="791EDAC0" w14:textId="30263FBE" w:rsidR="00034AA8" w:rsidRPr="00082714" w:rsidRDefault="00FC5273" w:rsidP="00CF4EC5">
            <w:pPr>
              <w:jc w:val="center"/>
            </w:pPr>
            <w:r>
              <w:rPr>
                <w:noProof/>
              </w:rPr>
              <w:drawing>
                <wp:inline distT="0" distB="0" distL="0" distR="0" wp14:anchorId="7CB9A338" wp14:editId="623897D9">
                  <wp:extent cx="942975" cy="523875"/>
                  <wp:effectExtent l="0" t="0" r="9525" b="9525"/>
                  <wp:docPr id="9" name="Imagen 8" descr="IBIS CHIANG MAI NIMMAN JOURNEYHUB desde $ 170.290 (Tailandia) - opiniones y  comentarios - pequeño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BIS CHIANG MAI NIMMAN JOURNEYHUB desde $ 170.290 (Tailandia) - opiniones y  comentarios - pequeño hotel - Tripadviso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2975" cy="523875"/>
                          </a:xfrm>
                          <a:prstGeom prst="rect">
                            <a:avLst/>
                          </a:prstGeom>
                          <a:noFill/>
                          <a:ln>
                            <a:noFill/>
                          </a:ln>
                        </pic:spPr>
                      </pic:pic>
                    </a:graphicData>
                  </a:graphic>
                </wp:inline>
              </w:drawing>
            </w:r>
          </w:p>
        </w:tc>
        <w:tc>
          <w:tcPr>
            <w:tcW w:w="1127" w:type="pct"/>
            <w:vAlign w:val="center"/>
          </w:tcPr>
          <w:p w14:paraId="2FBAFD6C" w14:textId="73A5CE85" w:rsidR="00034AA8" w:rsidRPr="00082714" w:rsidRDefault="00FC5273" w:rsidP="00CF4EC5">
            <w:pPr>
              <w:jc w:val="center"/>
            </w:pPr>
            <w:r>
              <w:rPr>
                <w:noProof/>
              </w:rPr>
              <w:drawing>
                <wp:inline distT="0" distB="0" distL="0" distR="0" wp14:anchorId="34BAB3EC" wp14:editId="73ADF53B">
                  <wp:extent cx="952500" cy="638175"/>
                  <wp:effectExtent l="0" t="0" r="0" b="9525"/>
                  <wp:docPr id="10" name="Imagen 7" descr="Novotel Chiangmai Nimman Journeyhub, Chiang Mai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votel Chiangmai Nimman Journeyhub, Chiang Mai (precios actualizados 20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tc>
        <w:tc>
          <w:tcPr>
            <w:tcW w:w="1108" w:type="pct"/>
            <w:vAlign w:val="center"/>
          </w:tcPr>
          <w:p w14:paraId="3398F3DF" w14:textId="7F8E8C26" w:rsidR="00034AA8" w:rsidRPr="00F84259" w:rsidRDefault="00FC5273" w:rsidP="00CF4EC5">
            <w:pPr>
              <w:jc w:val="center"/>
              <w:rPr>
                <w:lang w:val="pt-BR"/>
              </w:rPr>
            </w:pPr>
            <w:r>
              <w:rPr>
                <w:noProof/>
              </w:rPr>
              <w:drawing>
                <wp:inline distT="0" distB="0" distL="0" distR="0" wp14:anchorId="69EB08F9" wp14:editId="33592FE1">
                  <wp:extent cx="923925" cy="600075"/>
                  <wp:effectExtent l="0" t="0" r="9525" b="9525"/>
                  <wp:docPr id="11" name="Imagen 6" descr="Melia Chiang Mai, Chiang Mai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lia Chiang Mai, Chiang Mai (precios actualizados 20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3925" cy="600075"/>
                          </a:xfrm>
                          <a:prstGeom prst="rect">
                            <a:avLst/>
                          </a:prstGeom>
                          <a:noFill/>
                          <a:ln>
                            <a:noFill/>
                          </a:ln>
                        </pic:spPr>
                      </pic:pic>
                    </a:graphicData>
                  </a:graphic>
                </wp:inline>
              </w:drawing>
            </w:r>
          </w:p>
        </w:tc>
        <w:tc>
          <w:tcPr>
            <w:tcW w:w="1085" w:type="pct"/>
            <w:vAlign w:val="center"/>
          </w:tcPr>
          <w:p w14:paraId="0DD09179" w14:textId="3DF13DF2" w:rsidR="00034AA8" w:rsidRPr="00F84259" w:rsidRDefault="00FC5273" w:rsidP="00CF4EC5">
            <w:pPr>
              <w:jc w:val="center"/>
              <w:rPr>
                <w:lang w:val="it-IT"/>
              </w:rPr>
            </w:pPr>
            <w:r>
              <w:rPr>
                <w:noProof/>
              </w:rPr>
              <w:drawing>
                <wp:inline distT="0" distB="0" distL="0" distR="0" wp14:anchorId="19938A85" wp14:editId="3537EFA4">
                  <wp:extent cx="895350" cy="600075"/>
                  <wp:effectExtent l="0" t="0" r="0" b="9525"/>
                  <wp:docPr id="12" name="Imagen 5" descr="Shangri-La Chiang Mai, Chiang Mai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ngri-La Chiang Mai, Chiang Mai (precios actualizados 20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5350" cy="600075"/>
                          </a:xfrm>
                          <a:prstGeom prst="rect">
                            <a:avLst/>
                          </a:prstGeom>
                          <a:noFill/>
                          <a:ln>
                            <a:noFill/>
                          </a:ln>
                        </pic:spPr>
                      </pic:pic>
                    </a:graphicData>
                  </a:graphic>
                </wp:inline>
              </w:drawing>
            </w:r>
          </w:p>
        </w:tc>
      </w:tr>
      <w:tr w:rsidR="00034AA8" w:rsidRPr="00EF1F0B" w14:paraId="2CDE4760" w14:textId="77777777" w:rsidTr="00CF4EC5">
        <w:trPr>
          <w:trHeight w:val="20"/>
          <w:jc w:val="center"/>
        </w:trPr>
        <w:tc>
          <w:tcPr>
            <w:tcW w:w="653" w:type="pct"/>
            <w:vMerge/>
            <w:vAlign w:val="center"/>
          </w:tcPr>
          <w:p w14:paraId="31755BDA" w14:textId="77777777" w:rsidR="00034AA8" w:rsidRPr="007036DA" w:rsidRDefault="00034AA8" w:rsidP="00CF4EC5">
            <w:pPr>
              <w:jc w:val="center"/>
            </w:pPr>
          </w:p>
        </w:tc>
        <w:tc>
          <w:tcPr>
            <w:tcW w:w="1027" w:type="pct"/>
            <w:vAlign w:val="center"/>
          </w:tcPr>
          <w:p w14:paraId="7E51965B" w14:textId="72AB4042" w:rsidR="00034AA8" w:rsidRPr="00082714" w:rsidRDefault="00034AA8" w:rsidP="00CF4EC5">
            <w:pPr>
              <w:jc w:val="center"/>
              <w:rPr>
                <w:sz w:val="14"/>
                <w:szCs w:val="14"/>
              </w:rPr>
            </w:pPr>
            <w:hyperlink r:id="rId53" w:history="1">
              <w:r w:rsidRPr="00082714">
                <w:rPr>
                  <w:rStyle w:val="Hipervnculo"/>
                  <w:color w:val="auto"/>
                  <w:sz w:val="14"/>
                  <w:szCs w:val="14"/>
                  <w:lang w:val="en-US"/>
                </w:rPr>
                <w:t>Ibis Chiang Nimman Journeyhub</w:t>
              </w:r>
            </w:hyperlink>
          </w:p>
        </w:tc>
        <w:tc>
          <w:tcPr>
            <w:tcW w:w="1127" w:type="pct"/>
            <w:vAlign w:val="center"/>
          </w:tcPr>
          <w:p w14:paraId="1B020AEF" w14:textId="2ECD126C" w:rsidR="00034AA8" w:rsidRPr="00082714" w:rsidRDefault="00034AA8" w:rsidP="00CF4EC5">
            <w:pPr>
              <w:jc w:val="center"/>
              <w:rPr>
                <w:sz w:val="14"/>
                <w:szCs w:val="14"/>
              </w:rPr>
            </w:pPr>
            <w:hyperlink r:id="rId54" w:history="1">
              <w:r w:rsidRPr="00082714">
                <w:rPr>
                  <w:rStyle w:val="Hipervnculo"/>
                  <w:color w:val="auto"/>
                  <w:sz w:val="14"/>
                  <w:szCs w:val="14"/>
                </w:rPr>
                <w:t>Novotel Nimman</w:t>
              </w:r>
            </w:hyperlink>
          </w:p>
        </w:tc>
        <w:tc>
          <w:tcPr>
            <w:tcW w:w="1108" w:type="pct"/>
            <w:vAlign w:val="center"/>
          </w:tcPr>
          <w:p w14:paraId="386A3FA0" w14:textId="0C488930" w:rsidR="00034AA8" w:rsidRPr="00082714" w:rsidRDefault="00034AA8" w:rsidP="00CF4EC5">
            <w:pPr>
              <w:jc w:val="center"/>
              <w:rPr>
                <w:sz w:val="14"/>
                <w:szCs w:val="14"/>
              </w:rPr>
            </w:pPr>
            <w:hyperlink r:id="rId55" w:history="1">
              <w:r w:rsidRPr="00082714">
                <w:rPr>
                  <w:rStyle w:val="Hipervnculo"/>
                  <w:color w:val="auto"/>
                  <w:sz w:val="14"/>
                  <w:szCs w:val="14"/>
                  <w:lang w:val="pt-BR"/>
                </w:rPr>
                <w:t>Melia Chiang Mai</w:t>
              </w:r>
            </w:hyperlink>
          </w:p>
        </w:tc>
        <w:tc>
          <w:tcPr>
            <w:tcW w:w="1085" w:type="pct"/>
            <w:vAlign w:val="center"/>
          </w:tcPr>
          <w:p w14:paraId="5F17BDEE" w14:textId="55C3A2A5" w:rsidR="00034AA8" w:rsidRPr="00082714" w:rsidRDefault="00034AA8" w:rsidP="00CF4EC5">
            <w:pPr>
              <w:jc w:val="center"/>
              <w:rPr>
                <w:sz w:val="14"/>
                <w:szCs w:val="14"/>
              </w:rPr>
            </w:pPr>
            <w:hyperlink r:id="rId56" w:history="1">
              <w:r w:rsidRPr="00082714">
                <w:rPr>
                  <w:rStyle w:val="Hipervnculo"/>
                  <w:color w:val="auto"/>
                  <w:sz w:val="14"/>
                  <w:szCs w:val="14"/>
                  <w:lang w:val="it-IT"/>
                </w:rPr>
                <w:t xml:space="preserve">Shangri-La Chiang Mai </w:t>
              </w:r>
            </w:hyperlink>
          </w:p>
        </w:tc>
      </w:tr>
      <w:tr w:rsidR="00440DDB" w:rsidRPr="00EF1F0B" w14:paraId="59E22109" w14:textId="77777777" w:rsidTr="00CF4EC5">
        <w:trPr>
          <w:trHeight w:val="20"/>
          <w:jc w:val="center"/>
        </w:trPr>
        <w:tc>
          <w:tcPr>
            <w:tcW w:w="653" w:type="pct"/>
            <w:vMerge w:val="restart"/>
            <w:vAlign w:val="center"/>
          </w:tcPr>
          <w:p w14:paraId="6B12B077" w14:textId="598A0D9C" w:rsidR="00440DDB" w:rsidRPr="007036DA" w:rsidRDefault="00440DDB" w:rsidP="00CF4EC5">
            <w:pPr>
              <w:jc w:val="center"/>
            </w:pPr>
            <w:r w:rsidRPr="007036DA">
              <w:rPr>
                <w:lang w:val="es-AR"/>
              </w:rPr>
              <w:t>Phuket</w:t>
            </w:r>
          </w:p>
        </w:tc>
        <w:tc>
          <w:tcPr>
            <w:tcW w:w="1027" w:type="pct"/>
            <w:vAlign w:val="center"/>
          </w:tcPr>
          <w:p w14:paraId="4708AF67" w14:textId="459E0B3B" w:rsidR="00440DDB" w:rsidRPr="00082714" w:rsidRDefault="00FC5273" w:rsidP="00CF4EC5">
            <w:pPr>
              <w:jc w:val="center"/>
            </w:pPr>
            <w:r>
              <w:rPr>
                <w:noProof/>
              </w:rPr>
              <w:drawing>
                <wp:inline distT="0" distB="0" distL="0" distR="0" wp14:anchorId="7AF4573F" wp14:editId="5F5B1E16">
                  <wp:extent cx="971550" cy="647700"/>
                  <wp:effectExtent l="0" t="0" r="0" b="0"/>
                  <wp:docPr id="13" name="Imagen 4" descr="Chanalai Hillside Resort, Karon Beach, Karon Beach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nalai Hillside Resort, Karon Beach, Karon Beach (precios actualizados  20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71550" cy="647700"/>
                          </a:xfrm>
                          <a:prstGeom prst="rect">
                            <a:avLst/>
                          </a:prstGeom>
                          <a:noFill/>
                          <a:ln>
                            <a:noFill/>
                          </a:ln>
                        </pic:spPr>
                      </pic:pic>
                    </a:graphicData>
                  </a:graphic>
                </wp:inline>
              </w:drawing>
            </w:r>
          </w:p>
        </w:tc>
        <w:tc>
          <w:tcPr>
            <w:tcW w:w="1127" w:type="pct"/>
            <w:vAlign w:val="center"/>
          </w:tcPr>
          <w:p w14:paraId="333DEB18" w14:textId="34EDA733" w:rsidR="00440DDB" w:rsidRPr="00034AA8" w:rsidRDefault="00FC5273" w:rsidP="00CF4EC5">
            <w:pPr>
              <w:pStyle w:val="NormalCTM"/>
              <w:jc w:val="center"/>
              <w:rPr>
                <w:rFonts w:cs="Arial"/>
                <w:lang w:val="es-CO"/>
              </w:rPr>
            </w:pPr>
            <w:r>
              <w:rPr>
                <w:noProof/>
              </w:rPr>
              <w:drawing>
                <wp:inline distT="0" distB="0" distL="0" distR="0" wp14:anchorId="1AA6C76B" wp14:editId="19177B9B">
                  <wp:extent cx="971550" cy="542925"/>
                  <wp:effectExtent l="0" t="0" r="0" b="9525"/>
                  <wp:docPr id="14" name="Imagen 3" descr="NOVOTEL PHUKET KAMALA BEACH desde $ 239.852 (Tailandi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VOTEL PHUKET KAMALA BEACH desde $ 239.852 (Tailandia) - opiniones y  comentarios - hotel - Tripadviso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a:ln>
                            <a:noFill/>
                          </a:ln>
                        </pic:spPr>
                      </pic:pic>
                    </a:graphicData>
                  </a:graphic>
                </wp:inline>
              </w:drawing>
            </w:r>
          </w:p>
        </w:tc>
        <w:tc>
          <w:tcPr>
            <w:tcW w:w="1108" w:type="pct"/>
            <w:vAlign w:val="center"/>
          </w:tcPr>
          <w:p w14:paraId="6970C80A" w14:textId="1EE9C898" w:rsidR="00440DDB" w:rsidRPr="00082714" w:rsidRDefault="00FC5273" w:rsidP="00CF4EC5">
            <w:pPr>
              <w:jc w:val="center"/>
              <w:rPr>
                <w:sz w:val="14"/>
                <w:szCs w:val="14"/>
              </w:rPr>
            </w:pPr>
            <w:r>
              <w:rPr>
                <w:noProof/>
              </w:rPr>
              <w:drawing>
                <wp:inline distT="0" distB="0" distL="0" distR="0" wp14:anchorId="440F9C4D" wp14:editId="63D5DF70">
                  <wp:extent cx="1009650" cy="561975"/>
                  <wp:effectExtent l="0" t="0" r="0" b="9525"/>
                  <wp:docPr id="15" name="Imagen 2" descr="ANGSANA LAGUNA PHUKET desde $ 567.766 (Cherngtalay, Tailandia) - opiniones  y comentarios - resort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GSANA LAGUNA PHUKET desde $ 567.766 (Cherngtalay, Tailandia) - opiniones  y comentarios - resort - Tripadviso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09650" cy="561975"/>
                          </a:xfrm>
                          <a:prstGeom prst="rect">
                            <a:avLst/>
                          </a:prstGeom>
                          <a:noFill/>
                          <a:ln>
                            <a:noFill/>
                          </a:ln>
                        </pic:spPr>
                      </pic:pic>
                    </a:graphicData>
                  </a:graphic>
                </wp:inline>
              </w:drawing>
            </w:r>
          </w:p>
        </w:tc>
        <w:tc>
          <w:tcPr>
            <w:tcW w:w="1085" w:type="pct"/>
            <w:vAlign w:val="center"/>
          </w:tcPr>
          <w:p w14:paraId="26B71D0C" w14:textId="1D9A3C3A" w:rsidR="00440DDB" w:rsidRPr="00082714" w:rsidRDefault="00FC5273" w:rsidP="00CF4EC5">
            <w:pPr>
              <w:jc w:val="center"/>
              <w:rPr>
                <w:sz w:val="14"/>
                <w:szCs w:val="14"/>
              </w:rPr>
            </w:pPr>
            <w:r>
              <w:rPr>
                <w:noProof/>
              </w:rPr>
              <w:drawing>
                <wp:inline distT="0" distB="0" distL="0" distR="0" wp14:anchorId="698F6E1B" wp14:editId="27C3CCF3">
                  <wp:extent cx="962025" cy="533400"/>
                  <wp:effectExtent l="0" t="0" r="9525" b="0"/>
                  <wp:docPr id="16" name="Imagen 1" descr="SAII PHI PHI ISLAND VILLAGE desde $ 534.799 (Ko Phi Phi Don, Tailandia) -  opiniones y comentarios - resort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II PHI PHI ISLAND VILLAGE desde $ 534.799 (Ko Phi Phi Don, Tailandia) -  opiniones y comentarios - resort - Tripadviso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2025" cy="533400"/>
                          </a:xfrm>
                          <a:prstGeom prst="rect">
                            <a:avLst/>
                          </a:prstGeom>
                          <a:noFill/>
                          <a:ln>
                            <a:noFill/>
                          </a:ln>
                        </pic:spPr>
                      </pic:pic>
                    </a:graphicData>
                  </a:graphic>
                </wp:inline>
              </w:drawing>
            </w:r>
          </w:p>
        </w:tc>
      </w:tr>
      <w:tr w:rsidR="00440DDB" w:rsidRPr="00EF1F0B" w14:paraId="379AF5C2" w14:textId="77777777" w:rsidTr="00CF4EC5">
        <w:trPr>
          <w:trHeight w:val="20"/>
          <w:jc w:val="center"/>
        </w:trPr>
        <w:tc>
          <w:tcPr>
            <w:tcW w:w="653" w:type="pct"/>
            <w:vMerge/>
            <w:vAlign w:val="center"/>
          </w:tcPr>
          <w:p w14:paraId="0470370A" w14:textId="77777777" w:rsidR="00440DDB" w:rsidRPr="00082714" w:rsidRDefault="00440DDB" w:rsidP="00CF4EC5">
            <w:pPr>
              <w:jc w:val="center"/>
            </w:pPr>
          </w:p>
        </w:tc>
        <w:tc>
          <w:tcPr>
            <w:tcW w:w="1027" w:type="pct"/>
            <w:vAlign w:val="center"/>
          </w:tcPr>
          <w:p w14:paraId="5FFC1F1F" w14:textId="4EB7ABD3" w:rsidR="00440DDB" w:rsidRPr="00082714" w:rsidRDefault="00440DDB" w:rsidP="00CF4EC5">
            <w:pPr>
              <w:jc w:val="center"/>
              <w:rPr>
                <w:sz w:val="14"/>
                <w:szCs w:val="14"/>
              </w:rPr>
            </w:pPr>
            <w:hyperlink r:id="rId61" w:history="1">
              <w:r w:rsidRPr="008945E4">
                <w:rPr>
                  <w:rStyle w:val="Hipervnculo"/>
                  <w:color w:val="auto"/>
                  <w:sz w:val="14"/>
                  <w:szCs w:val="14"/>
                </w:rPr>
                <w:t>Chanalai Hillside</w:t>
              </w:r>
            </w:hyperlink>
            <w:r w:rsidRPr="008945E4">
              <w:rPr>
                <w:sz w:val="14"/>
                <w:szCs w:val="14"/>
              </w:rPr>
              <w:t xml:space="preserve"> Resort</w:t>
            </w:r>
          </w:p>
        </w:tc>
        <w:tc>
          <w:tcPr>
            <w:tcW w:w="1127" w:type="pct"/>
            <w:vAlign w:val="center"/>
          </w:tcPr>
          <w:p w14:paraId="6642D3B5" w14:textId="77479145" w:rsidR="00440DDB" w:rsidRPr="00082714" w:rsidRDefault="00440DDB" w:rsidP="00CF4EC5">
            <w:pPr>
              <w:jc w:val="center"/>
              <w:rPr>
                <w:sz w:val="14"/>
                <w:szCs w:val="14"/>
              </w:rPr>
            </w:pPr>
            <w:hyperlink r:id="rId62" w:history="1">
              <w:r w:rsidRPr="008945E4">
                <w:rPr>
                  <w:rStyle w:val="Hipervnculo"/>
                  <w:color w:val="auto"/>
                  <w:sz w:val="14"/>
                  <w:szCs w:val="14"/>
                </w:rPr>
                <w:t>Novotel Kamala</w:t>
              </w:r>
            </w:hyperlink>
          </w:p>
        </w:tc>
        <w:tc>
          <w:tcPr>
            <w:tcW w:w="1108" w:type="pct"/>
            <w:vAlign w:val="center"/>
          </w:tcPr>
          <w:p w14:paraId="2CC0B2BA" w14:textId="0F9CF92F" w:rsidR="00440DDB" w:rsidRPr="00082714" w:rsidRDefault="00440DDB" w:rsidP="00CF4EC5">
            <w:pPr>
              <w:jc w:val="center"/>
              <w:rPr>
                <w:sz w:val="14"/>
                <w:szCs w:val="14"/>
              </w:rPr>
            </w:pPr>
            <w:hyperlink r:id="rId63" w:history="1">
              <w:r w:rsidRPr="008945E4">
                <w:rPr>
                  <w:rStyle w:val="Hipervnculo"/>
                  <w:color w:val="auto"/>
                  <w:sz w:val="14"/>
                  <w:szCs w:val="14"/>
                </w:rPr>
                <w:t>Angsana Laguna Phuket</w:t>
              </w:r>
            </w:hyperlink>
          </w:p>
        </w:tc>
        <w:tc>
          <w:tcPr>
            <w:tcW w:w="1085" w:type="pct"/>
            <w:vAlign w:val="center"/>
          </w:tcPr>
          <w:p w14:paraId="77955997" w14:textId="14102FF5" w:rsidR="00440DDB" w:rsidRPr="00082714" w:rsidRDefault="00440DDB" w:rsidP="00CF4EC5">
            <w:pPr>
              <w:jc w:val="center"/>
              <w:rPr>
                <w:sz w:val="14"/>
                <w:szCs w:val="14"/>
              </w:rPr>
            </w:pPr>
            <w:hyperlink r:id="rId64" w:history="1">
              <w:r w:rsidRPr="008945E4">
                <w:rPr>
                  <w:rStyle w:val="Hipervnculo"/>
                  <w:color w:val="auto"/>
                  <w:sz w:val="14"/>
                  <w:szCs w:val="14"/>
                  <w:lang w:val="it-IT"/>
                </w:rPr>
                <w:t>Sala Phuket</w:t>
              </w:r>
            </w:hyperlink>
          </w:p>
        </w:tc>
      </w:tr>
    </w:tbl>
    <w:p w14:paraId="058750DC" w14:textId="0F21311E" w:rsidR="00B42F01" w:rsidRPr="007036DA" w:rsidRDefault="007036DA" w:rsidP="00AD2A53">
      <w:pPr>
        <w:pStyle w:val="Prrafodelista"/>
        <w:numPr>
          <w:ilvl w:val="0"/>
          <w:numId w:val="10"/>
        </w:numPr>
        <w:rPr>
          <w:lang w:val="es-CO"/>
        </w:rPr>
      </w:pPr>
      <w:r w:rsidRPr="007036DA">
        <w:rPr>
          <w:lang w:val="es-CO"/>
        </w:rPr>
        <w:t>El hotel o crucero que confirmamos puede ser uno de los hoteles indicados en cada ciudad o similar de la misma categoría dependiendo de disponibilidad u otros factores.</w:t>
      </w:r>
    </w:p>
    <w:p w14:paraId="48E0E657" w14:textId="7789F93F" w:rsidR="00A27405" w:rsidRPr="00A27405" w:rsidRDefault="00A27405" w:rsidP="00A27405">
      <w:pPr>
        <w:pStyle w:val="Ttulo2"/>
        <w:ind w:firstLine="0"/>
        <w:rPr>
          <w:lang w:eastAsia="es-CO"/>
        </w:rPr>
      </w:pPr>
      <w:r w:rsidRPr="00A27405">
        <w:rPr>
          <w:lang w:eastAsia="es-CO"/>
        </w:rPr>
        <w:lastRenderedPageBreak/>
        <w:t>INCLU</w:t>
      </w:r>
      <w:r>
        <w:rPr>
          <w:lang w:eastAsia="es-CO"/>
        </w:rPr>
        <w:t>YE</w:t>
      </w:r>
    </w:p>
    <w:p w14:paraId="76F17A48" w14:textId="06F013C6" w:rsidR="00A27405" w:rsidRPr="00A27405" w:rsidRDefault="00A27405" w:rsidP="00A27405">
      <w:pPr>
        <w:pStyle w:val="Prrafodelista"/>
        <w:numPr>
          <w:ilvl w:val="2"/>
          <w:numId w:val="20"/>
        </w:numPr>
        <w:ind w:left="426"/>
        <w:rPr>
          <w:lang w:val="es-CO" w:eastAsia="es-CO"/>
        </w:rPr>
      </w:pPr>
      <w:r w:rsidRPr="00A27405">
        <w:rPr>
          <w:lang w:val="es-CO" w:eastAsia="es-CO"/>
        </w:rPr>
        <w:t>Alojamiento en los hoteles previstos (o similares) con desayuno.</w:t>
      </w:r>
    </w:p>
    <w:p w14:paraId="28ED24D4" w14:textId="07726FF6" w:rsidR="00A27405" w:rsidRPr="00A27405" w:rsidRDefault="00A27405" w:rsidP="00A27405">
      <w:pPr>
        <w:pStyle w:val="Prrafodelista"/>
        <w:numPr>
          <w:ilvl w:val="2"/>
          <w:numId w:val="20"/>
        </w:numPr>
        <w:ind w:left="426"/>
        <w:rPr>
          <w:lang w:val="es-CO" w:eastAsia="es-CO"/>
        </w:rPr>
      </w:pPr>
      <w:r w:rsidRPr="00A27405">
        <w:rPr>
          <w:lang w:val="es-CO" w:eastAsia="es-CO"/>
        </w:rPr>
        <w:t>Visitas según itinerario con guías locales de habla hispana, a excepción a bordo del crucero en bahía de Halong que no permite el acceso del guía, los pasajeros serán atendidos por la tripulación del barco en inglés</w:t>
      </w:r>
    </w:p>
    <w:p w14:paraId="2CAA987B" w14:textId="117F4319" w:rsidR="00A27405" w:rsidRPr="00A27405" w:rsidRDefault="00A27405" w:rsidP="00A27405">
      <w:pPr>
        <w:pStyle w:val="Prrafodelista"/>
        <w:numPr>
          <w:ilvl w:val="2"/>
          <w:numId w:val="20"/>
        </w:numPr>
        <w:ind w:left="426"/>
        <w:rPr>
          <w:lang w:val="es-CO" w:eastAsia="es-CO"/>
        </w:rPr>
      </w:pPr>
      <w:r w:rsidRPr="00A27405">
        <w:rPr>
          <w:lang w:val="es-CO" w:eastAsia="es-CO"/>
        </w:rPr>
        <w:t>Traslados Phuket sin guía en regular.</w:t>
      </w:r>
    </w:p>
    <w:p w14:paraId="27A87AC1" w14:textId="31800128" w:rsidR="00A27405" w:rsidRPr="00A27405" w:rsidRDefault="00A27405" w:rsidP="00A27405">
      <w:pPr>
        <w:pStyle w:val="Prrafodelista"/>
        <w:numPr>
          <w:ilvl w:val="2"/>
          <w:numId w:val="20"/>
        </w:numPr>
        <w:ind w:left="426"/>
        <w:rPr>
          <w:lang w:val="es-CO" w:eastAsia="es-CO"/>
        </w:rPr>
      </w:pPr>
      <w:r w:rsidRPr="00A27405">
        <w:rPr>
          <w:lang w:val="es-CO" w:eastAsia="es-CO"/>
        </w:rPr>
        <w:t>Recorrido terrestre según programa en bus con aire acondicionado.</w:t>
      </w:r>
    </w:p>
    <w:p w14:paraId="057A1050" w14:textId="7E5C753D" w:rsidR="00A27405" w:rsidRPr="00A27405" w:rsidRDefault="00A27405" w:rsidP="00A27405">
      <w:pPr>
        <w:pStyle w:val="Prrafodelista"/>
        <w:numPr>
          <w:ilvl w:val="2"/>
          <w:numId w:val="20"/>
        </w:numPr>
        <w:ind w:left="426"/>
        <w:rPr>
          <w:lang w:val="es-CO" w:eastAsia="es-CO"/>
        </w:rPr>
      </w:pPr>
      <w:r w:rsidRPr="00A27405">
        <w:rPr>
          <w:lang w:val="es-CO" w:eastAsia="es-CO"/>
        </w:rPr>
        <w:t>Comidas mencionadas</w:t>
      </w:r>
    </w:p>
    <w:p w14:paraId="36D08A81" w14:textId="506D76DB" w:rsidR="00A27405" w:rsidRPr="00A27405" w:rsidRDefault="00A27405" w:rsidP="00A27405">
      <w:pPr>
        <w:pStyle w:val="Prrafodelista"/>
        <w:numPr>
          <w:ilvl w:val="2"/>
          <w:numId w:val="20"/>
        </w:numPr>
        <w:ind w:left="426"/>
        <w:rPr>
          <w:lang w:val="es-CO" w:eastAsia="es-CO"/>
        </w:rPr>
      </w:pPr>
      <w:r w:rsidRPr="00A27405">
        <w:rPr>
          <w:lang w:val="es-CO" w:eastAsia="es-CO"/>
        </w:rPr>
        <w:t>Todas las entradas como se indica en el tour</w:t>
      </w:r>
    </w:p>
    <w:p w14:paraId="795E4E9A" w14:textId="2ADB5E30" w:rsidR="00A27405" w:rsidRPr="00A27405" w:rsidRDefault="00A27405" w:rsidP="00A27405">
      <w:pPr>
        <w:pStyle w:val="Prrafodelista"/>
        <w:numPr>
          <w:ilvl w:val="2"/>
          <w:numId w:val="20"/>
        </w:numPr>
        <w:ind w:left="426"/>
        <w:rPr>
          <w:lang w:val="es-CO" w:eastAsia="es-CO"/>
        </w:rPr>
      </w:pPr>
      <w:r w:rsidRPr="00A27405">
        <w:rPr>
          <w:lang w:val="es-CO" w:eastAsia="es-CO"/>
        </w:rPr>
        <w:t>Paseo en ciclo pousse, paseo en tuk-tuk</w:t>
      </w:r>
    </w:p>
    <w:p w14:paraId="31FA5EAF" w14:textId="6AA605A7" w:rsidR="00A27405" w:rsidRPr="00A27405" w:rsidRDefault="00A27405" w:rsidP="00A27405">
      <w:pPr>
        <w:pStyle w:val="Prrafodelista"/>
        <w:numPr>
          <w:ilvl w:val="2"/>
          <w:numId w:val="20"/>
        </w:numPr>
        <w:ind w:left="426"/>
        <w:rPr>
          <w:lang w:val="es-CO" w:eastAsia="es-CO"/>
        </w:rPr>
      </w:pPr>
      <w:r w:rsidRPr="00A27405">
        <w:rPr>
          <w:lang w:val="es-CO" w:eastAsia="es-CO"/>
        </w:rPr>
        <w:t>Crucero compartido en la Bahía de Halong, barco por el lago Tonle Sap</w:t>
      </w:r>
    </w:p>
    <w:p w14:paraId="6D0F3969" w14:textId="249812D1" w:rsidR="00A27405" w:rsidRPr="00A27405" w:rsidRDefault="00A27405" w:rsidP="00A27405">
      <w:pPr>
        <w:pStyle w:val="Prrafodelista"/>
        <w:numPr>
          <w:ilvl w:val="2"/>
          <w:numId w:val="20"/>
        </w:numPr>
        <w:ind w:left="426"/>
        <w:rPr>
          <w:lang w:val="es-CO" w:eastAsia="es-CO"/>
        </w:rPr>
      </w:pPr>
      <w:r w:rsidRPr="00A27405">
        <w:rPr>
          <w:lang w:val="es-CO" w:eastAsia="es-CO"/>
        </w:rPr>
        <w:t>Una botella de agua y una toalla refrescante por día de excursión</w:t>
      </w:r>
    </w:p>
    <w:p w14:paraId="7C1A692D" w14:textId="63CDCC41" w:rsidR="00A27405" w:rsidRPr="00A27405" w:rsidRDefault="00A27405" w:rsidP="00A27405">
      <w:pPr>
        <w:pStyle w:val="Ttulo2"/>
        <w:rPr>
          <w:lang w:eastAsia="es-CO"/>
        </w:rPr>
      </w:pPr>
      <w:r w:rsidRPr="00A27405">
        <w:rPr>
          <w:lang w:eastAsia="es-CO"/>
        </w:rPr>
        <w:t>NO INCLUI</w:t>
      </w:r>
      <w:r>
        <w:rPr>
          <w:lang w:eastAsia="es-CO"/>
        </w:rPr>
        <w:t>YE</w:t>
      </w:r>
    </w:p>
    <w:p w14:paraId="1C41E341" w14:textId="06A055CF" w:rsidR="00A27405" w:rsidRPr="00A27405" w:rsidRDefault="00A27405" w:rsidP="00A27405">
      <w:pPr>
        <w:pStyle w:val="Prrafodelista"/>
        <w:numPr>
          <w:ilvl w:val="2"/>
          <w:numId w:val="23"/>
        </w:numPr>
        <w:ind w:left="426"/>
        <w:rPr>
          <w:lang w:val="es-CO" w:eastAsia="es-CO"/>
        </w:rPr>
      </w:pPr>
      <w:r w:rsidRPr="00A27405">
        <w:rPr>
          <w:lang w:val="es-CO" w:eastAsia="es-CO"/>
        </w:rPr>
        <w:t>Bebidas</w:t>
      </w:r>
    </w:p>
    <w:p w14:paraId="26B7EA7D" w14:textId="1DC221AF" w:rsidR="00A27405" w:rsidRPr="00A27405" w:rsidRDefault="00A27405" w:rsidP="00A27405">
      <w:pPr>
        <w:pStyle w:val="Prrafodelista"/>
        <w:numPr>
          <w:ilvl w:val="2"/>
          <w:numId w:val="23"/>
        </w:numPr>
        <w:ind w:left="426"/>
        <w:rPr>
          <w:lang w:val="es-CO" w:eastAsia="es-CO"/>
        </w:rPr>
      </w:pPr>
      <w:r w:rsidRPr="00A27405">
        <w:rPr>
          <w:lang w:val="es-CO" w:eastAsia="es-CO"/>
        </w:rPr>
        <w:t>Gastos personales y propinas</w:t>
      </w:r>
    </w:p>
    <w:p w14:paraId="78AB87E3" w14:textId="13509C83" w:rsidR="00A27405" w:rsidRPr="00A27405" w:rsidRDefault="00A27405" w:rsidP="00A27405">
      <w:pPr>
        <w:pStyle w:val="Prrafodelista"/>
        <w:numPr>
          <w:ilvl w:val="2"/>
          <w:numId w:val="23"/>
        </w:numPr>
        <w:ind w:left="426"/>
        <w:rPr>
          <w:lang w:val="es-CO" w:eastAsia="es-CO"/>
        </w:rPr>
      </w:pPr>
      <w:r w:rsidRPr="00A27405">
        <w:rPr>
          <w:lang w:val="es-CO" w:eastAsia="es-CO"/>
        </w:rPr>
        <w:t>Tarifas aéreas de vuelos domésticos en Vietnam &amp; Camboya</w:t>
      </w:r>
    </w:p>
    <w:p w14:paraId="6788FE6E" w14:textId="135CEA25" w:rsidR="00A27405" w:rsidRPr="00A27405" w:rsidRDefault="00A27405" w:rsidP="00A27405">
      <w:pPr>
        <w:pStyle w:val="Prrafodelista"/>
        <w:numPr>
          <w:ilvl w:val="2"/>
          <w:numId w:val="23"/>
        </w:numPr>
        <w:ind w:left="426"/>
        <w:rPr>
          <w:lang w:val="es-CO" w:eastAsia="es-CO"/>
        </w:rPr>
      </w:pPr>
      <w:r w:rsidRPr="00A27405">
        <w:rPr>
          <w:lang w:val="es-CO" w:eastAsia="es-CO"/>
        </w:rPr>
        <w:t>Tarifas aéreas de vuelos internacionales de entrada/salida de Vietnam &amp; Camboya</w:t>
      </w:r>
    </w:p>
    <w:p w14:paraId="0D95C29E" w14:textId="001E2551" w:rsidR="00A27405" w:rsidRPr="00A27405" w:rsidRDefault="00A27405" w:rsidP="00A27405">
      <w:pPr>
        <w:pStyle w:val="Prrafodelista"/>
        <w:numPr>
          <w:ilvl w:val="2"/>
          <w:numId w:val="23"/>
        </w:numPr>
        <w:ind w:left="426"/>
        <w:rPr>
          <w:lang w:val="es-CO" w:eastAsia="es-CO"/>
        </w:rPr>
      </w:pPr>
      <w:r w:rsidRPr="00A27405">
        <w:rPr>
          <w:lang w:val="es-CO" w:eastAsia="es-CO"/>
        </w:rPr>
        <w:t>E de visado a Vietnam: 50 USD por persona, entrada simple</w:t>
      </w:r>
    </w:p>
    <w:p w14:paraId="4557D627" w14:textId="7D2B3510" w:rsidR="00A27405" w:rsidRPr="00A27405" w:rsidRDefault="00A27405" w:rsidP="00A27405">
      <w:pPr>
        <w:pStyle w:val="Prrafodelista"/>
        <w:numPr>
          <w:ilvl w:val="2"/>
          <w:numId w:val="23"/>
        </w:numPr>
        <w:ind w:left="426"/>
        <w:rPr>
          <w:lang w:val="es-CO" w:eastAsia="es-CO"/>
        </w:rPr>
      </w:pPr>
      <w:r w:rsidRPr="00A27405">
        <w:rPr>
          <w:lang w:val="es-CO" w:eastAsia="es-CO"/>
        </w:rPr>
        <w:t>Tasa de visado de Vietnam: 25 USD por persona, entrada simple</w:t>
      </w:r>
    </w:p>
    <w:p w14:paraId="55BF7D32" w14:textId="63760B23" w:rsidR="00A27405" w:rsidRPr="00A27405" w:rsidRDefault="00A27405" w:rsidP="00A27405">
      <w:pPr>
        <w:pStyle w:val="Prrafodelista"/>
        <w:numPr>
          <w:ilvl w:val="2"/>
          <w:numId w:val="23"/>
        </w:numPr>
        <w:ind w:left="426"/>
        <w:rPr>
          <w:lang w:val="es-CO" w:eastAsia="es-CO"/>
        </w:rPr>
      </w:pPr>
      <w:r w:rsidRPr="00A27405">
        <w:rPr>
          <w:lang w:val="es-CO" w:eastAsia="es-CO"/>
        </w:rPr>
        <w:t>Visado para Camboya: 35 USD/persona que se solicita y emite directamente en el aeropuerto o en la frontera de Camboya</w:t>
      </w:r>
    </w:p>
    <w:p w14:paraId="2E32B7A3" w14:textId="3CBC0AC3" w:rsidR="00A27405" w:rsidRPr="00A27405" w:rsidRDefault="00A27405" w:rsidP="00A27405">
      <w:pPr>
        <w:pStyle w:val="Prrafodelista"/>
        <w:numPr>
          <w:ilvl w:val="2"/>
          <w:numId w:val="23"/>
        </w:numPr>
        <w:ind w:left="426"/>
        <w:rPr>
          <w:lang w:val="es-CO" w:eastAsia="es-CO"/>
        </w:rPr>
      </w:pPr>
      <w:r w:rsidRPr="00A27405">
        <w:rPr>
          <w:lang w:val="es-CO" w:eastAsia="es-CO"/>
        </w:rPr>
        <w:t>Todos los conceptos no mencionados en SERVICIOS INCLUIDOS</w:t>
      </w:r>
    </w:p>
    <w:p w14:paraId="6ABBC533" w14:textId="77777777" w:rsidR="00A27405" w:rsidRPr="00A27405" w:rsidRDefault="00A27405" w:rsidP="00A27405">
      <w:pPr>
        <w:pStyle w:val="Ttulo2"/>
        <w:rPr>
          <w:lang w:eastAsia="es-CO"/>
        </w:rPr>
      </w:pPr>
      <w:r w:rsidRPr="00A27405">
        <w:rPr>
          <w:lang w:eastAsia="es-CO"/>
        </w:rPr>
        <w:t>POLÍTICAS PARA LOS NIÑOS (Servicios terrestres):</w:t>
      </w:r>
    </w:p>
    <w:p w14:paraId="40891F54" w14:textId="779DEC79" w:rsidR="00A27405" w:rsidRPr="00A27405" w:rsidRDefault="00A27405" w:rsidP="00A27405">
      <w:pPr>
        <w:pStyle w:val="Prrafodelista"/>
        <w:numPr>
          <w:ilvl w:val="2"/>
          <w:numId w:val="25"/>
        </w:numPr>
        <w:ind w:left="426"/>
        <w:rPr>
          <w:lang w:val="es-CO" w:eastAsia="es-CO"/>
        </w:rPr>
      </w:pPr>
      <w:r w:rsidRPr="00A27405">
        <w:rPr>
          <w:lang w:val="es-CO" w:eastAsia="es-CO"/>
        </w:rPr>
        <w:t>Niños de 1-2 años: Gratuidad en el caso de compartir habitación con sus padres.</w:t>
      </w:r>
    </w:p>
    <w:p w14:paraId="67839F46" w14:textId="196B100D" w:rsidR="00A27405" w:rsidRPr="00A27405" w:rsidRDefault="00A27405" w:rsidP="00A27405">
      <w:pPr>
        <w:pStyle w:val="Prrafodelista"/>
        <w:numPr>
          <w:ilvl w:val="2"/>
          <w:numId w:val="25"/>
        </w:numPr>
        <w:ind w:left="426"/>
        <w:rPr>
          <w:lang w:val="es-CO" w:eastAsia="es-CO"/>
        </w:rPr>
      </w:pPr>
      <w:r w:rsidRPr="00A27405">
        <w:rPr>
          <w:lang w:val="es-CO" w:eastAsia="es-CO"/>
        </w:rPr>
        <w:t>Niños de 2-12 años: 75% de cargo del coste de un adulto si usa una cama extra en la habitación de sus padres.</w:t>
      </w:r>
    </w:p>
    <w:p w14:paraId="3F821E64" w14:textId="6BDDA3DD" w:rsidR="00A27405" w:rsidRPr="00A27405" w:rsidRDefault="00A27405" w:rsidP="00A27405">
      <w:pPr>
        <w:pStyle w:val="Prrafodelista"/>
        <w:numPr>
          <w:ilvl w:val="2"/>
          <w:numId w:val="25"/>
        </w:numPr>
        <w:ind w:left="426"/>
        <w:rPr>
          <w:lang w:val="es-CO" w:eastAsia="es-CO"/>
        </w:rPr>
      </w:pPr>
      <w:r w:rsidRPr="00A27405">
        <w:rPr>
          <w:lang w:val="es-CO" w:eastAsia="es-CO"/>
        </w:rPr>
        <w:t>Niños de más de 12 años: Precio de adulto</w:t>
      </w:r>
    </w:p>
    <w:p w14:paraId="57800922" w14:textId="001B7C43" w:rsidR="00885DA6" w:rsidRDefault="00885DA6" w:rsidP="00873FAE">
      <w:pPr>
        <w:ind w:firstLine="0"/>
        <w:rPr>
          <w:lang w:val="es-CO"/>
        </w:rPr>
      </w:pPr>
    </w:p>
    <w:p w14:paraId="098F9D02" w14:textId="543ADABB" w:rsidR="00835C2D" w:rsidRPr="00835C2D" w:rsidRDefault="00835C2D" w:rsidP="00835C2D">
      <w:pPr>
        <w:pStyle w:val="Ttulo3"/>
        <w:rPr>
          <w:lang w:val="es-CO"/>
        </w:rPr>
      </w:pPr>
      <w:r w:rsidRPr="00835C2D">
        <w:rPr>
          <w:lang w:val="es-CO"/>
        </w:rPr>
        <w:t>NOTAS IMPORTANTES:</w:t>
      </w:r>
    </w:p>
    <w:p w14:paraId="65870FB8" w14:textId="7E41F2ED" w:rsidR="00835C2D" w:rsidRPr="00835C2D" w:rsidRDefault="00835C2D" w:rsidP="00835C2D">
      <w:pPr>
        <w:pStyle w:val="Prrafodelista"/>
        <w:numPr>
          <w:ilvl w:val="2"/>
          <w:numId w:val="28"/>
        </w:numPr>
        <w:ind w:left="360"/>
        <w:rPr>
          <w:lang w:val="es-CO"/>
        </w:rPr>
      </w:pPr>
      <w:r w:rsidRPr="00835C2D">
        <w:rPr>
          <w:lang w:val="es-CO"/>
        </w:rPr>
        <w:t>En las salidas regulares, si el agente no reserva los vuelos domésticos similares a los que suele reservar AEVN, se aplicará un suplemento de 30 USD/pax (mínimo 02 paxs) en caso de cualquier retraso sin aviso previo o aviso previo a última hora, o también en caso de reservar horarios diferentes se cobrara traslado en privado.</w:t>
      </w:r>
    </w:p>
    <w:p w14:paraId="163A6729" w14:textId="50DB2D69" w:rsidR="00835C2D" w:rsidRPr="00835C2D" w:rsidRDefault="00835C2D" w:rsidP="003763C2">
      <w:pPr>
        <w:ind w:firstLine="0"/>
        <w:rPr>
          <w:lang w:val="es-CO"/>
        </w:rPr>
      </w:pPr>
    </w:p>
    <w:p w14:paraId="231C78A3" w14:textId="30F69EC7" w:rsidR="00835C2D" w:rsidRPr="00835C2D" w:rsidRDefault="00835C2D" w:rsidP="00835C2D">
      <w:pPr>
        <w:pStyle w:val="Prrafodelista"/>
        <w:numPr>
          <w:ilvl w:val="2"/>
          <w:numId w:val="28"/>
        </w:numPr>
        <w:ind w:left="360"/>
        <w:rPr>
          <w:lang w:val="es-CO"/>
        </w:rPr>
      </w:pPr>
      <w:r w:rsidRPr="00835C2D">
        <w:rPr>
          <w:lang w:val="es-CO"/>
        </w:rPr>
        <w:t xml:space="preserve">En Vietnam hay dos días festivos nacionales, el 30 de </w:t>
      </w:r>
      <w:proofErr w:type="gramStart"/>
      <w:r w:rsidRPr="00835C2D">
        <w:rPr>
          <w:lang w:val="es-CO"/>
        </w:rPr>
        <w:t>Abril</w:t>
      </w:r>
      <w:proofErr w:type="gramEnd"/>
      <w:r w:rsidRPr="00835C2D">
        <w:rPr>
          <w:lang w:val="es-CO"/>
        </w:rPr>
        <w:t xml:space="preserve"> y el 2 de </w:t>
      </w:r>
      <w:proofErr w:type="gramStart"/>
      <w:r w:rsidRPr="00835C2D">
        <w:rPr>
          <w:lang w:val="es-CO"/>
        </w:rPr>
        <w:t>Septiembre</w:t>
      </w:r>
      <w:proofErr w:type="gramEnd"/>
      <w:r w:rsidRPr="00835C2D">
        <w:rPr>
          <w:lang w:val="es-CO"/>
        </w:rPr>
        <w:t>, en los cuales es posible que el acceso a algunas calles no esté permitido o que lugares donde normalmente se realizan las visitas estén cerrados.</w:t>
      </w:r>
    </w:p>
    <w:sectPr w:rsidR="00835C2D" w:rsidRPr="00835C2D" w:rsidSect="005C3F5B">
      <w:pgSz w:w="12240" w:h="15840" w:code="1"/>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Noto Sans Symbols">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auto"/>
    <w:pitch w:val="variable"/>
    <w:sig w:usb0="00000003" w:usb1="00000000" w:usb2="00000000" w:usb3="00000000" w:csb0="00000001" w:csb1="00000000"/>
  </w:font>
  <w:font w:name="Myriad Pro">
    <w:altName w:val="Corbe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2801BDD"/>
    <w:multiLevelType w:val="hybridMultilevel"/>
    <w:tmpl w:val="38EABA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58B5A97"/>
    <w:multiLevelType w:val="hybridMultilevel"/>
    <w:tmpl w:val="23C4620C"/>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1" w15:restartNumberingAfterBreak="0">
    <w:nsid w:val="0C106D66"/>
    <w:multiLevelType w:val="hybridMultilevel"/>
    <w:tmpl w:val="75DC00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E297456"/>
    <w:multiLevelType w:val="hybridMultilevel"/>
    <w:tmpl w:val="878C84E2"/>
    <w:lvl w:ilvl="0" w:tplc="240A0001">
      <w:start w:val="1"/>
      <w:numFmt w:val="bullet"/>
      <w:lvlText w:val=""/>
      <w:lvlJc w:val="left"/>
      <w:pPr>
        <w:ind w:left="720" w:hanging="360"/>
      </w:pPr>
      <w:rPr>
        <w:rFonts w:ascii="Symbol" w:hAnsi="Symbol" w:hint="default"/>
      </w:rPr>
    </w:lvl>
    <w:lvl w:ilvl="1" w:tplc="DBAE3724">
      <w:numFmt w:val="bullet"/>
      <w:lvlText w:val="•"/>
      <w:lvlJc w:val="left"/>
      <w:pPr>
        <w:ind w:left="1800" w:hanging="720"/>
      </w:pPr>
      <w:rPr>
        <w:rFonts w:ascii="Arial" w:eastAsia="Georgia" w:hAnsi="Arial" w:cs="Arial" w:hint="default"/>
      </w:rPr>
    </w:lvl>
    <w:lvl w:ilvl="2" w:tplc="57DABFDC">
      <w:numFmt w:val="bullet"/>
      <w:lvlText w:val="-"/>
      <w:lvlJc w:val="left"/>
      <w:pPr>
        <w:ind w:left="2160" w:hanging="360"/>
      </w:pPr>
      <w:rPr>
        <w:rFonts w:ascii="Arial" w:eastAsia="Georgia" w:hAnsi="Arial" w:cs="Arial"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0FCC4B02"/>
    <w:multiLevelType w:val="hybridMultilevel"/>
    <w:tmpl w:val="C05AF6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4B06346"/>
    <w:multiLevelType w:val="hybridMultilevel"/>
    <w:tmpl w:val="B954829C"/>
    <w:lvl w:ilvl="0" w:tplc="FFFFFFFF">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rial" w:eastAsia="Georgia" w:hAnsi="Arial" w:cs="Arial" w:hint="default"/>
      </w:rPr>
    </w:lvl>
    <w:lvl w:ilvl="2" w:tplc="240A000F">
      <w:start w:val="1"/>
      <w:numFmt w:val="decimal"/>
      <w:lvlText w:val="%3."/>
      <w:lvlJc w:val="left"/>
      <w:pPr>
        <w:ind w:left="216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97C326E"/>
    <w:multiLevelType w:val="hybridMultilevel"/>
    <w:tmpl w:val="CC6266AC"/>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16" w15:restartNumberingAfterBreak="0">
    <w:nsid w:val="2E162E35"/>
    <w:multiLevelType w:val="hybridMultilevel"/>
    <w:tmpl w:val="A5BEEA76"/>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17" w15:restartNumberingAfterBreak="0">
    <w:nsid w:val="3AA330D3"/>
    <w:multiLevelType w:val="hybridMultilevel"/>
    <w:tmpl w:val="9A3207E2"/>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18" w15:restartNumberingAfterBreak="0">
    <w:nsid w:val="3DD72050"/>
    <w:multiLevelType w:val="hybridMultilevel"/>
    <w:tmpl w:val="C8F0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5BA395F"/>
    <w:multiLevelType w:val="hybridMultilevel"/>
    <w:tmpl w:val="40AA39FC"/>
    <w:lvl w:ilvl="0" w:tplc="FFFFFFFF">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rial" w:eastAsia="Georgia" w:hAnsi="Arial" w:cs="Arial" w:hint="default"/>
      </w:rPr>
    </w:lvl>
    <w:lvl w:ilvl="2" w:tplc="240A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07D1EC5"/>
    <w:multiLevelType w:val="hybridMultilevel"/>
    <w:tmpl w:val="44C80A54"/>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1" w15:restartNumberingAfterBreak="0">
    <w:nsid w:val="51E45204"/>
    <w:multiLevelType w:val="hybridMultilevel"/>
    <w:tmpl w:val="EF2AE838"/>
    <w:lvl w:ilvl="0" w:tplc="FFFFFFFF">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rial" w:eastAsia="Georgia" w:hAnsi="Arial" w:cs="Arial" w:hint="default"/>
      </w:rPr>
    </w:lvl>
    <w:lvl w:ilvl="2" w:tplc="240A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4323F85"/>
    <w:multiLevelType w:val="hybridMultilevel"/>
    <w:tmpl w:val="46F4903A"/>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23" w15:restartNumberingAfterBreak="0">
    <w:nsid w:val="59490BAA"/>
    <w:multiLevelType w:val="multilevel"/>
    <w:tmpl w:val="FFFFFFFF"/>
    <w:lvl w:ilvl="0">
      <w:start w:val="1"/>
      <w:numFmt w:val="bullet"/>
      <w:lvlText w:val="-"/>
      <w:lvlJc w:val="left"/>
      <w:pPr>
        <w:ind w:left="360" w:hanging="360"/>
      </w:pPr>
      <w:rPr>
        <w:rFonts w:ascii="Century Gothic" w:eastAsia="Century Gothic" w:hAnsi="Century Gothic" w:cs="Century Gothic"/>
        <w:color w:val="C7862B"/>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4" w15:restartNumberingAfterBreak="0">
    <w:nsid w:val="5C8932C8"/>
    <w:multiLevelType w:val="hybridMultilevel"/>
    <w:tmpl w:val="DF7E78BE"/>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25" w15:restartNumberingAfterBreak="0">
    <w:nsid w:val="62EF32E6"/>
    <w:multiLevelType w:val="hybridMultilevel"/>
    <w:tmpl w:val="559CC4AA"/>
    <w:lvl w:ilvl="0" w:tplc="FFFFFFFF">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rial" w:eastAsia="Georgia" w:hAnsi="Arial" w:cs="Arial" w:hint="default"/>
      </w:rPr>
    </w:lvl>
    <w:lvl w:ilvl="2" w:tplc="240A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B6944BA"/>
    <w:multiLevelType w:val="hybridMultilevel"/>
    <w:tmpl w:val="BC0EE7B0"/>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27" w15:restartNumberingAfterBreak="0">
    <w:nsid w:val="7F0F28D0"/>
    <w:multiLevelType w:val="multilevel"/>
    <w:tmpl w:val="FFFFFFFF"/>
    <w:lvl w:ilvl="0">
      <w:start w:val="3"/>
      <w:numFmt w:val="bullet"/>
      <w:lvlText w:val="-"/>
      <w:lvlJc w:val="left"/>
      <w:pPr>
        <w:ind w:left="720" w:hanging="360"/>
      </w:pPr>
      <w:rPr>
        <w:rFonts w:ascii="Trebuchet MS" w:eastAsia="Trebuchet MS" w:hAnsi="Trebuchet MS" w:cs="Trebuchet MS"/>
        <w:color w:val="C7862B"/>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452528186">
    <w:abstractNumId w:val="8"/>
  </w:num>
  <w:num w:numId="2" w16cid:durableId="483863951">
    <w:abstractNumId w:val="6"/>
  </w:num>
  <w:num w:numId="3" w16cid:durableId="503908678">
    <w:abstractNumId w:val="5"/>
  </w:num>
  <w:num w:numId="4" w16cid:durableId="392848132">
    <w:abstractNumId w:val="4"/>
  </w:num>
  <w:num w:numId="5" w16cid:durableId="1074550642">
    <w:abstractNumId w:val="7"/>
  </w:num>
  <w:num w:numId="6" w16cid:durableId="433787112">
    <w:abstractNumId w:val="3"/>
  </w:num>
  <w:num w:numId="7" w16cid:durableId="379136769">
    <w:abstractNumId w:val="2"/>
  </w:num>
  <w:num w:numId="8" w16cid:durableId="1071005913">
    <w:abstractNumId w:val="1"/>
  </w:num>
  <w:num w:numId="9" w16cid:durableId="1749183548">
    <w:abstractNumId w:val="0"/>
  </w:num>
  <w:num w:numId="10" w16cid:durableId="1363245311">
    <w:abstractNumId w:val="12"/>
  </w:num>
  <w:num w:numId="11" w16cid:durableId="25450061">
    <w:abstractNumId w:val="13"/>
  </w:num>
  <w:num w:numId="12" w16cid:durableId="857814254">
    <w:abstractNumId w:val="18"/>
  </w:num>
  <w:num w:numId="13" w16cid:durableId="340205923">
    <w:abstractNumId w:val="9"/>
  </w:num>
  <w:num w:numId="14" w16cid:durableId="221526262">
    <w:abstractNumId w:val="23"/>
  </w:num>
  <w:num w:numId="15" w16cid:durableId="52393600">
    <w:abstractNumId w:val="27"/>
  </w:num>
  <w:num w:numId="16" w16cid:durableId="840975016">
    <w:abstractNumId w:val="24"/>
  </w:num>
  <w:num w:numId="17" w16cid:durableId="1283196401">
    <w:abstractNumId w:val="15"/>
  </w:num>
  <w:num w:numId="18" w16cid:durableId="227961851">
    <w:abstractNumId w:val="22"/>
  </w:num>
  <w:num w:numId="19" w16cid:durableId="726880716">
    <w:abstractNumId w:val="17"/>
  </w:num>
  <w:num w:numId="20" w16cid:durableId="637878343">
    <w:abstractNumId w:val="19"/>
  </w:num>
  <w:num w:numId="21" w16cid:durableId="2146510244">
    <w:abstractNumId w:val="16"/>
  </w:num>
  <w:num w:numId="22" w16cid:durableId="1386566053">
    <w:abstractNumId w:val="14"/>
  </w:num>
  <w:num w:numId="23" w16cid:durableId="1540051337">
    <w:abstractNumId w:val="25"/>
  </w:num>
  <w:num w:numId="24" w16cid:durableId="65957771">
    <w:abstractNumId w:val="26"/>
  </w:num>
  <w:num w:numId="25" w16cid:durableId="893851501">
    <w:abstractNumId w:val="21"/>
  </w:num>
  <w:num w:numId="26" w16cid:durableId="2076657258">
    <w:abstractNumId w:val="11"/>
  </w:num>
  <w:num w:numId="27" w16cid:durableId="140006588">
    <w:abstractNumId w:val="10"/>
  </w:num>
  <w:num w:numId="28" w16cid:durableId="43610285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13B6"/>
    <w:rsid w:val="00034616"/>
    <w:rsid w:val="00034AA8"/>
    <w:rsid w:val="000357B9"/>
    <w:rsid w:val="00041065"/>
    <w:rsid w:val="0006063C"/>
    <w:rsid w:val="00061A8A"/>
    <w:rsid w:val="0006228A"/>
    <w:rsid w:val="000624C7"/>
    <w:rsid w:val="000A7FE2"/>
    <w:rsid w:val="000E1A16"/>
    <w:rsid w:val="000E70AD"/>
    <w:rsid w:val="000F27FF"/>
    <w:rsid w:val="0012500D"/>
    <w:rsid w:val="001302B6"/>
    <w:rsid w:val="0015074B"/>
    <w:rsid w:val="001565D8"/>
    <w:rsid w:val="001C1BBB"/>
    <w:rsid w:val="001D362F"/>
    <w:rsid w:val="001F14CF"/>
    <w:rsid w:val="001F509E"/>
    <w:rsid w:val="001F5ADB"/>
    <w:rsid w:val="001F6596"/>
    <w:rsid w:val="00251BD5"/>
    <w:rsid w:val="002731A3"/>
    <w:rsid w:val="00283C6E"/>
    <w:rsid w:val="0028655F"/>
    <w:rsid w:val="0029639D"/>
    <w:rsid w:val="002B6212"/>
    <w:rsid w:val="002B7094"/>
    <w:rsid w:val="002C289E"/>
    <w:rsid w:val="002C7369"/>
    <w:rsid w:val="002E14D0"/>
    <w:rsid w:val="00326F90"/>
    <w:rsid w:val="00334046"/>
    <w:rsid w:val="003367BE"/>
    <w:rsid w:val="00352650"/>
    <w:rsid w:val="00362B25"/>
    <w:rsid w:val="003656C1"/>
    <w:rsid w:val="003763C2"/>
    <w:rsid w:val="00392D0B"/>
    <w:rsid w:val="003D698A"/>
    <w:rsid w:val="003E274A"/>
    <w:rsid w:val="003E465A"/>
    <w:rsid w:val="003F3BFE"/>
    <w:rsid w:val="00407091"/>
    <w:rsid w:val="00416582"/>
    <w:rsid w:val="00440DDB"/>
    <w:rsid w:val="00440FDF"/>
    <w:rsid w:val="004431BC"/>
    <w:rsid w:val="00480664"/>
    <w:rsid w:val="004B6952"/>
    <w:rsid w:val="004B7AF2"/>
    <w:rsid w:val="004F2393"/>
    <w:rsid w:val="005314A2"/>
    <w:rsid w:val="00537290"/>
    <w:rsid w:val="00552F0C"/>
    <w:rsid w:val="00557DC7"/>
    <w:rsid w:val="005827AD"/>
    <w:rsid w:val="005849BA"/>
    <w:rsid w:val="00596E68"/>
    <w:rsid w:val="005A14AC"/>
    <w:rsid w:val="005B20C1"/>
    <w:rsid w:val="005B46A6"/>
    <w:rsid w:val="005C3F5B"/>
    <w:rsid w:val="005C45FD"/>
    <w:rsid w:val="005D04D1"/>
    <w:rsid w:val="005D7F3F"/>
    <w:rsid w:val="005E5B65"/>
    <w:rsid w:val="005F4B32"/>
    <w:rsid w:val="0063052E"/>
    <w:rsid w:val="006871DC"/>
    <w:rsid w:val="006B3D76"/>
    <w:rsid w:val="006B60BB"/>
    <w:rsid w:val="006C1B6B"/>
    <w:rsid w:val="006C49E8"/>
    <w:rsid w:val="006D3E2D"/>
    <w:rsid w:val="006E410B"/>
    <w:rsid w:val="007036DA"/>
    <w:rsid w:val="0071021F"/>
    <w:rsid w:val="007127A0"/>
    <w:rsid w:val="00714A20"/>
    <w:rsid w:val="00720CE6"/>
    <w:rsid w:val="00736907"/>
    <w:rsid w:val="00744A2F"/>
    <w:rsid w:val="00760CDE"/>
    <w:rsid w:val="00764A1F"/>
    <w:rsid w:val="00770BBE"/>
    <w:rsid w:val="00773FE6"/>
    <w:rsid w:val="007C56FE"/>
    <w:rsid w:val="00835C2D"/>
    <w:rsid w:val="00856680"/>
    <w:rsid w:val="008728E2"/>
    <w:rsid w:val="00873FAE"/>
    <w:rsid w:val="008805F8"/>
    <w:rsid w:val="00885DA6"/>
    <w:rsid w:val="00894269"/>
    <w:rsid w:val="008A2E2E"/>
    <w:rsid w:val="008F1ABA"/>
    <w:rsid w:val="00901C47"/>
    <w:rsid w:val="00936E1C"/>
    <w:rsid w:val="00974CEE"/>
    <w:rsid w:val="00984AB3"/>
    <w:rsid w:val="00992B65"/>
    <w:rsid w:val="009D1A29"/>
    <w:rsid w:val="009D7C85"/>
    <w:rsid w:val="009F5E39"/>
    <w:rsid w:val="00A20141"/>
    <w:rsid w:val="00A27405"/>
    <w:rsid w:val="00A47513"/>
    <w:rsid w:val="00A72E41"/>
    <w:rsid w:val="00A815BE"/>
    <w:rsid w:val="00A858C1"/>
    <w:rsid w:val="00AA1D8D"/>
    <w:rsid w:val="00AB250A"/>
    <w:rsid w:val="00AB42C7"/>
    <w:rsid w:val="00AD2A53"/>
    <w:rsid w:val="00B05026"/>
    <w:rsid w:val="00B42F01"/>
    <w:rsid w:val="00B434E7"/>
    <w:rsid w:val="00B47730"/>
    <w:rsid w:val="00B71347"/>
    <w:rsid w:val="00B73E08"/>
    <w:rsid w:val="00BC3318"/>
    <w:rsid w:val="00C15139"/>
    <w:rsid w:val="00C207DB"/>
    <w:rsid w:val="00C30A4F"/>
    <w:rsid w:val="00C51ABC"/>
    <w:rsid w:val="00C578BE"/>
    <w:rsid w:val="00C734A3"/>
    <w:rsid w:val="00CB0664"/>
    <w:rsid w:val="00CC31CE"/>
    <w:rsid w:val="00CE5354"/>
    <w:rsid w:val="00CF2FC1"/>
    <w:rsid w:val="00CF4EC5"/>
    <w:rsid w:val="00D13F22"/>
    <w:rsid w:val="00D52E1D"/>
    <w:rsid w:val="00D9710B"/>
    <w:rsid w:val="00DB0B1F"/>
    <w:rsid w:val="00DB0F08"/>
    <w:rsid w:val="00DC6FFF"/>
    <w:rsid w:val="00DD3096"/>
    <w:rsid w:val="00DE1DEC"/>
    <w:rsid w:val="00DE5D6A"/>
    <w:rsid w:val="00E01D13"/>
    <w:rsid w:val="00E1183C"/>
    <w:rsid w:val="00E156A5"/>
    <w:rsid w:val="00E376EB"/>
    <w:rsid w:val="00E534CE"/>
    <w:rsid w:val="00E53AC1"/>
    <w:rsid w:val="00E76A28"/>
    <w:rsid w:val="00EA6C90"/>
    <w:rsid w:val="00EB583C"/>
    <w:rsid w:val="00EE74CA"/>
    <w:rsid w:val="00EF1F0B"/>
    <w:rsid w:val="00F04629"/>
    <w:rsid w:val="00F0694F"/>
    <w:rsid w:val="00F14F0A"/>
    <w:rsid w:val="00F31E59"/>
    <w:rsid w:val="00F40C94"/>
    <w:rsid w:val="00F53F07"/>
    <w:rsid w:val="00F76B8F"/>
    <w:rsid w:val="00F84259"/>
    <w:rsid w:val="00FC2749"/>
    <w:rsid w:val="00FC5273"/>
    <w:rsid w:val="00FC693F"/>
    <w:rsid w:val="3F60BC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8DF6EF"/>
  <w14:defaultImageDpi w14:val="300"/>
  <w15:docId w15:val="{F66DDF4B-42A9-4D8D-8167-CBCD2314A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393"/>
    <w:pPr>
      <w:pBdr>
        <w:top w:val="nil"/>
        <w:left w:val="nil"/>
        <w:bottom w:val="nil"/>
        <w:right w:val="nil"/>
        <w:between w:val="nil"/>
      </w:pBdr>
      <w:spacing w:after="0"/>
      <w:ind w:hanging="2"/>
      <w:jc w:val="both"/>
    </w:pPr>
    <w:rPr>
      <w:rFonts w:ascii="Arial" w:eastAsia="Georgia" w:hAnsi="Arial" w:cs="Arial"/>
      <w:lang w:val="es-PE"/>
    </w:rPr>
  </w:style>
  <w:style w:type="paragraph" w:styleId="Ttulo1">
    <w:name w:val="heading 1"/>
    <w:basedOn w:val="Normal"/>
    <w:next w:val="Normal"/>
    <w:link w:val="Ttulo1Car"/>
    <w:uiPriority w:val="9"/>
    <w:qFormat/>
    <w:rsid w:val="00283C6E"/>
    <w:pPr>
      <w:keepNext/>
      <w:keepLines/>
      <w:spacing w:before="480"/>
      <w:jc w:val="center"/>
      <w:outlineLvl w:val="0"/>
    </w:pPr>
    <w:rPr>
      <w:rFonts w:eastAsiaTheme="majorEastAsia"/>
      <w:b/>
      <w:bCs/>
      <w:color w:val="59C119"/>
      <w:sz w:val="32"/>
      <w:szCs w:val="32"/>
      <w:lang w:val="it-IT"/>
    </w:rPr>
  </w:style>
  <w:style w:type="paragraph" w:styleId="Ttulo2">
    <w:name w:val="heading 2"/>
    <w:basedOn w:val="Normal"/>
    <w:next w:val="Normal"/>
    <w:link w:val="Ttulo2Car"/>
    <w:uiPriority w:val="9"/>
    <w:unhideWhenUsed/>
    <w:qFormat/>
    <w:rsid w:val="00D52E1D"/>
    <w:pPr>
      <w:keepNext/>
      <w:keepLines/>
      <w:spacing w:before="200" w:after="240"/>
      <w:outlineLvl w:val="1"/>
    </w:pPr>
    <w:rPr>
      <w:rFonts w:eastAsiaTheme="majorEastAsia"/>
      <w:b/>
      <w:bCs/>
      <w:color w:val="59C119"/>
      <w:sz w:val="26"/>
      <w:szCs w:val="26"/>
      <w:lang w:val="es-CO"/>
    </w:rPr>
  </w:style>
  <w:style w:type="paragraph" w:styleId="Ttulo3">
    <w:name w:val="heading 3"/>
    <w:basedOn w:val="Normal"/>
    <w:next w:val="Normal"/>
    <w:link w:val="Ttulo3Car"/>
    <w:uiPriority w:val="9"/>
    <w:unhideWhenUsed/>
    <w:qFormat/>
    <w:rsid w:val="00AD2A53"/>
    <w:pPr>
      <w:spacing w:after="240"/>
      <w:outlineLvl w:val="2"/>
    </w:pPr>
    <w:rPr>
      <w:b/>
      <w:color w:val="59C119"/>
      <w:sz w:val="26"/>
      <w:szCs w:val="26"/>
    </w:rPr>
  </w:style>
  <w:style w:type="paragraph" w:styleId="Ttulo4">
    <w:name w:val="heading 4"/>
    <w:basedOn w:val="Normal"/>
    <w:next w:val="Normal"/>
    <w:link w:val="Ttulo4Car"/>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283C6E"/>
    <w:rPr>
      <w:rFonts w:ascii="Arial" w:eastAsiaTheme="majorEastAsia" w:hAnsi="Arial" w:cs="Arial"/>
      <w:b/>
      <w:bCs/>
      <w:color w:val="59C119"/>
      <w:sz w:val="32"/>
      <w:szCs w:val="32"/>
      <w:lang w:val="it-IT"/>
    </w:rPr>
  </w:style>
  <w:style w:type="character" w:customStyle="1" w:styleId="Ttulo2Car">
    <w:name w:val="Título 2 Car"/>
    <w:basedOn w:val="Fuentedeprrafopredeter"/>
    <w:link w:val="Ttulo2"/>
    <w:uiPriority w:val="9"/>
    <w:rsid w:val="00D52E1D"/>
    <w:rPr>
      <w:rFonts w:ascii="Arial" w:eastAsiaTheme="majorEastAsia" w:hAnsi="Arial" w:cs="Arial"/>
      <w:b/>
      <w:bCs/>
      <w:color w:val="59C119"/>
      <w:sz w:val="26"/>
      <w:szCs w:val="26"/>
      <w:lang w:val="es-CO"/>
    </w:rPr>
  </w:style>
  <w:style w:type="character" w:customStyle="1" w:styleId="Ttulo3Car">
    <w:name w:val="Título 3 Car"/>
    <w:basedOn w:val="Fuentedeprrafopredeter"/>
    <w:link w:val="Ttulo3"/>
    <w:uiPriority w:val="9"/>
    <w:rsid w:val="00AD2A53"/>
    <w:rPr>
      <w:rFonts w:ascii="Arial" w:eastAsia="Georgia" w:hAnsi="Arial" w:cs="Arial"/>
      <w:b/>
      <w:color w:val="59C119"/>
      <w:sz w:val="26"/>
      <w:szCs w:val="26"/>
      <w:lang w:val="es-PE"/>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ind w:hanging="2"/>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Fuerte">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Aurorabodytext">
    <w:name w:val="Aurora body text"/>
    <w:basedOn w:val="Normal"/>
    <w:link w:val="AurorabodytextChar"/>
    <w:qFormat/>
    <w:rsid w:val="0006228A"/>
    <w:pPr>
      <w:tabs>
        <w:tab w:val="left" w:pos="1350"/>
        <w:tab w:val="left" w:pos="1800"/>
      </w:tabs>
      <w:autoSpaceDE w:val="0"/>
      <w:autoSpaceDN w:val="0"/>
      <w:adjustRightInd w:val="0"/>
      <w:spacing w:before="120" w:line="240" w:lineRule="auto"/>
      <w:ind w:left="2016"/>
    </w:pPr>
    <w:rPr>
      <w:rFonts w:ascii="Myriad Pro" w:eastAsia="Myriad Pro" w:hAnsi="Myriad Pro" w:cs="Times New Roman"/>
      <w:sz w:val="24"/>
      <w:lang w:val="x-none" w:eastAsia="x-none"/>
    </w:rPr>
  </w:style>
  <w:style w:type="character" w:customStyle="1" w:styleId="AurorabodytextChar">
    <w:name w:val="Aurora body text Char"/>
    <w:link w:val="Aurorabodytext"/>
    <w:rsid w:val="0006228A"/>
    <w:rPr>
      <w:rFonts w:ascii="Myriad Pro" w:eastAsia="Myriad Pro" w:hAnsi="Myriad Pro" w:cs="Times New Roman"/>
      <w:sz w:val="24"/>
      <w:lang w:val="x-none" w:eastAsia="x-none"/>
    </w:rPr>
  </w:style>
  <w:style w:type="paragraph" w:styleId="NormalWeb">
    <w:name w:val="Normal (Web)"/>
    <w:aliases w:val="Normal (Web) Char Char,Normal (Web) Char Char Char Char,Normal (Web) Char Char Char,Normal (Web) Char,Normal (Web) Char Char Char Char Char Char Char Char Char Char Char Char,Normal (Web) Char Char Char Char Char Char Char Char Char"/>
    <w:basedOn w:val="Normal"/>
    <w:link w:val="NormalWebCar"/>
    <w:uiPriority w:val="99"/>
    <w:qFormat/>
    <w:rsid w:val="00C578BE"/>
    <w:pPr>
      <w:spacing w:before="100" w:beforeAutospacing="1" w:after="100" w:afterAutospacing="1" w:line="288" w:lineRule="auto"/>
      <w:jc w:val="left"/>
    </w:pPr>
    <w:rPr>
      <w:rFonts w:ascii="Trebuchet MS" w:eastAsia="Times New Roman" w:hAnsi="Trebuchet MS" w:cs="Times New Roman"/>
      <w:color w:val="000000"/>
      <w:sz w:val="18"/>
      <w:szCs w:val="18"/>
      <w:lang w:val="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ar"/>
    <w:link w:val="NormalWeb"/>
    <w:locked/>
    <w:rsid w:val="00C578BE"/>
    <w:rPr>
      <w:rFonts w:ascii="Trebuchet MS" w:eastAsia="Times New Roman" w:hAnsi="Trebuchet MS" w:cs="Times New Roman"/>
      <w:color w:val="000000"/>
      <w:sz w:val="18"/>
      <w:szCs w:val="18"/>
      <w:lang w:val="x-none"/>
    </w:rPr>
  </w:style>
  <w:style w:type="character" w:styleId="Hipervnculo">
    <w:name w:val="Hyperlink"/>
    <w:uiPriority w:val="99"/>
    <w:unhideWhenUsed/>
    <w:qFormat/>
    <w:rsid w:val="00EF1F0B"/>
    <w:rPr>
      <w:color w:val="0000FF"/>
      <w:u w:val="single"/>
    </w:rPr>
  </w:style>
  <w:style w:type="character" w:styleId="Hipervnculovisitado">
    <w:name w:val="FollowedHyperlink"/>
    <w:basedOn w:val="Fuentedeprrafopredeter"/>
    <w:uiPriority w:val="99"/>
    <w:semiHidden/>
    <w:unhideWhenUsed/>
    <w:rsid w:val="00BC3318"/>
    <w:rPr>
      <w:color w:val="800080" w:themeColor="followedHyperlink"/>
      <w:u w:val="single"/>
    </w:rPr>
  </w:style>
  <w:style w:type="paragraph" w:customStyle="1" w:styleId="NormalCTM">
    <w:name w:val="Normal CTM"/>
    <w:basedOn w:val="Normal"/>
    <w:link w:val="NormalCTMCar"/>
    <w:qFormat/>
    <w:rsid w:val="00034AA8"/>
    <w:pPr>
      <w:spacing w:line="240" w:lineRule="auto"/>
      <w:jc w:val="left"/>
    </w:pPr>
    <w:rPr>
      <w:rFonts w:eastAsia="MS Mincho" w:cs="Times New Roman"/>
      <w:sz w:val="24"/>
      <w:szCs w:val="24"/>
      <w:lang w:val="en-US"/>
    </w:rPr>
  </w:style>
  <w:style w:type="character" w:customStyle="1" w:styleId="NormalCTMCar">
    <w:name w:val="Normal CTM Car"/>
    <w:link w:val="NormalCTM"/>
    <w:rsid w:val="00034AA8"/>
    <w:rPr>
      <w:rFonts w:ascii="Arial" w:eastAsia="MS Mincho"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otusblanchotel.com/" TargetMode="External"/><Relationship Id="rId21" Type="http://schemas.openxmlformats.org/officeDocument/2006/relationships/hyperlink" Target="https://www.paradisecruise.com/paradise-elegance/"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s://www.theriverie.com/" TargetMode="External"/><Relationship Id="rId50" Type="http://schemas.openxmlformats.org/officeDocument/2006/relationships/image" Target="media/image23.jpeg"/><Relationship Id="rId55" Type="http://schemas.openxmlformats.org/officeDocument/2006/relationships/hyperlink" Target="https://www.melia.com/en/hotels/thailand/chiang-mai/melia-chiang-mai?esl-k=sem-google%7Cng%7Cc680290748340%7Cme%7Ckmelia%20chiang%20mai%7Cp%7Ct%7Cdc%7Ca146769962078%7Cg19654575976&amp;&amp;gad_source=1&amp;gclid=CjwKCAjwnK60BhA9EiwAmpHZw7CKpEs7B8iVXfq7IW84vielHLeLBTA_YwSCsxH5sLBKPE5JLIAoiRoC0-QQAvD_BwE&amp;gclsrc=aw.ds" TargetMode="External"/><Relationship Id="rId63" Type="http://schemas.openxmlformats.org/officeDocument/2006/relationships/hyperlink" Target="https://www.google.com/aclk?sa=l&amp;ai=DChcSEwjP_ei1suyGAxWJzDwCHSOsAaEYABABGgJzZg&amp;ase=2&amp;gclid=CjwKCAjwydSzBhBOEiwAj0XN4IXNh1qeFhOHT0vp_dWsO2s8W2sAN3BCbuoDCslSouS7iYS0W_A-VBoCl24QAvD_BwE&amp;sig=AOD64_34tCsT1tS-nOw3uKcHKrlGOr8V4g&amp;q&amp;nis=4&amp;adurl&amp;ved=2ahUKEwi2zuC1suyGAxUmxDgGHTQQD1gQ0Qx6BAgFEAE"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4.jpeg"/><Relationship Id="rId11" Type="http://schemas.openxmlformats.org/officeDocument/2006/relationships/hyperlink" Target="https://flowergardenhotel.com.vn/" TargetMode="External"/><Relationship Id="rId24" Type="http://schemas.openxmlformats.org/officeDocument/2006/relationships/image" Target="media/image11.jpeg"/><Relationship Id="rId32" Type="http://schemas.openxmlformats.org/officeDocument/2006/relationships/hyperlink" Target="https://www.hyatt.com/en-US/hotel/cambodia/hyatt-regency-phnom-penh/pnhrp?src=corp_lclb_gmb_seo_pnhrp" TargetMode="External"/><Relationship Id="rId37" Type="http://schemas.openxmlformats.org/officeDocument/2006/relationships/hyperlink" Target="https://www.mandarin-bkk.com/" TargetMode="External"/><Relationship Id="rId40" Type="http://schemas.openxmlformats.org/officeDocument/2006/relationships/hyperlink" Target="https://www.so-bangkok.com/" TargetMode="External"/><Relationship Id="rId45" Type="http://schemas.openxmlformats.org/officeDocument/2006/relationships/hyperlink" Target="http://www.lalunaresortchiangrai.com/" TargetMode="External"/><Relationship Id="rId53" Type="http://schemas.openxmlformats.org/officeDocument/2006/relationships/hyperlink" Target="https://all.accor.com/hotel/B9U9/index.en.shtml" TargetMode="External"/><Relationship Id="rId58" Type="http://schemas.openxmlformats.org/officeDocument/2006/relationships/image" Target="media/image27.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chanalai.com/en/hillside-resort.html" TargetMode="External"/><Relationship Id="rId19" Type="http://schemas.openxmlformats.org/officeDocument/2006/relationships/hyperlink" Target="https://aucocruises.com/" TargetMode="External"/><Relationship Id="rId14" Type="http://schemas.openxmlformats.org/officeDocument/2006/relationships/hyperlink" Target="http://www.melia.com/en/hotels/vietnam/hanoi/melia-hanoi/index.html"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s://sensoryparkhotel.com/"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s://th.lemeridienchiangrai.com/" TargetMode="External"/><Relationship Id="rId56" Type="http://schemas.openxmlformats.org/officeDocument/2006/relationships/hyperlink" Target="https://www.shangri-la.com/en/chiangmai/shangrila/?WT.mc_id=SLCM_220418_TH_SEM_GOOGLE_AON_BRANDDOMESTIC_RSA_TEXTLINK_EN_Shangri-la%20chiang%20mai-StaycationOffers&amp;&amp;&amp;gclid=Cj0KCQjw84anBhCtARIsAISI-xcK8jh9H_TwgNS3GhZPncbTNBPrmhz6qFWIess7SOSiy44GYJm_gG4aAp74EALw_wcB&amp;gclsrc=aw.ds" TargetMode="External"/><Relationship Id="rId64" Type="http://schemas.openxmlformats.org/officeDocument/2006/relationships/hyperlink" Target="https://www.salahospitality.com/phuket/" TargetMode="External"/><Relationship Id="rId8" Type="http://schemas.openxmlformats.org/officeDocument/2006/relationships/image" Target="media/image3.jpeg"/><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yperlink" Target="http://theann.com.vn/vi/about-the-ann" TargetMode="External"/><Relationship Id="rId17" Type="http://schemas.openxmlformats.org/officeDocument/2006/relationships/image" Target="media/image8.jpeg"/><Relationship Id="rId25" Type="http://schemas.openxmlformats.org/officeDocument/2006/relationships/hyperlink" Target="https://taraangkorhotel.com/" TargetMode="External"/><Relationship Id="rId33" Type="http://schemas.openxmlformats.org/officeDocument/2006/relationships/hyperlink" Target="https://www.hyatt.com/en-US/hotel/cambodia/hyatt-regency-phnom-penh/pnhrp?src=corp_lclb_gmb_seo_pnhrp" TargetMode="External"/><Relationship Id="rId38" Type="http://schemas.openxmlformats.org/officeDocument/2006/relationships/hyperlink" Target="https://www.mandarin-bkk.com/" TargetMode="External"/><Relationship Id="rId46" Type="http://schemas.openxmlformats.org/officeDocument/2006/relationships/hyperlink" Target="https://www.heritagechiangrai.com/" TargetMode="External"/><Relationship Id="rId59" Type="http://schemas.openxmlformats.org/officeDocument/2006/relationships/image" Target="media/image28.jpeg"/><Relationship Id="rId20" Type="http://schemas.openxmlformats.org/officeDocument/2006/relationships/hyperlink" Target="https://www.paradisecruise.com/paradise-elegance/" TargetMode="External"/><Relationship Id="rId41" Type="http://schemas.openxmlformats.org/officeDocument/2006/relationships/image" Target="media/image18.jpeg"/><Relationship Id="rId54" Type="http://schemas.openxmlformats.org/officeDocument/2006/relationships/hyperlink" Target="https://www.novotelchiangmai.com/" TargetMode="External"/><Relationship Id="rId62" Type="http://schemas.openxmlformats.org/officeDocument/2006/relationships/hyperlink" Target="https://www.novotelphuketkamala.com/th/"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image" Target="media/image22.jpeg"/><Relationship Id="rId57" Type="http://schemas.openxmlformats.org/officeDocument/2006/relationships/image" Target="media/image26.jpeg"/><Relationship Id="rId10" Type="http://schemas.openxmlformats.org/officeDocument/2006/relationships/image" Target="media/image5.jpeg"/><Relationship Id="rId31" Type="http://schemas.openxmlformats.org/officeDocument/2006/relationships/hyperlink" Target="https://www.sunandmoonhotelgroup.com/hotels/riverside-hotel/" TargetMode="External"/><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image" Target="media/image29.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hyperlink" Target="http://www.melia.com/en/hotels/vietnam/hanoi/melia-hanoi/index.html" TargetMode="External"/><Relationship Id="rId18" Type="http://schemas.openxmlformats.org/officeDocument/2006/relationships/hyperlink" Target="https://www.bhayacruises.com/" TargetMode="External"/><Relationship Id="rId39" Type="http://schemas.openxmlformats.org/officeDocument/2006/relationships/hyperlink" Target="https://montienbangkok.com/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3508</Words>
  <Characters>17613</Characters>
  <Application>Microsoft Office Word</Application>
  <DocSecurity>0</DocSecurity>
  <Lines>533</Lines>
  <Paragraphs>301</Paragraphs>
  <ScaleCrop>false</ScaleCrop>
  <Manager/>
  <Company/>
  <LinksUpToDate>false</LinksUpToDate>
  <CharactersWithSpaces>20820</CharactersWithSpaces>
  <SharedDoc>false</SharedDoc>
  <HyperlinkBase/>
  <HLinks>
    <vt:vector size="192" baseType="variant">
      <vt:variant>
        <vt:i4>2228274</vt:i4>
      </vt:variant>
      <vt:variant>
        <vt:i4>93</vt:i4>
      </vt:variant>
      <vt:variant>
        <vt:i4>0</vt:i4>
      </vt:variant>
      <vt:variant>
        <vt:i4>5</vt:i4>
      </vt:variant>
      <vt:variant>
        <vt:lpwstr>https://www.salahospitality.com/phuket/</vt:lpwstr>
      </vt:variant>
      <vt:variant>
        <vt:lpwstr/>
      </vt:variant>
      <vt:variant>
        <vt:i4>6881364</vt:i4>
      </vt:variant>
      <vt:variant>
        <vt:i4>90</vt:i4>
      </vt:variant>
      <vt:variant>
        <vt:i4>0</vt:i4>
      </vt:variant>
      <vt:variant>
        <vt:i4>5</vt:i4>
      </vt:variant>
      <vt:variant>
        <vt:lpwstr>https://www.google.com/aclk?sa=l&amp;ai=DChcSEwjP_ei1suyGAxWJzDwCHSOsAaEYABABGgJzZg&amp;ase=2&amp;gclid=CjwKCAjwydSzBhBOEiwAj0XN4IXNh1qeFhOHT0vp_dWsO2s8W2sAN3BCbuoDCslSouS7iYS0W_A-VBoCl24QAvD_BwE&amp;sig=AOD64_34tCsT1tS-nOw3uKcHKrlGOr8V4g&amp;q&amp;nis=4&amp;adurl&amp;ved=2ahUKEwi2zuC1suyGAxUmxDgGHTQQD1gQ0Qx6BAgFEAE</vt:lpwstr>
      </vt:variant>
      <vt:variant>
        <vt:lpwstr/>
      </vt:variant>
      <vt:variant>
        <vt:i4>2162732</vt:i4>
      </vt:variant>
      <vt:variant>
        <vt:i4>87</vt:i4>
      </vt:variant>
      <vt:variant>
        <vt:i4>0</vt:i4>
      </vt:variant>
      <vt:variant>
        <vt:i4>5</vt:i4>
      </vt:variant>
      <vt:variant>
        <vt:lpwstr>https://www.novotelphuketkamala.com/th/</vt:lpwstr>
      </vt:variant>
      <vt:variant>
        <vt:lpwstr/>
      </vt:variant>
      <vt:variant>
        <vt:i4>4390919</vt:i4>
      </vt:variant>
      <vt:variant>
        <vt:i4>84</vt:i4>
      </vt:variant>
      <vt:variant>
        <vt:i4>0</vt:i4>
      </vt:variant>
      <vt:variant>
        <vt:i4>5</vt:i4>
      </vt:variant>
      <vt:variant>
        <vt:lpwstr>https://www.chanalai.com/en/hillside-resort.html</vt:lpwstr>
      </vt:variant>
      <vt:variant>
        <vt:lpwstr/>
      </vt:variant>
      <vt:variant>
        <vt:i4>3604502</vt:i4>
      </vt:variant>
      <vt:variant>
        <vt:i4>81</vt:i4>
      </vt:variant>
      <vt:variant>
        <vt:i4>0</vt:i4>
      </vt:variant>
      <vt:variant>
        <vt:i4>5</vt:i4>
      </vt:variant>
      <vt:variant>
        <vt:lpwstr>https://www.shangri-la.com/en/chiangmai/shangrila/?WT.mc_id=SLCM_220418_TH_SEM_GOOGLE_AON_BRANDDOMESTIC_RSA_TEXTLINK_EN_Shangri-la%20chiang%20mai-StaycationOffers&amp;&amp;&amp;gclid=Cj0KCQjw84anBhCtARIsAISI-xcK8jh9H_TwgNS3GhZPncbTNBPrmhz6qFWIess7SOSiy44GYJm_gG4aAp74EALw_wcB&amp;gclsrc=aw.ds</vt:lpwstr>
      </vt:variant>
      <vt:variant>
        <vt:lpwstr/>
      </vt:variant>
      <vt:variant>
        <vt:i4>2162781</vt:i4>
      </vt:variant>
      <vt:variant>
        <vt:i4>78</vt:i4>
      </vt:variant>
      <vt:variant>
        <vt:i4>0</vt:i4>
      </vt:variant>
      <vt:variant>
        <vt:i4>5</vt:i4>
      </vt:variant>
      <vt:variant>
        <vt:lpwstr>https://www.melia.com/en/hotels/thailand/chiang-mai/melia-chiang-mai?esl-k=sem-google%7Cng%7Cc680290748340%7Cme%7Ckmelia%20chiang%20mai%7Cp%7Ct%7Cdc%7Ca146769962078%7Cg19654575976&amp;&amp;gad_source=1&amp;gclid=CjwKCAjwnK60BhA9EiwAmpHZw7CKpEs7B8iVXfq7IW84vielHLeLBTA_YwSCsxH5sLBKPE5JLIAoiRoC0-QQAvD_BwE&amp;gclsrc=aw.ds</vt:lpwstr>
      </vt:variant>
      <vt:variant>
        <vt:lpwstr/>
      </vt:variant>
      <vt:variant>
        <vt:i4>4390926</vt:i4>
      </vt:variant>
      <vt:variant>
        <vt:i4>75</vt:i4>
      </vt:variant>
      <vt:variant>
        <vt:i4>0</vt:i4>
      </vt:variant>
      <vt:variant>
        <vt:i4>5</vt:i4>
      </vt:variant>
      <vt:variant>
        <vt:lpwstr>https://www.novotelchiangmai.com/</vt:lpwstr>
      </vt:variant>
      <vt:variant>
        <vt:lpwstr/>
      </vt:variant>
      <vt:variant>
        <vt:i4>3080247</vt:i4>
      </vt:variant>
      <vt:variant>
        <vt:i4>72</vt:i4>
      </vt:variant>
      <vt:variant>
        <vt:i4>0</vt:i4>
      </vt:variant>
      <vt:variant>
        <vt:i4>5</vt:i4>
      </vt:variant>
      <vt:variant>
        <vt:lpwstr>https://all.accor.com/hotel/B9U9/index.en.shtml</vt:lpwstr>
      </vt:variant>
      <vt:variant>
        <vt:lpwstr/>
      </vt:variant>
      <vt:variant>
        <vt:i4>7995450</vt:i4>
      </vt:variant>
      <vt:variant>
        <vt:i4>69</vt:i4>
      </vt:variant>
      <vt:variant>
        <vt:i4>0</vt:i4>
      </vt:variant>
      <vt:variant>
        <vt:i4>5</vt:i4>
      </vt:variant>
      <vt:variant>
        <vt:lpwstr>https://th.lemeridienchiangrai.com/</vt:lpwstr>
      </vt:variant>
      <vt:variant>
        <vt:lpwstr/>
      </vt:variant>
      <vt:variant>
        <vt:i4>3997813</vt:i4>
      </vt:variant>
      <vt:variant>
        <vt:i4>66</vt:i4>
      </vt:variant>
      <vt:variant>
        <vt:i4>0</vt:i4>
      </vt:variant>
      <vt:variant>
        <vt:i4>5</vt:i4>
      </vt:variant>
      <vt:variant>
        <vt:lpwstr>https://www.theriverie.com/</vt:lpwstr>
      </vt:variant>
      <vt:variant>
        <vt:lpwstr/>
      </vt:variant>
      <vt:variant>
        <vt:i4>2162744</vt:i4>
      </vt:variant>
      <vt:variant>
        <vt:i4>63</vt:i4>
      </vt:variant>
      <vt:variant>
        <vt:i4>0</vt:i4>
      </vt:variant>
      <vt:variant>
        <vt:i4>5</vt:i4>
      </vt:variant>
      <vt:variant>
        <vt:lpwstr>https://www.heritagechiangrai.com/</vt:lpwstr>
      </vt:variant>
      <vt:variant>
        <vt:lpwstr/>
      </vt:variant>
      <vt:variant>
        <vt:i4>4653077</vt:i4>
      </vt:variant>
      <vt:variant>
        <vt:i4>60</vt:i4>
      </vt:variant>
      <vt:variant>
        <vt:i4>0</vt:i4>
      </vt:variant>
      <vt:variant>
        <vt:i4>5</vt:i4>
      </vt:variant>
      <vt:variant>
        <vt:lpwstr>http://www.lalunaresortchiangrai.com/</vt:lpwstr>
      </vt:variant>
      <vt:variant>
        <vt:lpwstr/>
      </vt:variant>
      <vt:variant>
        <vt:i4>2424886</vt:i4>
      </vt:variant>
      <vt:variant>
        <vt:i4>57</vt:i4>
      </vt:variant>
      <vt:variant>
        <vt:i4>0</vt:i4>
      </vt:variant>
      <vt:variant>
        <vt:i4>5</vt:i4>
      </vt:variant>
      <vt:variant>
        <vt:lpwstr>https://www.so-bangkok.com/</vt:lpwstr>
      </vt:variant>
      <vt:variant>
        <vt:lpwstr/>
      </vt:variant>
      <vt:variant>
        <vt:i4>3538987</vt:i4>
      </vt:variant>
      <vt:variant>
        <vt:i4>54</vt:i4>
      </vt:variant>
      <vt:variant>
        <vt:i4>0</vt:i4>
      </vt:variant>
      <vt:variant>
        <vt:i4>5</vt:i4>
      </vt:variant>
      <vt:variant>
        <vt:lpwstr>https://montienbangkok.com/th/</vt:lpwstr>
      </vt:variant>
      <vt:variant>
        <vt:lpwstr/>
      </vt:variant>
      <vt:variant>
        <vt:i4>5636172</vt:i4>
      </vt:variant>
      <vt:variant>
        <vt:i4>51</vt:i4>
      </vt:variant>
      <vt:variant>
        <vt:i4>0</vt:i4>
      </vt:variant>
      <vt:variant>
        <vt:i4>5</vt:i4>
      </vt:variant>
      <vt:variant>
        <vt:lpwstr>https://www.mandarin-bkk.com/</vt:lpwstr>
      </vt:variant>
      <vt:variant>
        <vt:lpwstr/>
      </vt:variant>
      <vt:variant>
        <vt:i4>5636172</vt:i4>
      </vt:variant>
      <vt:variant>
        <vt:i4>48</vt:i4>
      </vt:variant>
      <vt:variant>
        <vt:i4>0</vt:i4>
      </vt:variant>
      <vt:variant>
        <vt:i4>5</vt:i4>
      </vt:variant>
      <vt:variant>
        <vt:lpwstr>https://www.mandarin-bkk.com/</vt:lpwstr>
      </vt:variant>
      <vt:variant>
        <vt:lpwstr/>
      </vt:variant>
      <vt:variant>
        <vt:i4>3735584</vt:i4>
      </vt:variant>
      <vt:variant>
        <vt:i4>45</vt:i4>
      </vt:variant>
      <vt:variant>
        <vt:i4>0</vt:i4>
      </vt:variant>
      <vt:variant>
        <vt:i4>5</vt:i4>
      </vt:variant>
      <vt:variant>
        <vt:lpwstr>https://www.hyatt.com/en-US/hotel/cambodia/hyatt-regency-phnom-penh/pnhrp?src=corp_lclb_gmb_seo_pnhrp</vt:lpwstr>
      </vt:variant>
      <vt:variant>
        <vt:lpwstr/>
      </vt:variant>
      <vt:variant>
        <vt:i4>3735584</vt:i4>
      </vt:variant>
      <vt:variant>
        <vt:i4>42</vt:i4>
      </vt:variant>
      <vt:variant>
        <vt:i4>0</vt:i4>
      </vt:variant>
      <vt:variant>
        <vt:i4>5</vt:i4>
      </vt:variant>
      <vt:variant>
        <vt:lpwstr>https://www.hyatt.com/en-US/hotel/cambodia/hyatt-regency-phnom-penh/pnhrp?src=corp_lclb_gmb_seo_pnhrp</vt:lpwstr>
      </vt:variant>
      <vt:variant>
        <vt:lpwstr/>
      </vt:variant>
      <vt:variant>
        <vt:i4>589915</vt:i4>
      </vt:variant>
      <vt:variant>
        <vt:i4>39</vt:i4>
      </vt:variant>
      <vt:variant>
        <vt:i4>0</vt:i4>
      </vt:variant>
      <vt:variant>
        <vt:i4>5</vt:i4>
      </vt:variant>
      <vt:variant>
        <vt:lpwstr>https://www.sunandmoonhotelgroup.com/hotels/riverside-hotel/</vt:lpwstr>
      </vt:variant>
      <vt:variant>
        <vt:lpwstr/>
      </vt:variant>
      <vt:variant>
        <vt:i4>589834</vt:i4>
      </vt:variant>
      <vt:variant>
        <vt:i4>36</vt:i4>
      </vt:variant>
      <vt:variant>
        <vt:i4>0</vt:i4>
      </vt:variant>
      <vt:variant>
        <vt:i4>5</vt:i4>
      </vt:variant>
      <vt:variant>
        <vt:lpwstr>https://sensoryparkhotel.com/</vt:lpwstr>
      </vt:variant>
      <vt:variant>
        <vt:lpwstr/>
      </vt:variant>
      <vt:variant>
        <vt:i4>6488168</vt:i4>
      </vt:variant>
      <vt:variant>
        <vt:i4>33</vt:i4>
      </vt:variant>
      <vt:variant>
        <vt:i4>0</vt:i4>
      </vt:variant>
      <vt:variant>
        <vt:i4>5</vt:i4>
      </vt:variant>
      <vt:variant>
        <vt:lpwstr>https://www.sofitel-angkor-phokeethra.com/</vt:lpwstr>
      </vt:variant>
      <vt:variant>
        <vt:lpwstr/>
      </vt:variant>
      <vt:variant>
        <vt:i4>6488168</vt:i4>
      </vt:variant>
      <vt:variant>
        <vt:i4>30</vt:i4>
      </vt:variant>
      <vt:variant>
        <vt:i4>0</vt:i4>
      </vt:variant>
      <vt:variant>
        <vt:i4>5</vt:i4>
      </vt:variant>
      <vt:variant>
        <vt:lpwstr>https://www.sofitel-angkor-phokeethra.com/</vt:lpwstr>
      </vt:variant>
      <vt:variant>
        <vt:lpwstr/>
      </vt:variant>
      <vt:variant>
        <vt:i4>5636183</vt:i4>
      </vt:variant>
      <vt:variant>
        <vt:i4>27</vt:i4>
      </vt:variant>
      <vt:variant>
        <vt:i4>0</vt:i4>
      </vt:variant>
      <vt:variant>
        <vt:i4>5</vt:i4>
      </vt:variant>
      <vt:variant>
        <vt:lpwstr>https://www.lotusblanchotel.com/</vt:lpwstr>
      </vt:variant>
      <vt:variant>
        <vt:lpwstr/>
      </vt:variant>
      <vt:variant>
        <vt:i4>131153</vt:i4>
      </vt:variant>
      <vt:variant>
        <vt:i4>24</vt:i4>
      </vt:variant>
      <vt:variant>
        <vt:i4>0</vt:i4>
      </vt:variant>
      <vt:variant>
        <vt:i4>5</vt:i4>
      </vt:variant>
      <vt:variant>
        <vt:lpwstr>https://taraangkorhotel.com/</vt:lpwstr>
      </vt:variant>
      <vt:variant>
        <vt:lpwstr/>
      </vt:variant>
      <vt:variant>
        <vt:i4>786512</vt:i4>
      </vt:variant>
      <vt:variant>
        <vt:i4>21</vt:i4>
      </vt:variant>
      <vt:variant>
        <vt:i4>0</vt:i4>
      </vt:variant>
      <vt:variant>
        <vt:i4>5</vt:i4>
      </vt:variant>
      <vt:variant>
        <vt:lpwstr>https://www.paradisecruise.com/paradise-elegance/</vt:lpwstr>
      </vt:variant>
      <vt:variant>
        <vt:lpwstr/>
      </vt:variant>
      <vt:variant>
        <vt:i4>786512</vt:i4>
      </vt:variant>
      <vt:variant>
        <vt:i4>18</vt:i4>
      </vt:variant>
      <vt:variant>
        <vt:i4>0</vt:i4>
      </vt:variant>
      <vt:variant>
        <vt:i4>5</vt:i4>
      </vt:variant>
      <vt:variant>
        <vt:lpwstr>https://www.paradisecruise.com/paradise-elegance/</vt:lpwstr>
      </vt:variant>
      <vt:variant>
        <vt:lpwstr/>
      </vt:variant>
      <vt:variant>
        <vt:i4>1769562</vt:i4>
      </vt:variant>
      <vt:variant>
        <vt:i4>15</vt:i4>
      </vt:variant>
      <vt:variant>
        <vt:i4>0</vt:i4>
      </vt:variant>
      <vt:variant>
        <vt:i4>5</vt:i4>
      </vt:variant>
      <vt:variant>
        <vt:lpwstr>https://aucocruises.com/</vt:lpwstr>
      </vt:variant>
      <vt:variant>
        <vt:lpwstr/>
      </vt:variant>
      <vt:variant>
        <vt:i4>4259869</vt:i4>
      </vt:variant>
      <vt:variant>
        <vt:i4>12</vt:i4>
      </vt:variant>
      <vt:variant>
        <vt:i4>0</vt:i4>
      </vt:variant>
      <vt:variant>
        <vt:i4>5</vt:i4>
      </vt:variant>
      <vt:variant>
        <vt:lpwstr>https://www.bhayacruises.com/</vt:lpwstr>
      </vt:variant>
      <vt:variant>
        <vt:lpwstr/>
      </vt:variant>
      <vt:variant>
        <vt:i4>7733280</vt:i4>
      </vt:variant>
      <vt:variant>
        <vt:i4>9</vt:i4>
      </vt:variant>
      <vt:variant>
        <vt:i4>0</vt:i4>
      </vt:variant>
      <vt:variant>
        <vt:i4>5</vt:i4>
      </vt:variant>
      <vt:variant>
        <vt:lpwstr>http://www.melia.com/en/hotels/vietnam/hanoi/melia-hanoi/index.html</vt:lpwstr>
      </vt:variant>
      <vt:variant>
        <vt:lpwstr/>
      </vt:variant>
      <vt:variant>
        <vt:i4>7733280</vt:i4>
      </vt:variant>
      <vt:variant>
        <vt:i4>6</vt:i4>
      </vt:variant>
      <vt:variant>
        <vt:i4>0</vt:i4>
      </vt:variant>
      <vt:variant>
        <vt:i4>5</vt:i4>
      </vt:variant>
      <vt:variant>
        <vt:lpwstr>http://www.melia.com/en/hotels/vietnam/hanoi/melia-hanoi/index.html</vt:lpwstr>
      </vt:variant>
      <vt:variant>
        <vt:lpwstr/>
      </vt:variant>
      <vt:variant>
        <vt:i4>1900634</vt:i4>
      </vt:variant>
      <vt:variant>
        <vt:i4>3</vt:i4>
      </vt:variant>
      <vt:variant>
        <vt:i4>0</vt:i4>
      </vt:variant>
      <vt:variant>
        <vt:i4>5</vt:i4>
      </vt:variant>
      <vt:variant>
        <vt:lpwstr>http://theann.com.vn/vi/about-the-ann</vt:lpwstr>
      </vt:variant>
      <vt:variant>
        <vt:lpwstr/>
      </vt:variant>
      <vt:variant>
        <vt:i4>1572948</vt:i4>
      </vt:variant>
      <vt:variant>
        <vt:i4>0</vt:i4>
      </vt:variant>
      <vt:variant>
        <vt:i4>0</vt:i4>
      </vt:variant>
      <vt:variant>
        <vt:i4>5</vt:i4>
      </vt:variant>
      <vt:variant>
        <vt:lpwstr>https://flowergardenhotel.com.vn/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Daniela Torrado</cp:lastModifiedBy>
  <cp:revision>3</cp:revision>
  <dcterms:created xsi:type="dcterms:W3CDTF">2026-02-26T23:03:00Z</dcterms:created>
  <dcterms:modified xsi:type="dcterms:W3CDTF">2026-02-26T23:04:00Z</dcterms:modified>
  <cp:category/>
</cp:coreProperties>
</file>