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D3AFC" w14:textId="3B15E471" w:rsidR="002043F7" w:rsidRDefault="00AD4ED5">
      <w:pPr>
        <w:pStyle w:val="Ttulo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51E9855D" wp14:editId="5F9677A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51414"/>
            <wp:effectExtent l="0" t="0" r="0" b="7620"/>
            <wp:wrapNone/>
            <wp:docPr id="15090616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61673" name="Imagen 150906167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1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1E8AE" w14:textId="77777777" w:rsidR="002043F7" w:rsidRDefault="002043F7">
      <w:pPr>
        <w:pStyle w:val="Ttulo"/>
        <w:rPr>
          <w:rFonts w:ascii="Arial" w:hAnsi="Arial"/>
        </w:rPr>
      </w:pPr>
    </w:p>
    <w:p w14:paraId="4E8B7859" w14:textId="77777777" w:rsidR="002043F7" w:rsidRDefault="002043F7">
      <w:pPr>
        <w:pStyle w:val="Ttulo"/>
        <w:rPr>
          <w:rFonts w:ascii="Arial" w:hAnsi="Arial"/>
        </w:rPr>
      </w:pPr>
    </w:p>
    <w:p w14:paraId="039C0B5B" w14:textId="77777777" w:rsidR="002043F7" w:rsidRDefault="002043F7">
      <w:pPr>
        <w:pStyle w:val="Ttulo"/>
        <w:rPr>
          <w:rFonts w:ascii="Arial" w:hAnsi="Arial"/>
        </w:rPr>
      </w:pPr>
    </w:p>
    <w:p w14:paraId="193D0FEA" w14:textId="77777777" w:rsidR="002043F7" w:rsidRDefault="002043F7">
      <w:pPr>
        <w:pStyle w:val="Ttulo"/>
        <w:rPr>
          <w:rFonts w:ascii="Arial" w:hAnsi="Arial"/>
        </w:rPr>
      </w:pPr>
    </w:p>
    <w:p w14:paraId="278CED9E" w14:textId="77777777" w:rsidR="002043F7" w:rsidRPr="00C10DD4" w:rsidRDefault="002043F7">
      <w:pPr>
        <w:pStyle w:val="Ttulo"/>
        <w:rPr>
          <w:rFonts w:ascii="Arial" w:hAnsi="Arial"/>
          <w:u w:val="single"/>
        </w:rPr>
      </w:pPr>
    </w:p>
    <w:p w14:paraId="4E465E5E" w14:textId="77777777" w:rsidR="002043F7" w:rsidRDefault="002043F7">
      <w:pPr>
        <w:pStyle w:val="Ttulo"/>
        <w:rPr>
          <w:rFonts w:ascii="Arial" w:hAnsi="Arial"/>
        </w:rPr>
      </w:pPr>
    </w:p>
    <w:p w14:paraId="7E8E5768" w14:textId="77777777" w:rsidR="002043F7" w:rsidRDefault="002043F7">
      <w:pPr>
        <w:pStyle w:val="Ttulo"/>
        <w:rPr>
          <w:rFonts w:ascii="Arial" w:hAnsi="Arial"/>
        </w:rPr>
      </w:pPr>
    </w:p>
    <w:p w14:paraId="0DEF9979" w14:textId="77777777" w:rsidR="002043F7" w:rsidRDefault="002043F7">
      <w:pPr>
        <w:pStyle w:val="Ttulo"/>
        <w:rPr>
          <w:rFonts w:ascii="Arial" w:hAnsi="Arial"/>
        </w:rPr>
      </w:pPr>
    </w:p>
    <w:p w14:paraId="04989AC9" w14:textId="77777777" w:rsidR="002043F7" w:rsidRDefault="002043F7">
      <w:pPr>
        <w:pStyle w:val="Ttulo"/>
        <w:rPr>
          <w:rFonts w:ascii="Arial" w:hAnsi="Arial"/>
        </w:rPr>
      </w:pPr>
    </w:p>
    <w:p w14:paraId="00267045" w14:textId="77777777" w:rsidR="002043F7" w:rsidRDefault="002043F7">
      <w:pPr>
        <w:pStyle w:val="Ttulo"/>
        <w:rPr>
          <w:rFonts w:ascii="Arial" w:hAnsi="Arial"/>
        </w:rPr>
      </w:pPr>
    </w:p>
    <w:p w14:paraId="6D083619" w14:textId="77777777" w:rsidR="002043F7" w:rsidRDefault="002043F7">
      <w:pPr>
        <w:pStyle w:val="Ttulo"/>
        <w:rPr>
          <w:rFonts w:ascii="Arial" w:hAnsi="Arial"/>
        </w:rPr>
      </w:pPr>
    </w:p>
    <w:p w14:paraId="5FCC62CD" w14:textId="77777777" w:rsidR="002043F7" w:rsidRDefault="002043F7">
      <w:pPr>
        <w:pStyle w:val="Ttulo"/>
        <w:rPr>
          <w:rFonts w:ascii="Arial" w:hAnsi="Arial"/>
        </w:rPr>
      </w:pPr>
    </w:p>
    <w:p w14:paraId="2F935AE3" w14:textId="77777777" w:rsidR="002043F7" w:rsidRDefault="002043F7">
      <w:pPr>
        <w:pStyle w:val="Ttulo"/>
        <w:rPr>
          <w:rFonts w:ascii="Arial" w:hAnsi="Arial"/>
        </w:rPr>
      </w:pPr>
    </w:p>
    <w:p w14:paraId="35DB8430" w14:textId="77777777" w:rsidR="002043F7" w:rsidRDefault="002043F7">
      <w:pPr>
        <w:pStyle w:val="Ttulo"/>
        <w:rPr>
          <w:rFonts w:ascii="Arial" w:hAnsi="Arial"/>
        </w:rPr>
      </w:pPr>
    </w:p>
    <w:p w14:paraId="3EE76E73" w14:textId="77777777" w:rsidR="002043F7" w:rsidRDefault="002043F7">
      <w:pPr>
        <w:pStyle w:val="Ttulo"/>
        <w:rPr>
          <w:rFonts w:ascii="Arial" w:hAnsi="Arial"/>
        </w:rPr>
      </w:pPr>
    </w:p>
    <w:p w14:paraId="3F8B6D84" w14:textId="77777777" w:rsidR="002043F7" w:rsidRDefault="002043F7">
      <w:pPr>
        <w:pStyle w:val="Ttulo"/>
        <w:rPr>
          <w:rFonts w:ascii="Arial" w:hAnsi="Arial"/>
        </w:rPr>
      </w:pPr>
    </w:p>
    <w:p w14:paraId="763BFFA3" w14:textId="77777777" w:rsidR="002043F7" w:rsidRDefault="002043F7">
      <w:pPr>
        <w:pStyle w:val="Ttulo"/>
        <w:rPr>
          <w:rFonts w:ascii="Arial" w:hAnsi="Arial"/>
        </w:rPr>
      </w:pPr>
    </w:p>
    <w:p w14:paraId="66953260" w14:textId="77777777" w:rsidR="002043F7" w:rsidRDefault="002043F7">
      <w:pPr>
        <w:pStyle w:val="Ttulo"/>
        <w:rPr>
          <w:rFonts w:ascii="Arial" w:hAnsi="Arial"/>
        </w:rPr>
      </w:pPr>
    </w:p>
    <w:p w14:paraId="018FA34A" w14:textId="77777777" w:rsidR="002043F7" w:rsidRDefault="002043F7">
      <w:pPr>
        <w:pStyle w:val="Ttulo"/>
        <w:rPr>
          <w:rFonts w:ascii="Arial" w:hAnsi="Arial"/>
        </w:rPr>
      </w:pPr>
    </w:p>
    <w:p w14:paraId="79B99F50" w14:textId="77777777" w:rsidR="00C10DD4" w:rsidRPr="00C10DD4" w:rsidRDefault="00C10DD4" w:rsidP="00C10DD4"/>
    <w:p w14:paraId="498DE97F" w14:textId="7E780301" w:rsidR="00123C5A" w:rsidRDefault="00000000" w:rsidP="002043F7">
      <w:pPr>
        <w:pStyle w:val="Ttulo3"/>
        <w:keepNext w:val="0"/>
        <w:keepLines w:val="0"/>
        <w:spacing w:before="240"/>
        <w:jc w:val="center"/>
        <w:rPr>
          <w:rFonts w:ascii="Arial" w:eastAsia="Arial" w:hAnsi="Arial" w:cs="Arial"/>
          <w:color w:val="59C119"/>
          <w:sz w:val="32"/>
          <w:szCs w:val="32"/>
          <w:lang w:val="es-419"/>
        </w:rPr>
      </w:pPr>
      <w:r w:rsidRPr="002043F7">
        <w:rPr>
          <w:rFonts w:ascii="Arial" w:eastAsia="Arial" w:hAnsi="Arial" w:cs="Arial"/>
          <w:color w:val="59C119"/>
          <w:sz w:val="32"/>
          <w:szCs w:val="32"/>
          <w:lang w:val="es-419"/>
        </w:rPr>
        <w:lastRenderedPageBreak/>
        <w:t>PLAN COLOMBIA PRIVADA Y AUTÉNTICA</w:t>
      </w:r>
    </w:p>
    <w:p w14:paraId="5FC2F54A" w14:textId="77777777" w:rsidR="002043F7" w:rsidRPr="002043F7" w:rsidRDefault="002043F7" w:rsidP="002043F7">
      <w:pPr>
        <w:spacing w:after="240"/>
        <w:rPr>
          <w:rFonts w:eastAsia="Arial" w:cs="Arial"/>
          <w:color w:val="1F1F1F"/>
          <w:lang w:val="es-419"/>
        </w:rPr>
      </w:pPr>
    </w:p>
    <w:p w14:paraId="64439A9B" w14:textId="2F717D46" w:rsidR="00123C5A" w:rsidRPr="002043F7" w:rsidRDefault="0051612C" w:rsidP="002043F7">
      <w:pPr>
        <w:spacing w:after="240"/>
        <w:rPr>
          <w:rFonts w:eastAsia="Arial" w:cs="Arial"/>
          <w:color w:val="1F1F1F"/>
          <w:lang w:val="es-419"/>
        </w:rPr>
      </w:pPr>
      <w:r w:rsidRPr="00E93531">
        <w:rPr>
          <w:rFonts w:cs="Arial"/>
          <w:b/>
          <w:color w:val="1F1F1F"/>
          <w:lang w:val="es-419"/>
        </w:rPr>
        <w:t>Duración:</w:t>
      </w:r>
      <w:r w:rsidRPr="00372A46">
        <w:rPr>
          <w:rFonts w:cs="Arial"/>
          <w:color w:val="1F1F1F"/>
          <w:lang w:val="es-419"/>
        </w:rPr>
        <w:t xml:space="preserve"> </w:t>
      </w:r>
      <w:r w:rsidRPr="002043F7">
        <w:rPr>
          <w:rFonts w:eastAsia="Arial" w:cs="Arial"/>
          <w:color w:val="1F1F1F"/>
          <w:lang w:val="es-419"/>
        </w:rPr>
        <w:t>7 noches / 8 días</w:t>
      </w:r>
    </w:p>
    <w:p w14:paraId="108F149D" w14:textId="39A064C4" w:rsidR="00123C5A" w:rsidRPr="002043F7" w:rsidRDefault="0051612C" w:rsidP="002043F7">
      <w:pPr>
        <w:spacing w:after="240"/>
        <w:rPr>
          <w:rFonts w:eastAsia="Arial" w:cs="Arial"/>
          <w:color w:val="1F1F1F"/>
          <w:lang w:val="es-419"/>
        </w:rPr>
      </w:pPr>
      <w:r w:rsidRPr="00E93531">
        <w:rPr>
          <w:rFonts w:cs="Arial"/>
          <w:b/>
          <w:bCs/>
          <w:color w:val="1F1F1F"/>
          <w:lang w:val="es-419"/>
        </w:rPr>
        <w:t>Destinos</w:t>
      </w:r>
      <w:r w:rsidRPr="00372A46">
        <w:rPr>
          <w:rFonts w:cs="Arial"/>
          <w:color w:val="1F1F1F"/>
          <w:lang w:val="es-419"/>
        </w:rPr>
        <w:t xml:space="preserve">: </w:t>
      </w:r>
      <w:r>
        <w:rPr>
          <w:rFonts w:cs="Arial"/>
          <w:color w:val="1F1F1F"/>
          <w:lang w:val="es-419"/>
        </w:rPr>
        <w:t xml:space="preserve"> </w:t>
      </w:r>
      <w:r w:rsidRPr="002043F7">
        <w:rPr>
          <w:rFonts w:eastAsia="Arial" w:cs="Arial"/>
          <w:color w:val="1F1F1F"/>
          <w:lang w:val="es-419"/>
        </w:rPr>
        <w:t>Bogotá</w:t>
      </w:r>
      <w:r>
        <w:rPr>
          <w:rFonts w:eastAsia="Arial" w:cs="Arial"/>
          <w:color w:val="1F1F1F"/>
          <w:lang w:val="es-419"/>
        </w:rPr>
        <w:t>,</w:t>
      </w:r>
      <w:r w:rsidRPr="002043F7">
        <w:rPr>
          <w:rFonts w:eastAsia="Arial" w:cs="Arial"/>
          <w:color w:val="1F1F1F"/>
          <w:lang w:val="es-419"/>
        </w:rPr>
        <w:t xml:space="preserve"> Medellín</w:t>
      </w:r>
      <w:r>
        <w:rPr>
          <w:rFonts w:eastAsia="Arial" w:cs="Arial"/>
          <w:color w:val="1F1F1F"/>
          <w:lang w:val="es-419"/>
        </w:rPr>
        <w:t xml:space="preserve">, </w:t>
      </w:r>
      <w:r w:rsidRPr="002043F7">
        <w:rPr>
          <w:rFonts w:eastAsia="Arial" w:cs="Arial"/>
          <w:color w:val="1F1F1F"/>
          <w:lang w:val="es-419"/>
        </w:rPr>
        <w:t>Eje Cafetero</w:t>
      </w:r>
      <w:r>
        <w:rPr>
          <w:rFonts w:eastAsia="Arial" w:cs="Arial"/>
          <w:color w:val="1F1F1F"/>
          <w:lang w:val="es-419"/>
        </w:rPr>
        <w:t xml:space="preserve">, y </w:t>
      </w:r>
      <w:r w:rsidRPr="002043F7">
        <w:rPr>
          <w:rFonts w:eastAsia="Arial" w:cs="Arial"/>
          <w:color w:val="1F1F1F"/>
          <w:lang w:val="es-419"/>
        </w:rPr>
        <w:t>Cartagena</w:t>
      </w:r>
    </w:p>
    <w:p w14:paraId="5C167884" w14:textId="77777777" w:rsidR="00123C5A" w:rsidRPr="002043F7" w:rsidRDefault="00000000" w:rsidP="002043F7">
      <w:pPr>
        <w:spacing w:after="240"/>
        <w:rPr>
          <w:rFonts w:eastAsia="Arial" w:cs="Arial"/>
          <w:color w:val="1F1F1F"/>
          <w:lang w:val="es-419"/>
        </w:rPr>
      </w:pPr>
      <w:r w:rsidRPr="002043F7">
        <w:rPr>
          <w:rFonts w:eastAsia="Arial" w:cs="Arial"/>
          <w:color w:val="1F1F1F"/>
          <w:lang w:val="es-419"/>
        </w:rPr>
        <w:t>Un recorrido diseñado para descubrir Colombia combinando traslados privados, experiencias culturales auténticas y destinos icónicos del país.</w:t>
      </w:r>
    </w:p>
    <w:p w14:paraId="651A439B" w14:textId="77777777" w:rsidR="00123C5A" w:rsidRPr="002043F7" w:rsidRDefault="00000000" w:rsidP="001A69DA">
      <w:pPr>
        <w:pStyle w:val="Ttulo2"/>
      </w:pPr>
      <w:r w:rsidRPr="002043F7">
        <w:t>ITINERARIO</w:t>
      </w:r>
    </w:p>
    <w:p w14:paraId="3BA0817A" w14:textId="77777777" w:rsidR="00123C5A" w:rsidRPr="002043F7" w:rsidRDefault="00000000" w:rsidP="001A69DA">
      <w:pPr>
        <w:pStyle w:val="Ttulo2"/>
      </w:pPr>
      <w:r w:rsidRPr="002043F7">
        <w:t>DÍA 1 – LLEGADA A BOGOTÁ</w:t>
      </w:r>
    </w:p>
    <w:p w14:paraId="1793FBF1" w14:textId="4E9D9CB6" w:rsidR="00123C5A" w:rsidRPr="002043F7" w:rsidRDefault="00000000">
      <w:pPr>
        <w:rPr>
          <w:rFonts w:cs="Arial"/>
          <w:lang w:val="es-CO"/>
        </w:rPr>
      </w:pPr>
      <w:r w:rsidRPr="002043F7">
        <w:rPr>
          <w:rFonts w:cs="Arial"/>
          <w:lang w:val="es-CO"/>
        </w:rPr>
        <w:t xml:space="preserve">Llegada al Aeropuerto Internacional El Dorado. Traslado privado al hotel. Alojamiento en Hotel </w:t>
      </w:r>
      <w:proofErr w:type="spellStart"/>
      <w:r w:rsidRPr="002043F7">
        <w:rPr>
          <w:rFonts w:cs="Arial"/>
          <w:lang w:val="es-CO"/>
        </w:rPr>
        <w:t>One</w:t>
      </w:r>
      <w:proofErr w:type="spellEnd"/>
      <w:r w:rsidRPr="002043F7">
        <w:rPr>
          <w:rFonts w:cs="Arial"/>
          <w:lang w:val="es-CO"/>
        </w:rPr>
        <w:t xml:space="preserve"> </w:t>
      </w:r>
      <w:proofErr w:type="spellStart"/>
      <w:r w:rsidRPr="002043F7">
        <w:rPr>
          <w:rFonts w:cs="Arial"/>
          <w:lang w:val="es-CO"/>
        </w:rPr>
        <w:t>Sixteen</w:t>
      </w:r>
      <w:proofErr w:type="spellEnd"/>
      <w:r w:rsidRPr="002043F7">
        <w:rPr>
          <w:rFonts w:cs="Arial"/>
          <w:lang w:val="es-CO"/>
        </w:rPr>
        <w:t xml:space="preserve"> o similar.</w:t>
      </w:r>
    </w:p>
    <w:p w14:paraId="2334FF21" w14:textId="77777777" w:rsidR="00123C5A" w:rsidRPr="002043F7" w:rsidRDefault="00000000" w:rsidP="001A69DA">
      <w:pPr>
        <w:pStyle w:val="Ttulo2"/>
      </w:pPr>
      <w:r w:rsidRPr="002043F7">
        <w:t>DÍA 2 – BOGOTÁ HISTÓRICA Y MONSERRATE</w:t>
      </w:r>
    </w:p>
    <w:p w14:paraId="432C5FC4" w14:textId="77777777" w:rsidR="00123C5A" w:rsidRPr="002043F7" w:rsidRDefault="00000000">
      <w:pPr>
        <w:rPr>
          <w:rFonts w:cs="Arial"/>
          <w:lang w:val="es-CO"/>
        </w:rPr>
      </w:pPr>
      <w:r w:rsidRPr="002043F7">
        <w:rPr>
          <w:rFonts w:cs="Arial"/>
          <w:lang w:val="es-CO"/>
        </w:rPr>
        <w:t>City Tour histórico con visita al Cerro de Monserrate y recorrido por Plaza de Bolívar, Catedral Primada, Capitolio Nacional y Casa de Nariño.</w:t>
      </w:r>
    </w:p>
    <w:p w14:paraId="1862C6AF" w14:textId="2571187A" w:rsidR="00123C5A" w:rsidRPr="002043F7" w:rsidRDefault="00000000" w:rsidP="001A69DA">
      <w:pPr>
        <w:pStyle w:val="Ttulo2"/>
      </w:pPr>
      <w:r w:rsidRPr="002043F7">
        <w:t>DÍA 3 – BOGOTÁ – MEDELLÍN</w:t>
      </w:r>
    </w:p>
    <w:p w14:paraId="206CF14E" w14:textId="77777777" w:rsidR="00123C5A" w:rsidRPr="002043F7" w:rsidRDefault="00000000">
      <w:pPr>
        <w:rPr>
          <w:rFonts w:cs="Arial"/>
          <w:lang w:val="es-CO"/>
        </w:rPr>
      </w:pPr>
      <w:r w:rsidRPr="002043F7">
        <w:rPr>
          <w:rFonts w:cs="Arial"/>
          <w:lang w:val="es-CO"/>
        </w:rPr>
        <w:t>Traslado privado hotel – aeropuerto. Vuelo a Medellín (no incluido). Recepción y traslado al hotel. Alojamiento en Café Hotel Medellín o similar.</w:t>
      </w:r>
    </w:p>
    <w:p w14:paraId="0E720CFD" w14:textId="77777777" w:rsidR="00123C5A" w:rsidRPr="002043F7" w:rsidRDefault="00000000" w:rsidP="001A69DA">
      <w:pPr>
        <w:pStyle w:val="Ttulo2"/>
      </w:pPr>
      <w:r w:rsidRPr="002043F7">
        <w:t>DÍA 4 – MEDELLÍN Y COMUNA 13</w:t>
      </w:r>
    </w:p>
    <w:p w14:paraId="4868FC9C" w14:textId="1838B351" w:rsidR="00123C5A" w:rsidRPr="002043F7" w:rsidRDefault="00000000">
      <w:pPr>
        <w:rPr>
          <w:rFonts w:cs="Arial"/>
          <w:lang w:val="es-CO"/>
        </w:rPr>
      </w:pPr>
      <w:r w:rsidRPr="002043F7">
        <w:rPr>
          <w:rFonts w:cs="Arial"/>
          <w:lang w:val="es-CO"/>
        </w:rPr>
        <w:t xml:space="preserve">City Tour panorámico por Medellín y </w:t>
      </w:r>
      <w:r w:rsidR="0051612C" w:rsidRPr="002043F7">
        <w:rPr>
          <w:rFonts w:cs="Arial"/>
          <w:lang w:val="es-CO"/>
        </w:rPr>
        <w:t>Grafiti</w:t>
      </w:r>
      <w:r w:rsidRPr="002043F7">
        <w:rPr>
          <w:rFonts w:cs="Arial"/>
          <w:lang w:val="es-CO"/>
        </w:rPr>
        <w:t xml:space="preserve"> Tour en Comuna 13 con experiencia en Metro y Metrocable.</w:t>
      </w:r>
    </w:p>
    <w:p w14:paraId="7EAFB712" w14:textId="77777777" w:rsidR="00123C5A" w:rsidRPr="002043F7" w:rsidRDefault="00000000" w:rsidP="001A69DA">
      <w:pPr>
        <w:pStyle w:val="Ttulo2"/>
        <w:rPr>
          <w:lang w:val="es-CO"/>
        </w:rPr>
      </w:pPr>
      <w:r w:rsidRPr="002043F7">
        <w:t>DÍA 5 – MEDELLÍN – EJE CAFETERO</w:t>
      </w:r>
    </w:p>
    <w:p w14:paraId="360F3BE7" w14:textId="77777777" w:rsidR="00123C5A" w:rsidRPr="002043F7" w:rsidRDefault="00000000">
      <w:pPr>
        <w:rPr>
          <w:lang w:val="es-CO"/>
        </w:rPr>
      </w:pPr>
      <w:r w:rsidRPr="002043F7">
        <w:rPr>
          <w:lang w:val="es-CO"/>
        </w:rPr>
        <w:t>Traslado privado al aeropuerto. Vuelo al Eje Cafetero (no incluido). Traslado a hotel en Salento. Alojamiento en Hotel Giluxe o similar.</w:t>
      </w:r>
    </w:p>
    <w:p w14:paraId="0179EB42" w14:textId="77777777" w:rsidR="00123C5A" w:rsidRPr="002043F7" w:rsidRDefault="00000000" w:rsidP="001A69DA">
      <w:pPr>
        <w:pStyle w:val="Ttulo2"/>
        <w:rPr>
          <w:lang w:val="es-CO"/>
        </w:rPr>
      </w:pPr>
      <w:r w:rsidRPr="002043F7">
        <w:t>DÍA 6 – VALLE DEL COCORA Y EXPERIENCIA CAFETERA</w:t>
      </w:r>
    </w:p>
    <w:p w14:paraId="3D42EA64" w14:textId="77777777" w:rsidR="00123C5A" w:rsidRPr="002043F7" w:rsidRDefault="00000000">
      <w:pPr>
        <w:rPr>
          <w:lang w:val="es-CO"/>
        </w:rPr>
      </w:pPr>
      <w:r w:rsidRPr="002043F7">
        <w:rPr>
          <w:lang w:val="es-CO"/>
        </w:rPr>
        <w:t>Excursión al Valle del Cocora y visita a Hacienda San Alberto con experiencia 'Bautismo del Café'.</w:t>
      </w:r>
    </w:p>
    <w:p w14:paraId="4B26C6A2" w14:textId="77777777" w:rsidR="00123C5A" w:rsidRPr="002043F7" w:rsidRDefault="00000000" w:rsidP="001A69DA">
      <w:pPr>
        <w:pStyle w:val="Ttulo2"/>
      </w:pPr>
      <w:r w:rsidRPr="002043F7">
        <w:t>DÍA 7 – CARTAGENA</w:t>
      </w:r>
    </w:p>
    <w:p w14:paraId="299F2505" w14:textId="3D7A9194" w:rsidR="00123C5A" w:rsidRPr="002043F7" w:rsidRDefault="00000000">
      <w:pPr>
        <w:rPr>
          <w:lang w:val="es-CO"/>
        </w:rPr>
      </w:pPr>
      <w:r w:rsidRPr="002043F7">
        <w:rPr>
          <w:lang w:val="es-CO"/>
        </w:rPr>
        <w:t>Vuelo a Cartagena no incluid</w:t>
      </w:r>
      <w:r w:rsidR="00AD4ED5">
        <w:rPr>
          <w:lang w:val="es-CO"/>
        </w:rPr>
        <w:t>o</w:t>
      </w:r>
      <w:r w:rsidRPr="002043F7">
        <w:rPr>
          <w:lang w:val="es-CO"/>
        </w:rPr>
        <w:t>. Walking tour por la ciudad amurallada y experiencia nocturna Chiva Rumbera.</w:t>
      </w:r>
    </w:p>
    <w:p w14:paraId="595C076F" w14:textId="77777777" w:rsidR="00123C5A" w:rsidRPr="002043F7" w:rsidRDefault="00000000" w:rsidP="001A69DA">
      <w:pPr>
        <w:pStyle w:val="Ttulo2"/>
      </w:pPr>
      <w:r w:rsidRPr="002043F7">
        <w:t>DÍA 8 – SALIDA</w:t>
      </w:r>
    </w:p>
    <w:p w14:paraId="68F24FDA" w14:textId="77777777" w:rsidR="00DF4085" w:rsidRDefault="00000000">
      <w:pPr>
        <w:rPr>
          <w:rFonts w:cs="Arial"/>
          <w:lang w:val="es-CO"/>
        </w:rPr>
      </w:pPr>
      <w:r w:rsidRPr="002043F7">
        <w:rPr>
          <w:rFonts w:cs="Arial"/>
          <w:lang w:val="es-CO"/>
        </w:rPr>
        <w:t>Traslado privado al aeropuerto de Cartagena. Fin de los servicios.</w:t>
      </w:r>
    </w:p>
    <w:p w14:paraId="696246D0" w14:textId="7A437C77" w:rsidR="00DF4085" w:rsidRPr="00DF4085" w:rsidRDefault="002043F7">
      <w:pPr>
        <w:rPr>
          <w:rFonts w:eastAsia="Arial" w:cs="Arial"/>
          <w:b/>
          <w:bCs/>
          <w:color w:val="59C119"/>
          <w:sz w:val="26"/>
          <w:szCs w:val="26"/>
          <w:lang w:val="es-419"/>
        </w:rPr>
      </w:pPr>
      <w:r w:rsidRPr="00E76D58">
        <w:rPr>
          <w:rFonts w:eastAsia="Arial" w:cs="Arial"/>
          <w:b/>
          <w:bCs/>
          <w:color w:val="59C119"/>
          <w:sz w:val="26"/>
          <w:szCs w:val="26"/>
          <w:lang w:val="es-419"/>
        </w:rPr>
        <w:lastRenderedPageBreak/>
        <w:t>TARIFAS</w:t>
      </w:r>
    </w:p>
    <w:tbl>
      <w:tblPr>
        <w:tblStyle w:val="Tablaconcuadrcula"/>
        <w:tblW w:w="4800" w:type="pct"/>
        <w:tblLook w:val="04A0" w:firstRow="1" w:lastRow="0" w:firstColumn="1" w:lastColumn="0" w:noHBand="0" w:noVBand="1"/>
      </w:tblPr>
      <w:tblGrid>
        <w:gridCol w:w="3773"/>
        <w:gridCol w:w="4512"/>
      </w:tblGrid>
      <w:tr w:rsidR="001A69DA" w:rsidRPr="001A69DA" w14:paraId="39C1B400" w14:textId="77777777" w:rsidTr="001A69DA">
        <w:trPr>
          <w:trHeight w:val="438"/>
        </w:trPr>
        <w:tc>
          <w:tcPr>
            <w:tcW w:w="2277" w:type="pct"/>
            <w:shd w:val="clear" w:color="auto" w:fill="59C119"/>
            <w:vAlign w:val="center"/>
            <w:hideMark/>
          </w:tcPr>
          <w:p w14:paraId="1AFFBDB6" w14:textId="73590975" w:rsidR="001A69DA" w:rsidRPr="001A69DA" w:rsidRDefault="001A69DA" w:rsidP="001A69DA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1A69DA">
              <w:rPr>
                <w:b/>
                <w:bCs/>
                <w:color w:val="FFFFFF" w:themeColor="background1"/>
                <w:lang w:val="es-CO"/>
              </w:rPr>
              <w:t>HABITACION DOBLE</w:t>
            </w:r>
          </w:p>
        </w:tc>
        <w:tc>
          <w:tcPr>
            <w:tcW w:w="2723" w:type="pct"/>
            <w:shd w:val="clear" w:color="auto" w:fill="59C119"/>
            <w:vAlign w:val="center"/>
            <w:hideMark/>
          </w:tcPr>
          <w:p w14:paraId="601DA6CA" w14:textId="39CCCBD5" w:rsidR="001A69DA" w:rsidRPr="001A69DA" w:rsidRDefault="001A69DA" w:rsidP="001A69DA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1A69DA">
              <w:rPr>
                <w:b/>
                <w:bCs/>
                <w:color w:val="FFFFFF" w:themeColor="background1"/>
                <w:lang w:val="es-CO"/>
              </w:rPr>
              <w:t>SUPLEMENTO SENCILLA</w:t>
            </w:r>
          </w:p>
        </w:tc>
      </w:tr>
      <w:tr w:rsidR="001A69DA" w:rsidRPr="001A69DA" w14:paraId="2B5F479B" w14:textId="77777777" w:rsidTr="001A69DA">
        <w:trPr>
          <w:trHeight w:val="455"/>
        </w:trPr>
        <w:tc>
          <w:tcPr>
            <w:tcW w:w="2277" w:type="pct"/>
            <w:vAlign w:val="center"/>
            <w:hideMark/>
          </w:tcPr>
          <w:p w14:paraId="7C28285F" w14:textId="244C8ECF" w:rsidR="001A69DA" w:rsidRPr="001A69DA" w:rsidRDefault="001A69DA" w:rsidP="001A69DA">
            <w:pPr>
              <w:jc w:val="center"/>
              <w:rPr>
                <w:rFonts w:cs="Arial"/>
                <w:lang w:val="es-CO"/>
              </w:rPr>
            </w:pPr>
            <w:r w:rsidRPr="001A69DA">
              <w:rPr>
                <w:rFonts w:cs="Arial"/>
                <w:lang w:val="es-CO"/>
              </w:rPr>
              <w:t>USD</w:t>
            </w:r>
            <w:r w:rsidRPr="001A69DA">
              <w:rPr>
                <w:rFonts w:cs="Arial"/>
                <w:lang w:val="es-CO"/>
              </w:rPr>
              <w:t xml:space="preserve"> 1,566 </w:t>
            </w:r>
          </w:p>
        </w:tc>
        <w:tc>
          <w:tcPr>
            <w:tcW w:w="2723" w:type="pct"/>
            <w:vAlign w:val="center"/>
            <w:hideMark/>
          </w:tcPr>
          <w:p w14:paraId="2BA1C1F1" w14:textId="199693E3" w:rsidR="001A69DA" w:rsidRPr="001A69DA" w:rsidRDefault="001A69DA" w:rsidP="001A69DA">
            <w:pPr>
              <w:jc w:val="center"/>
              <w:rPr>
                <w:rFonts w:cs="Arial"/>
                <w:lang w:val="es-CO"/>
              </w:rPr>
            </w:pPr>
            <w:r w:rsidRPr="001A69DA">
              <w:rPr>
                <w:rFonts w:cs="Arial"/>
                <w:lang w:val="es-CO"/>
              </w:rPr>
              <w:t>USD</w:t>
            </w:r>
            <w:r w:rsidRPr="001A69DA">
              <w:rPr>
                <w:rFonts w:cs="Arial"/>
                <w:lang w:val="es-CO"/>
              </w:rPr>
              <w:t xml:space="preserve"> 357 </w:t>
            </w:r>
          </w:p>
        </w:tc>
      </w:tr>
    </w:tbl>
    <w:p w14:paraId="1B2C295B" w14:textId="1FB91523" w:rsidR="00242316" w:rsidRPr="001A69DA" w:rsidRDefault="00242316" w:rsidP="001A69DA">
      <w:pPr>
        <w:pStyle w:val="Prrafodelista"/>
        <w:numPr>
          <w:ilvl w:val="0"/>
          <w:numId w:val="14"/>
        </w:numPr>
        <w:ind w:left="284"/>
        <w:rPr>
          <w:rFonts w:cs="Arial"/>
          <w:lang w:val="es-CO"/>
        </w:rPr>
      </w:pPr>
      <w:r w:rsidRPr="001A69DA">
        <w:rPr>
          <w:rFonts w:cs="Arial"/>
          <w:lang w:val="es-CO"/>
        </w:rPr>
        <w:t>Tarifas por persona en acomodación doble, en dólares</w:t>
      </w:r>
    </w:p>
    <w:p w14:paraId="3E283CE7" w14:textId="77777777" w:rsidR="003E16D8" w:rsidRDefault="00242316" w:rsidP="001A69DA">
      <w:pPr>
        <w:pStyle w:val="Prrafodelista"/>
        <w:ind w:left="284"/>
        <w:rPr>
          <w:rFonts w:cs="Arial"/>
          <w:lang w:val="es-CO"/>
        </w:rPr>
      </w:pPr>
      <w:r w:rsidRPr="00242316">
        <w:rPr>
          <w:rFonts w:cs="Arial"/>
          <w:lang w:val="es-CO"/>
        </w:rPr>
        <w:t>Tarifas sujetas a disponibilidad al momento de reservar y a reconfirmar en fechas o períodos especiales como</w:t>
      </w:r>
      <w:r>
        <w:rPr>
          <w:rFonts w:cs="Arial"/>
          <w:lang w:val="es-CO"/>
        </w:rPr>
        <w:t>:</w:t>
      </w:r>
    </w:p>
    <w:p w14:paraId="1A31451C" w14:textId="77777777" w:rsidR="003E16D8" w:rsidRPr="003E16D8" w:rsidRDefault="00242316" w:rsidP="003E16D8">
      <w:pPr>
        <w:pStyle w:val="Prrafodelista"/>
        <w:numPr>
          <w:ilvl w:val="0"/>
          <w:numId w:val="14"/>
        </w:numPr>
        <w:rPr>
          <w:rFonts w:cs="Arial"/>
          <w:lang w:val="es-CO"/>
        </w:rPr>
      </w:pPr>
      <w:r w:rsidRPr="00A761AF">
        <w:rPr>
          <w:lang w:val="es-CO"/>
        </w:rPr>
        <w:t>Marzo</w:t>
      </w:r>
      <w:r w:rsidR="00A761AF" w:rsidRPr="00A761AF">
        <w:rPr>
          <w:lang w:val="es-CO"/>
        </w:rPr>
        <w:t xml:space="preserve"> y </w:t>
      </w:r>
      <w:r w:rsidRPr="00A761AF">
        <w:rPr>
          <w:lang w:val="es-CO"/>
        </w:rPr>
        <w:t xml:space="preserve">Abril: 27 marzo </w:t>
      </w:r>
      <w:r w:rsidR="00A761AF" w:rsidRPr="00A761AF">
        <w:rPr>
          <w:lang w:val="es-CO"/>
        </w:rPr>
        <w:t>y</w:t>
      </w:r>
      <w:r w:rsidRPr="00A761AF">
        <w:rPr>
          <w:lang w:val="es-CO"/>
        </w:rPr>
        <w:t xml:space="preserve"> 6 abril Semana Santa.</w:t>
      </w:r>
    </w:p>
    <w:p w14:paraId="21CD7A96" w14:textId="77777777" w:rsidR="003E16D8" w:rsidRPr="003E16D8" w:rsidRDefault="00242316" w:rsidP="003E16D8">
      <w:pPr>
        <w:pStyle w:val="Prrafodelista"/>
        <w:numPr>
          <w:ilvl w:val="0"/>
          <w:numId w:val="14"/>
        </w:numPr>
        <w:rPr>
          <w:rFonts w:cs="Arial"/>
          <w:lang w:val="es-CO"/>
        </w:rPr>
      </w:pPr>
      <w:r w:rsidRPr="00A761AF">
        <w:rPr>
          <w:lang w:val="es-CO"/>
        </w:rPr>
        <w:t>Mayo: 21</w:t>
      </w:r>
      <w:r w:rsidR="00A761AF" w:rsidRPr="00A761AF">
        <w:rPr>
          <w:lang w:val="es-CO"/>
        </w:rPr>
        <w:t xml:space="preserve"> y </w:t>
      </w:r>
      <w:r w:rsidRPr="00A761AF">
        <w:rPr>
          <w:lang w:val="es-CO"/>
        </w:rPr>
        <w:t>24</w:t>
      </w:r>
      <w:r w:rsidR="00A761AF" w:rsidRPr="00A761AF">
        <w:rPr>
          <w:lang w:val="es-CO"/>
        </w:rPr>
        <w:t xml:space="preserve"> </w:t>
      </w:r>
      <w:r w:rsidRPr="00A761AF">
        <w:rPr>
          <w:lang w:val="es-CO"/>
        </w:rPr>
        <w:t>Feria de las 2 Ruedas.</w:t>
      </w:r>
    </w:p>
    <w:p w14:paraId="1F456594" w14:textId="77777777" w:rsidR="003E16D8" w:rsidRPr="003E16D8" w:rsidRDefault="00242316" w:rsidP="003E16D8">
      <w:pPr>
        <w:pStyle w:val="Prrafodelista"/>
        <w:numPr>
          <w:ilvl w:val="0"/>
          <w:numId w:val="14"/>
        </w:numPr>
        <w:rPr>
          <w:rFonts w:cs="Arial"/>
          <w:lang w:val="es-CO"/>
        </w:rPr>
      </w:pPr>
      <w:r w:rsidRPr="00A761AF">
        <w:rPr>
          <w:lang w:val="es-CO"/>
        </w:rPr>
        <w:t>Junio</w:t>
      </w:r>
      <w:r w:rsidR="00A761AF" w:rsidRPr="00A761AF">
        <w:rPr>
          <w:lang w:val="es-CO"/>
        </w:rPr>
        <w:t xml:space="preserve"> y </w:t>
      </w:r>
      <w:r w:rsidRPr="00A761AF">
        <w:rPr>
          <w:lang w:val="es-CO"/>
        </w:rPr>
        <w:t xml:space="preserve">Julio: 22 junio </w:t>
      </w:r>
      <w:r w:rsidR="00A761AF" w:rsidRPr="00A761AF">
        <w:rPr>
          <w:lang w:val="es-CO"/>
        </w:rPr>
        <w:t xml:space="preserve">y </w:t>
      </w:r>
      <w:r w:rsidRPr="00A761AF">
        <w:rPr>
          <w:lang w:val="es-CO"/>
        </w:rPr>
        <w:t>12 julio Vacaciones mitad de año.</w:t>
      </w:r>
    </w:p>
    <w:p w14:paraId="1FD83371" w14:textId="77777777" w:rsidR="003E16D8" w:rsidRPr="003E16D8" w:rsidRDefault="00242316" w:rsidP="003E16D8">
      <w:pPr>
        <w:pStyle w:val="Prrafodelista"/>
        <w:numPr>
          <w:ilvl w:val="0"/>
          <w:numId w:val="14"/>
        </w:numPr>
        <w:rPr>
          <w:rFonts w:cs="Arial"/>
          <w:lang w:val="es-CO"/>
        </w:rPr>
      </w:pPr>
      <w:r w:rsidRPr="00A761AF">
        <w:rPr>
          <w:lang w:val="es-CO"/>
        </w:rPr>
        <w:t>Julio: 28</w:t>
      </w:r>
      <w:r w:rsidR="00A761AF" w:rsidRPr="00A761AF">
        <w:rPr>
          <w:lang w:val="es-CO"/>
        </w:rPr>
        <w:t xml:space="preserve"> y </w:t>
      </w:r>
      <w:r w:rsidRPr="00A761AF">
        <w:rPr>
          <w:lang w:val="es-CO"/>
        </w:rPr>
        <w:t>30 Colombiamoda.</w:t>
      </w:r>
    </w:p>
    <w:p w14:paraId="15AC6B37" w14:textId="77777777" w:rsidR="003E16D8" w:rsidRPr="003E16D8" w:rsidRDefault="00242316" w:rsidP="003E16D8">
      <w:pPr>
        <w:pStyle w:val="Prrafodelista"/>
        <w:numPr>
          <w:ilvl w:val="0"/>
          <w:numId w:val="14"/>
        </w:numPr>
        <w:rPr>
          <w:rFonts w:cs="Arial"/>
          <w:lang w:val="es-CO"/>
        </w:rPr>
      </w:pPr>
      <w:r w:rsidRPr="00A761AF">
        <w:rPr>
          <w:lang w:val="es-CO"/>
        </w:rPr>
        <w:t>Agosto: 1</w:t>
      </w:r>
      <w:r w:rsidR="00A761AF" w:rsidRPr="00A761AF">
        <w:rPr>
          <w:lang w:val="es-CO"/>
        </w:rPr>
        <w:t xml:space="preserve">y </w:t>
      </w:r>
      <w:r w:rsidRPr="00A761AF">
        <w:rPr>
          <w:lang w:val="es-CO"/>
        </w:rPr>
        <w:t>10 (Feria de las Flores).</w:t>
      </w:r>
    </w:p>
    <w:p w14:paraId="083B3C70" w14:textId="0A9F2072" w:rsidR="00242316" w:rsidRPr="00A761AF" w:rsidRDefault="00242316" w:rsidP="003E16D8">
      <w:pPr>
        <w:pStyle w:val="Prrafodelista"/>
        <w:numPr>
          <w:ilvl w:val="0"/>
          <w:numId w:val="14"/>
        </w:numPr>
        <w:rPr>
          <w:rFonts w:cs="Arial"/>
          <w:lang w:val="es-CO"/>
        </w:rPr>
      </w:pPr>
      <w:r w:rsidRPr="00A761AF">
        <w:rPr>
          <w:lang w:val="es-CO"/>
        </w:rPr>
        <w:t>Diciembre</w:t>
      </w:r>
      <w:r w:rsidR="00A761AF" w:rsidRPr="00A761AF">
        <w:rPr>
          <w:lang w:val="es-CO"/>
        </w:rPr>
        <w:t xml:space="preserve"> y </w:t>
      </w:r>
      <w:r w:rsidRPr="00A761AF">
        <w:rPr>
          <w:lang w:val="es-CO"/>
        </w:rPr>
        <w:t>Enero: 19 dic</w:t>
      </w:r>
      <w:r w:rsidR="00A761AF" w:rsidRPr="00A761AF">
        <w:rPr>
          <w:lang w:val="es-CO"/>
        </w:rPr>
        <w:t>iembre</w:t>
      </w:r>
      <w:r w:rsidRPr="00A761AF">
        <w:rPr>
          <w:lang w:val="es-CO"/>
        </w:rPr>
        <w:t xml:space="preserve"> </w:t>
      </w:r>
      <w:r w:rsidR="00A761AF" w:rsidRPr="00A761AF">
        <w:rPr>
          <w:lang w:val="es-CO"/>
        </w:rPr>
        <w:t xml:space="preserve">y </w:t>
      </w:r>
      <w:r w:rsidRPr="00A761AF">
        <w:rPr>
          <w:lang w:val="es-CO"/>
        </w:rPr>
        <w:t>12 ene</w:t>
      </w:r>
      <w:r w:rsidR="00A761AF" w:rsidRPr="00A761AF">
        <w:rPr>
          <w:lang w:val="es-CO"/>
        </w:rPr>
        <w:t>ro</w:t>
      </w:r>
      <w:r w:rsidRPr="00A761AF">
        <w:rPr>
          <w:lang w:val="es-CO"/>
        </w:rPr>
        <w:t xml:space="preserve"> Temporada fin de año.</w:t>
      </w:r>
    </w:p>
    <w:p w14:paraId="391BC836" w14:textId="6D255E0A" w:rsidR="00DF4085" w:rsidRPr="001A69DA" w:rsidRDefault="00242316" w:rsidP="001A69DA">
      <w:pPr>
        <w:pStyle w:val="Prrafodelista"/>
        <w:numPr>
          <w:ilvl w:val="0"/>
          <w:numId w:val="12"/>
        </w:numPr>
        <w:ind w:left="284"/>
        <w:rPr>
          <w:rFonts w:cs="Arial"/>
          <w:lang w:val="es-CO"/>
        </w:rPr>
      </w:pPr>
      <w:r w:rsidRPr="00242316">
        <w:rPr>
          <w:rFonts w:cs="Arial"/>
          <w:lang w:val="es-CO"/>
        </w:rPr>
        <w:t>Vigencia</w:t>
      </w:r>
      <w:r w:rsidR="00A761AF">
        <w:rPr>
          <w:rFonts w:cs="Arial"/>
          <w:lang w:val="es-CO"/>
        </w:rPr>
        <w:t>s</w:t>
      </w:r>
      <w:r w:rsidRPr="00242316">
        <w:rPr>
          <w:rFonts w:cs="Arial"/>
          <w:lang w:val="es-CO"/>
        </w:rPr>
        <w:t xml:space="preserve"> según calendario</w:t>
      </w:r>
    </w:p>
    <w:p w14:paraId="36D7C8D4" w14:textId="0F403C85" w:rsidR="00C10DD4" w:rsidRPr="001A69DA" w:rsidRDefault="00000000" w:rsidP="001A69DA">
      <w:pPr>
        <w:pStyle w:val="Ttulo2"/>
      </w:pPr>
      <w:r w:rsidRPr="001A69DA">
        <w:t>HOSPEDAJE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45"/>
        <w:gridCol w:w="1968"/>
        <w:gridCol w:w="1962"/>
        <w:gridCol w:w="3455"/>
      </w:tblGrid>
      <w:tr w:rsidR="00C10DD4" w:rsidRPr="00A26FED" w14:paraId="691493BA" w14:textId="77777777" w:rsidTr="00DF4085">
        <w:trPr>
          <w:trHeight w:val="389"/>
        </w:trPr>
        <w:tc>
          <w:tcPr>
            <w:tcW w:w="721" w:type="pct"/>
            <w:shd w:val="clear" w:color="auto" w:fill="59C119"/>
            <w:vAlign w:val="center"/>
            <w:hideMark/>
          </w:tcPr>
          <w:p w14:paraId="30034A24" w14:textId="77777777" w:rsidR="002043F7" w:rsidRPr="00A26FED" w:rsidRDefault="002043F7" w:rsidP="00D043C2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A26FED">
              <w:rPr>
                <w:b/>
                <w:bCs/>
                <w:color w:val="FFFFFF" w:themeColor="background1"/>
                <w:lang w:val="es-CO"/>
              </w:rPr>
              <w:t>CIUDAD</w:t>
            </w:r>
          </w:p>
        </w:tc>
        <w:tc>
          <w:tcPr>
            <w:tcW w:w="1140" w:type="pct"/>
            <w:shd w:val="clear" w:color="auto" w:fill="59C119"/>
            <w:vAlign w:val="center"/>
            <w:hideMark/>
          </w:tcPr>
          <w:p w14:paraId="09400798" w14:textId="77777777" w:rsidR="002043F7" w:rsidRPr="00A26FED" w:rsidRDefault="002043F7" w:rsidP="00D043C2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A26FED">
              <w:rPr>
                <w:b/>
                <w:bCs/>
                <w:color w:val="FFFFFF" w:themeColor="background1"/>
                <w:lang w:val="es-CO"/>
              </w:rPr>
              <w:t>CATEGORÍA</w:t>
            </w:r>
          </w:p>
        </w:tc>
        <w:tc>
          <w:tcPr>
            <w:tcW w:w="1137" w:type="pct"/>
            <w:shd w:val="clear" w:color="auto" w:fill="59C119"/>
            <w:vAlign w:val="center"/>
            <w:hideMark/>
          </w:tcPr>
          <w:p w14:paraId="787014C1" w14:textId="77777777" w:rsidR="002043F7" w:rsidRPr="00A26FED" w:rsidRDefault="002043F7" w:rsidP="00D043C2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>
              <w:rPr>
                <w:b/>
                <w:bCs/>
                <w:color w:val="FFFFFF" w:themeColor="background1"/>
                <w:lang w:val="es-CO"/>
              </w:rPr>
              <w:t>NOMBRE</w:t>
            </w:r>
          </w:p>
        </w:tc>
        <w:tc>
          <w:tcPr>
            <w:tcW w:w="2002" w:type="pct"/>
            <w:shd w:val="clear" w:color="auto" w:fill="59C119"/>
            <w:vAlign w:val="center"/>
          </w:tcPr>
          <w:p w14:paraId="7ED91557" w14:textId="77777777" w:rsidR="002043F7" w:rsidRPr="00A26FED" w:rsidRDefault="002043F7" w:rsidP="00D043C2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>
              <w:rPr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C10DD4" w:rsidRPr="00A26FED" w14:paraId="1413A519" w14:textId="77777777" w:rsidTr="00DF4085">
        <w:trPr>
          <w:trHeight w:val="1701"/>
        </w:trPr>
        <w:tc>
          <w:tcPr>
            <w:tcW w:w="721" w:type="pct"/>
            <w:vAlign w:val="center"/>
            <w:hideMark/>
          </w:tcPr>
          <w:p w14:paraId="557440C7" w14:textId="383277FD" w:rsidR="002043F7" w:rsidRPr="00A26FED" w:rsidRDefault="002043F7" w:rsidP="002043F7">
            <w:pPr>
              <w:jc w:val="center"/>
              <w:rPr>
                <w:color w:val="1F1F1F"/>
                <w:lang w:val="es-CO"/>
              </w:rPr>
            </w:pPr>
            <w:r>
              <w:t>Bogotá</w:t>
            </w:r>
          </w:p>
        </w:tc>
        <w:tc>
          <w:tcPr>
            <w:tcW w:w="1140" w:type="pct"/>
            <w:vAlign w:val="center"/>
            <w:hideMark/>
          </w:tcPr>
          <w:p w14:paraId="67E5F5F2" w14:textId="77777777" w:rsidR="002043F7" w:rsidRPr="00A26FED" w:rsidRDefault="002043F7" w:rsidP="00D043C2">
            <w:pPr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>4 estrellas</w:t>
            </w:r>
          </w:p>
        </w:tc>
        <w:tc>
          <w:tcPr>
            <w:tcW w:w="1137" w:type="pct"/>
            <w:vAlign w:val="center"/>
            <w:hideMark/>
          </w:tcPr>
          <w:p w14:paraId="7C193514" w14:textId="0FC9DE37" w:rsidR="002043F7" w:rsidRPr="002043F7" w:rsidRDefault="002043F7" w:rsidP="00D043C2">
            <w:pPr>
              <w:jc w:val="center"/>
              <w:rPr>
                <w:color w:val="1F1F1F"/>
              </w:rPr>
            </w:pPr>
            <w:r>
              <w:t>Hotel One Sixteen o similar</w:t>
            </w:r>
          </w:p>
        </w:tc>
        <w:tc>
          <w:tcPr>
            <w:tcW w:w="2002" w:type="pct"/>
            <w:vAlign w:val="center"/>
          </w:tcPr>
          <w:p w14:paraId="6E163D3E" w14:textId="77777777" w:rsidR="002043F7" w:rsidRDefault="002043F7" w:rsidP="00D043C2">
            <w:pPr>
              <w:jc w:val="center"/>
              <w:rPr>
                <w:noProof/>
              </w:rPr>
            </w:pPr>
          </w:p>
          <w:p w14:paraId="663872D3" w14:textId="3781C45A" w:rsidR="002043F7" w:rsidRDefault="00C10DD4" w:rsidP="00D043C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9FEEC5" wp14:editId="4FA2AAA8">
                  <wp:extent cx="1033039" cy="837155"/>
                  <wp:effectExtent l="0" t="0" r="0" b="1270"/>
                  <wp:docPr id="1926486235" name="Imagen 1" descr="ONE SIXTEEN HOTEL desde $ 150.943 (Bogotá, Colombia) - opiniones y 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NE SIXTEEN HOTEL desde $ 150.943 (Bogotá, Colombia) - opiniones y 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539" cy="84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9F9DF" w14:textId="77777777" w:rsidR="002043F7" w:rsidRPr="00A26FED" w:rsidRDefault="002043F7" w:rsidP="00D043C2">
            <w:pPr>
              <w:rPr>
                <w:color w:val="1F1F1F"/>
                <w:lang w:val="es-CO"/>
              </w:rPr>
            </w:pPr>
          </w:p>
        </w:tc>
      </w:tr>
      <w:tr w:rsidR="00C10DD4" w:rsidRPr="00A26FED" w14:paraId="31818149" w14:textId="77777777" w:rsidTr="00DF4085">
        <w:trPr>
          <w:trHeight w:val="1701"/>
        </w:trPr>
        <w:tc>
          <w:tcPr>
            <w:tcW w:w="721" w:type="pct"/>
            <w:vAlign w:val="center"/>
            <w:hideMark/>
          </w:tcPr>
          <w:p w14:paraId="50B175B1" w14:textId="6A421553" w:rsidR="002043F7" w:rsidRPr="00A26FED" w:rsidRDefault="002043F7" w:rsidP="002043F7">
            <w:pPr>
              <w:jc w:val="center"/>
              <w:rPr>
                <w:color w:val="1F1F1F"/>
                <w:lang w:val="es-CO"/>
              </w:rPr>
            </w:pPr>
            <w:r>
              <w:t>Medellín</w:t>
            </w:r>
          </w:p>
        </w:tc>
        <w:tc>
          <w:tcPr>
            <w:tcW w:w="1140" w:type="pct"/>
            <w:vAlign w:val="center"/>
            <w:hideMark/>
          </w:tcPr>
          <w:p w14:paraId="42FCD753" w14:textId="77777777" w:rsidR="002043F7" w:rsidRPr="00A26FED" w:rsidRDefault="002043F7" w:rsidP="00D043C2">
            <w:pPr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>4 estrellas</w:t>
            </w:r>
          </w:p>
        </w:tc>
        <w:tc>
          <w:tcPr>
            <w:tcW w:w="1137" w:type="pct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2043F7" w:rsidRPr="00EF1347" w14:paraId="606CB676" w14:textId="77777777" w:rsidTr="00D043C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8DD64B0" w14:textId="77777777" w:rsidR="002043F7" w:rsidRPr="00EF1347" w:rsidRDefault="002043F7" w:rsidP="00DF4085">
                  <w:pPr>
                    <w:spacing w:after="0"/>
                    <w:rPr>
                      <w:color w:val="1F1F1F"/>
                      <w:lang w:val="es-CO"/>
                    </w:rPr>
                  </w:pPr>
                </w:p>
              </w:tc>
            </w:tr>
          </w:tbl>
          <w:p w14:paraId="45A0B6E4" w14:textId="77777777" w:rsidR="002043F7" w:rsidRPr="00EF1347" w:rsidRDefault="002043F7" w:rsidP="00D043C2">
            <w:pPr>
              <w:jc w:val="center"/>
              <w:rPr>
                <w:vanish/>
                <w:color w:val="1F1F1F"/>
                <w:lang w:val="es-CO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46"/>
            </w:tblGrid>
            <w:tr w:rsidR="00C10DD4" w:rsidRPr="001A69DA" w14:paraId="117F6A60" w14:textId="77777777" w:rsidTr="00D043C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195237E" w14:textId="5872AFAF" w:rsidR="002043F7" w:rsidRPr="002043F7" w:rsidRDefault="002043F7" w:rsidP="00D043C2">
                  <w:pPr>
                    <w:spacing w:after="0"/>
                    <w:jc w:val="center"/>
                    <w:rPr>
                      <w:color w:val="1F1F1F"/>
                      <w:lang w:val="es-CO"/>
                    </w:rPr>
                  </w:pPr>
                  <w:r w:rsidRPr="002043F7">
                    <w:rPr>
                      <w:lang w:val="es-CO"/>
                    </w:rPr>
                    <w:t>Café Hotel Medellín o similar</w:t>
                  </w:r>
                </w:p>
              </w:tc>
            </w:tr>
          </w:tbl>
          <w:p w14:paraId="602090EE" w14:textId="77777777" w:rsidR="002043F7" w:rsidRPr="00A26FED" w:rsidRDefault="002043F7" w:rsidP="00D043C2">
            <w:pPr>
              <w:jc w:val="center"/>
              <w:rPr>
                <w:color w:val="1F1F1F"/>
                <w:lang w:val="es-CO"/>
              </w:rPr>
            </w:pPr>
          </w:p>
        </w:tc>
        <w:tc>
          <w:tcPr>
            <w:tcW w:w="2002" w:type="pct"/>
            <w:vAlign w:val="center"/>
          </w:tcPr>
          <w:p w14:paraId="27D1AA5D" w14:textId="7D7113C3" w:rsidR="00DF4085" w:rsidRPr="00A26FED" w:rsidRDefault="00DF4085" w:rsidP="001A69DA">
            <w:pPr>
              <w:spacing w:line="360" w:lineRule="auto"/>
              <w:jc w:val="center"/>
              <w:rPr>
                <w:color w:val="1F1F1F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0B799A72" wp14:editId="21B42687">
                  <wp:extent cx="935969" cy="765597"/>
                  <wp:effectExtent l="0" t="0" r="0" b="0"/>
                  <wp:docPr id="1804379876" name="Imagen 2" descr="CAFÉ HOTEL MEDELLÍN desde $ 303.030 (Colombia) - opiniones y comentarios -  hotel especializado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FÉ HOTEL MEDELLÍN desde $ 303.030 (Colombia) - opiniones y comentarios -  hotel especializado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1976" cy="77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DD4" w:rsidRPr="00A26FED" w14:paraId="242D4866" w14:textId="77777777" w:rsidTr="00DF4085">
        <w:trPr>
          <w:trHeight w:val="389"/>
        </w:trPr>
        <w:tc>
          <w:tcPr>
            <w:tcW w:w="721" w:type="pct"/>
            <w:vAlign w:val="center"/>
            <w:hideMark/>
          </w:tcPr>
          <w:p w14:paraId="50499CA5" w14:textId="103F1719" w:rsidR="002043F7" w:rsidRPr="00A26FED" w:rsidRDefault="002043F7" w:rsidP="002043F7">
            <w:pPr>
              <w:jc w:val="center"/>
              <w:rPr>
                <w:color w:val="1F1F1F"/>
                <w:lang w:val="es-CO"/>
              </w:rPr>
            </w:pPr>
            <w:r>
              <w:t>Salento</w:t>
            </w:r>
          </w:p>
        </w:tc>
        <w:tc>
          <w:tcPr>
            <w:tcW w:w="1140" w:type="pct"/>
            <w:vAlign w:val="center"/>
            <w:hideMark/>
          </w:tcPr>
          <w:p w14:paraId="330B3897" w14:textId="6E82361E" w:rsidR="002043F7" w:rsidRPr="00A26FED" w:rsidRDefault="002043F7" w:rsidP="00D043C2">
            <w:pPr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>Boutique</w:t>
            </w:r>
          </w:p>
        </w:tc>
        <w:tc>
          <w:tcPr>
            <w:tcW w:w="1137" w:type="pct"/>
            <w:vAlign w:val="center"/>
            <w:hideMark/>
          </w:tcPr>
          <w:p w14:paraId="26DEB41A" w14:textId="176464D9" w:rsidR="002043F7" w:rsidRPr="00A26FED" w:rsidRDefault="002043F7" w:rsidP="00D043C2">
            <w:pPr>
              <w:jc w:val="center"/>
              <w:rPr>
                <w:color w:val="1F1F1F"/>
              </w:rPr>
            </w:pPr>
            <w:r>
              <w:t xml:space="preserve">Hotel </w:t>
            </w:r>
            <w:proofErr w:type="spellStart"/>
            <w:r>
              <w:t>Giluxe</w:t>
            </w:r>
            <w:proofErr w:type="spellEnd"/>
            <w:r>
              <w:t xml:space="preserve"> o similar</w:t>
            </w:r>
            <w:r w:rsidRPr="00A26FED">
              <w:rPr>
                <w:color w:val="1F1F1F"/>
              </w:rPr>
              <w:t xml:space="preserve"> </w:t>
            </w:r>
          </w:p>
        </w:tc>
        <w:tc>
          <w:tcPr>
            <w:tcW w:w="2002" w:type="pct"/>
            <w:vAlign w:val="center"/>
          </w:tcPr>
          <w:p w14:paraId="48B007EF" w14:textId="28868019" w:rsidR="002043F7" w:rsidRPr="00A26FED" w:rsidRDefault="00C10DD4" w:rsidP="00D043C2">
            <w:pPr>
              <w:spacing w:line="360" w:lineRule="auto"/>
              <w:jc w:val="center"/>
              <w:rPr>
                <w:color w:val="1F1F1F"/>
              </w:rPr>
            </w:pPr>
            <w:r>
              <w:rPr>
                <w:noProof/>
              </w:rPr>
              <w:drawing>
                <wp:inline distT="0" distB="0" distL="0" distR="0" wp14:anchorId="02A0C11E" wp14:editId="6D5441F7">
                  <wp:extent cx="958377" cy="702310"/>
                  <wp:effectExtent l="0" t="0" r="0" b="2540"/>
                  <wp:docPr id="1918886350" name="Imagen 3" descr="Giluxe Hotel en Pereira: ver hotel, precios y opiniones - Hotel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iluxe Hotel en Pereira: ver hotel, precios y opiniones - Hotel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984" cy="73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DD4" w:rsidRPr="00B53218" w14:paraId="7EB95CA9" w14:textId="77777777" w:rsidTr="00DF4085">
        <w:trPr>
          <w:trHeight w:val="389"/>
        </w:trPr>
        <w:tc>
          <w:tcPr>
            <w:tcW w:w="721" w:type="pct"/>
            <w:vAlign w:val="center"/>
            <w:hideMark/>
          </w:tcPr>
          <w:p w14:paraId="783F2C18" w14:textId="4DA1F072" w:rsidR="002043F7" w:rsidRPr="00A26FED" w:rsidRDefault="002043F7" w:rsidP="00D043C2">
            <w:pPr>
              <w:jc w:val="center"/>
              <w:rPr>
                <w:color w:val="1F1F1F"/>
                <w:lang w:val="es-CO"/>
              </w:rPr>
            </w:pPr>
            <w:r>
              <w:t>Cartagena</w:t>
            </w:r>
          </w:p>
        </w:tc>
        <w:tc>
          <w:tcPr>
            <w:tcW w:w="1140" w:type="pct"/>
            <w:vAlign w:val="center"/>
            <w:hideMark/>
          </w:tcPr>
          <w:p w14:paraId="2A8B9A05" w14:textId="312B8D07" w:rsidR="002043F7" w:rsidRPr="00A26FED" w:rsidRDefault="002043F7" w:rsidP="00D043C2">
            <w:pPr>
              <w:jc w:val="center"/>
              <w:rPr>
                <w:color w:val="1F1F1F"/>
                <w:lang w:val="es-CO"/>
              </w:rPr>
            </w:pPr>
            <w:r>
              <w:rPr>
                <w:color w:val="1F1F1F"/>
                <w:lang w:val="es-CO"/>
              </w:rPr>
              <w:t>4 estrellas</w:t>
            </w:r>
          </w:p>
        </w:tc>
        <w:tc>
          <w:tcPr>
            <w:tcW w:w="1137" w:type="pct"/>
            <w:vAlign w:val="center"/>
            <w:hideMark/>
          </w:tcPr>
          <w:p w14:paraId="48A06AB0" w14:textId="01C2DA69" w:rsidR="002043F7" w:rsidRPr="00A26FED" w:rsidRDefault="002043F7" w:rsidP="00D043C2">
            <w:pPr>
              <w:jc w:val="center"/>
              <w:rPr>
                <w:color w:val="1F1F1F"/>
              </w:rPr>
            </w:pPr>
            <w:r>
              <w:t>Hotel Zi One o similar</w:t>
            </w:r>
          </w:p>
        </w:tc>
        <w:tc>
          <w:tcPr>
            <w:tcW w:w="2002" w:type="pct"/>
            <w:vAlign w:val="center"/>
          </w:tcPr>
          <w:p w14:paraId="544F3BE3" w14:textId="42EF51D4" w:rsidR="002043F7" w:rsidRPr="00B53218" w:rsidRDefault="00C10DD4" w:rsidP="00C10DD4">
            <w:pPr>
              <w:spacing w:line="360" w:lineRule="auto"/>
              <w:jc w:val="center"/>
              <w:rPr>
                <w:color w:val="1F1F1F"/>
              </w:rPr>
            </w:pPr>
            <w:r>
              <w:rPr>
                <w:noProof/>
              </w:rPr>
              <w:drawing>
                <wp:inline distT="0" distB="0" distL="0" distR="0" wp14:anchorId="37B269BB" wp14:editId="190A3F7A">
                  <wp:extent cx="1032301" cy="752325"/>
                  <wp:effectExtent l="0" t="0" r="0" b="0"/>
                  <wp:docPr id="352150608" name="Imagen 7" descr="ZiOne Luxury Hotel Cartagena: Comentarios, Precios y Fotos 2026 - Ex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iOne Luxury Hotel Cartagena: Comentarios, Precios y Fotos 2026 - Ex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935" cy="78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F8831D" w14:textId="77777777" w:rsidR="002043F7" w:rsidRPr="009C4567" w:rsidRDefault="002043F7" w:rsidP="002043F7">
      <w:pPr>
        <w:pStyle w:val="Textoindependiente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lang w:val="es-CO"/>
        </w:rPr>
      </w:pPr>
      <w:r w:rsidRPr="009C4567">
        <w:rPr>
          <w:lang w:val="es-CO"/>
        </w:rPr>
        <w:t>Nota: Los hoteles asignados pueden variar por disponibilidad operativa o factores externos. En caso de cambios, se confirmarán alternativas de categoría similar para garantizar una experiencia adecuada.</w:t>
      </w:r>
    </w:p>
    <w:p w14:paraId="745F1B36" w14:textId="2DDBB603" w:rsidR="00AD4ED5" w:rsidRPr="009405F5" w:rsidRDefault="00AD4ED5" w:rsidP="001A69DA">
      <w:pPr>
        <w:pStyle w:val="Ttulo2"/>
      </w:pPr>
      <w:r>
        <w:lastRenderedPageBreak/>
        <w:t>FECHAS</w:t>
      </w:r>
      <w:r w:rsidRPr="009405F5">
        <w:t xml:space="preserve"> DE SALIDA</w:t>
      </w:r>
      <w: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898"/>
        <w:gridCol w:w="3732"/>
      </w:tblGrid>
      <w:tr w:rsidR="00A761AF" w:rsidRPr="00BB61F0" w14:paraId="5FDCEBEA" w14:textId="77777777" w:rsidTr="001A69DA">
        <w:tc>
          <w:tcPr>
            <w:tcW w:w="2778" w:type="pct"/>
            <w:shd w:val="clear" w:color="auto" w:fill="59C119"/>
            <w:vAlign w:val="center"/>
            <w:hideMark/>
          </w:tcPr>
          <w:p w14:paraId="7FA3DD13" w14:textId="77777777" w:rsidR="00AD4ED5" w:rsidRPr="00BB61F0" w:rsidRDefault="00AD4ED5" w:rsidP="001A69DA">
            <w:pPr>
              <w:jc w:val="center"/>
              <w:rPr>
                <w:rFonts w:eastAsia="Arial" w:cs="Arial"/>
                <w:b/>
                <w:bCs/>
                <w:color w:val="FFFFFF" w:themeColor="background1"/>
                <w:lang w:val="es-CO"/>
              </w:rPr>
            </w:pPr>
            <w:r w:rsidRPr="00BB61F0">
              <w:rPr>
                <w:rFonts w:eastAsia="Arial" w:cs="Arial"/>
                <w:b/>
                <w:bCs/>
                <w:color w:val="FFFFFF" w:themeColor="background1"/>
                <w:lang w:val="es-CO"/>
              </w:rPr>
              <w:t>PERÍODO</w:t>
            </w:r>
          </w:p>
        </w:tc>
        <w:tc>
          <w:tcPr>
            <w:tcW w:w="2117" w:type="pct"/>
            <w:shd w:val="clear" w:color="auto" w:fill="59C119"/>
            <w:vAlign w:val="center"/>
            <w:hideMark/>
          </w:tcPr>
          <w:p w14:paraId="4C6528D9" w14:textId="77777777" w:rsidR="00AD4ED5" w:rsidRPr="00BB61F0" w:rsidRDefault="00AD4ED5" w:rsidP="001A69DA">
            <w:pPr>
              <w:jc w:val="center"/>
              <w:rPr>
                <w:rFonts w:eastAsia="Arial" w:cs="Arial"/>
                <w:b/>
                <w:bCs/>
                <w:color w:val="FFFFFF" w:themeColor="background1"/>
                <w:lang w:val="es-CO"/>
              </w:rPr>
            </w:pPr>
            <w:r w:rsidRPr="00BB61F0">
              <w:rPr>
                <w:rFonts w:eastAsia="Arial" w:cs="Arial"/>
                <w:b/>
                <w:bCs/>
                <w:color w:val="FFFFFF" w:themeColor="background1"/>
                <w:lang w:val="es-CO"/>
              </w:rPr>
              <w:t>DÍAS DE SALIDA</w:t>
            </w:r>
          </w:p>
        </w:tc>
      </w:tr>
      <w:tr w:rsidR="00A761AF" w:rsidRPr="00BB61F0" w14:paraId="60560B27" w14:textId="77777777" w:rsidTr="001A69DA">
        <w:trPr>
          <w:trHeight w:val="628"/>
        </w:trPr>
        <w:tc>
          <w:tcPr>
            <w:tcW w:w="2778" w:type="pct"/>
            <w:vAlign w:val="center"/>
            <w:hideMark/>
          </w:tcPr>
          <w:p w14:paraId="5D37677E" w14:textId="11145B1B" w:rsidR="00AD4ED5" w:rsidRDefault="00AD4ED5" w:rsidP="001A69DA">
            <w:pPr>
              <w:pStyle w:val="Textoindependiente"/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JULIO</w:t>
            </w:r>
            <w:r w:rsidRPr="00AD4ED5">
              <w:rPr>
                <w:rFonts w:cs="Arial"/>
              </w:rPr>
              <w:t xml:space="preserve"> 1, 8, 15, 22, 29</w:t>
            </w:r>
          </w:p>
          <w:p w14:paraId="39535D1B" w14:textId="48C23350" w:rsidR="00AD4ED5" w:rsidRPr="00BB61F0" w:rsidRDefault="00AD4ED5" w:rsidP="001A69DA">
            <w:pPr>
              <w:pStyle w:val="Textoindependiente"/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Arial"/>
                <w:lang w:val="es-CO"/>
              </w:rPr>
            </w:pPr>
            <w:r w:rsidRPr="00AD4ED5">
              <w:rPr>
                <w:rFonts w:cs="Arial"/>
              </w:rPr>
              <w:t>A</w:t>
            </w:r>
            <w:r>
              <w:rPr>
                <w:rFonts w:cs="Arial"/>
              </w:rPr>
              <w:t>GOSTO</w:t>
            </w:r>
            <w:r w:rsidRPr="00AD4ED5">
              <w:rPr>
                <w:rFonts w:cs="Arial"/>
              </w:rPr>
              <w:t xml:space="preserve"> 5, 12, 19, 26</w:t>
            </w:r>
          </w:p>
        </w:tc>
        <w:tc>
          <w:tcPr>
            <w:tcW w:w="2117" w:type="pct"/>
            <w:vAlign w:val="center"/>
            <w:hideMark/>
          </w:tcPr>
          <w:p w14:paraId="4E279A44" w14:textId="2489984D" w:rsidR="00AD4ED5" w:rsidRPr="00BB61F0" w:rsidRDefault="00A761AF" w:rsidP="001A69DA">
            <w:pPr>
              <w:pStyle w:val="Textoindependiente"/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Miércoles</w:t>
            </w:r>
          </w:p>
        </w:tc>
      </w:tr>
      <w:tr w:rsidR="00A761AF" w:rsidRPr="00BB61F0" w14:paraId="12D9D9DC" w14:textId="77777777" w:rsidTr="001A69DA">
        <w:tc>
          <w:tcPr>
            <w:tcW w:w="2778" w:type="pct"/>
            <w:vAlign w:val="center"/>
            <w:hideMark/>
          </w:tcPr>
          <w:p w14:paraId="43C2FA3C" w14:textId="54F7DA0C" w:rsidR="00A761AF" w:rsidRDefault="00A761AF" w:rsidP="001A69DA">
            <w:pPr>
              <w:pStyle w:val="Textoindependiente"/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</w:rPr>
              <w:t>SEPTIEMBRE</w:t>
            </w:r>
            <w:r w:rsidRPr="00A761AF">
              <w:rPr>
                <w:rFonts w:cs="Arial"/>
              </w:rPr>
              <w:t xml:space="preserve"> 2, 16, 23</w:t>
            </w:r>
          </w:p>
          <w:p w14:paraId="67FEF6F2" w14:textId="77777777" w:rsidR="00AD4ED5" w:rsidRDefault="00A761AF" w:rsidP="001A69DA">
            <w:pPr>
              <w:pStyle w:val="Textoindependiente"/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Arial"/>
              </w:rPr>
            </w:pPr>
            <w:r w:rsidRPr="00A761AF">
              <w:rPr>
                <w:rFonts w:cs="Arial"/>
              </w:rPr>
              <w:t>O</w:t>
            </w:r>
            <w:r>
              <w:rPr>
                <w:rFonts w:cs="Arial"/>
              </w:rPr>
              <w:t xml:space="preserve">CTUBRE </w:t>
            </w:r>
            <w:r w:rsidRPr="00A761AF">
              <w:rPr>
                <w:rFonts w:cs="Arial"/>
              </w:rPr>
              <w:t>7, 21</w:t>
            </w:r>
          </w:p>
          <w:p w14:paraId="5FF6B8F3" w14:textId="7BA6A989" w:rsidR="00A761AF" w:rsidRPr="00BB61F0" w:rsidRDefault="00A761AF" w:rsidP="001A69DA">
            <w:pPr>
              <w:pStyle w:val="Textoindependiente"/>
              <w:widowControl w:val="0"/>
              <w:autoSpaceDE w:val="0"/>
              <w:autoSpaceDN w:val="0"/>
              <w:adjustRightInd w:val="0"/>
              <w:spacing w:after="0" w:line="360" w:lineRule="auto"/>
              <w:ind w:left="720"/>
              <w:jc w:val="center"/>
              <w:rPr>
                <w:rFonts w:cs="Arial"/>
                <w:lang w:val="es-CO"/>
              </w:rPr>
            </w:pPr>
          </w:p>
        </w:tc>
        <w:tc>
          <w:tcPr>
            <w:tcW w:w="2117" w:type="pct"/>
            <w:vAlign w:val="center"/>
            <w:hideMark/>
          </w:tcPr>
          <w:p w14:paraId="17221DB1" w14:textId="2B64457F" w:rsidR="00AD4ED5" w:rsidRPr="00BB61F0" w:rsidRDefault="00AD4ED5" w:rsidP="001A69DA">
            <w:pPr>
              <w:pStyle w:val="Textoindependiente"/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Arial"/>
                <w:lang w:val="es-CO"/>
              </w:rPr>
            </w:pPr>
            <w:r w:rsidRPr="00BB61F0">
              <w:rPr>
                <w:rFonts w:cs="Arial"/>
                <w:lang w:val="es-CO"/>
              </w:rPr>
              <w:t>Miércoles</w:t>
            </w:r>
          </w:p>
        </w:tc>
      </w:tr>
      <w:tr w:rsidR="00A761AF" w:rsidRPr="00BB61F0" w14:paraId="2A6EFFF1" w14:textId="77777777" w:rsidTr="001A69DA">
        <w:tc>
          <w:tcPr>
            <w:tcW w:w="2778" w:type="pct"/>
            <w:vAlign w:val="center"/>
            <w:hideMark/>
          </w:tcPr>
          <w:p w14:paraId="4A877622" w14:textId="469A0845" w:rsidR="00AD4ED5" w:rsidRPr="00BB61F0" w:rsidRDefault="00A761AF" w:rsidP="001A69DA">
            <w:pPr>
              <w:pStyle w:val="Textoindependiente"/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AGOSTO 9,16</w:t>
            </w:r>
          </w:p>
        </w:tc>
        <w:tc>
          <w:tcPr>
            <w:tcW w:w="2117" w:type="pct"/>
            <w:vAlign w:val="center"/>
            <w:hideMark/>
          </w:tcPr>
          <w:p w14:paraId="49CBCC72" w14:textId="3396C874" w:rsidR="00AD4ED5" w:rsidRPr="00BB61F0" w:rsidRDefault="00A761AF" w:rsidP="001A69DA">
            <w:pPr>
              <w:pStyle w:val="Textoindependiente"/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Arial"/>
                <w:lang w:val="es-CO"/>
              </w:rPr>
            </w:pPr>
            <w:r>
              <w:rPr>
                <w:rFonts w:cs="Arial"/>
                <w:lang w:val="es-CO"/>
              </w:rPr>
              <w:t>Domingo</w:t>
            </w:r>
          </w:p>
        </w:tc>
      </w:tr>
    </w:tbl>
    <w:p w14:paraId="7DA5E748" w14:textId="77777777" w:rsidR="00DF4085" w:rsidRDefault="00DF4085" w:rsidP="002043F7">
      <w:pPr>
        <w:rPr>
          <w:color w:val="1F1F1F"/>
          <w:lang w:val="es-CO"/>
        </w:rPr>
      </w:pPr>
    </w:p>
    <w:p w14:paraId="142056C5" w14:textId="094A7EA0" w:rsidR="00123C5A" w:rsidRDefault="00000000" w:rsidP="001A69DA">
      <w:pPr>
        <w:pStyle w:val="Ttulo2"/>
      </w:pPr>
      <w:r w:rsidRPr="002043F7">
        <w:t>INCLUYE</w:t>
      </w:r>
    </w:p>
    <w:p w14:paraId="37AD73AC" w14:textId="77777777" w:rsidR="00123C5A" w:rsidRPr="002043F7" w:rsidRDefault="00000000" w:rsidP="003E16D8">
      <w:pPr>
        <w:numPr>
          <w:ilvl w:val="0"/>
          <w:numId w:val="1"/>
        </w:numPr>
        <w:tabs>
          <w:tab w:val="clear" w:pos="360"/>
        </w:tabs>
        <w:spacing w:after="0"/>
        <w:ind w:left="426" w:firstLine="0"/>
        <w:rPr>
          <w:rFonts w:cs="Arial"/>
          <w:lang w:val="es-CO"/>
        </w:rPr>
      </w:pPr>
      <w:r w:rsidRPr="002043F7">
        <w:rPr>
          <w:rFonts w:cs="Arial"/>
          <w:lang w:val="es-CO"/>
        </w:rPr>
        <w:t>Alojamiento según itinerario</w:t>
      </w:r>
    </w:p>
    <w:p w14:paraId="143B587E" w14:textId="77777777" w:rsidR="00123C5A" w:rsidRPr="002043F7" w:rsidRDefault="00000000" w:rsidP="003E16D8">
      <w:pPr>
        <w:numPr>
          <w:ilvl w:val="0"/>
          <w:numId w:val="1"/>
        </w:numPr>
        <w:tabs>
          <w:tab w:val="clear" w:pos="360"/>
        </w:tabs>
        <w:spacing w:after="0"/>
        <w:ind w:left="426" w:firstLine="0"/>
        <w:rPr>
          <w:rFonts w:cs="Arial"/>
          <w:lang w:val="es-CO"/>
        </w:rPr>
      </w:pPr>
      <w:r w:rsidRPr="002043F7">
        <w:rPr>
          <w:rFonts w:cs="Arial"/>
          <w:lang w:val="es-CO"/>
        </w:rPr>
        <w:t>Traslados privados en cada destino</w:t>
      </w:r>
    </w:p>
    <w:p w14:paraId="43BE866E" w14:textId="2974C82F" w:rsidR="00123C5A" w:rsidRPr="00A761AF" w:rsidRDefault="00000000" w:rsidP="003E16D8">
      <w:pPr>
        <w:numPr>
          <w:ilvl w:val="0"/>
          <w:numId w:val="1"/>
        </w:numPr>
        <w:tabs>
          <w:tab w:val="clear" w:pos="360"/>
        </w:tabs>
        <w:spacing w:after="0"/>
        <w:ind w:left="426" w:firstLine="0"/>
        <w:rPr>
          <w:rFonts w:cs="Arial"/>
        </w:rPr>
      </w:pPr>
      <w:r w:rsidRPr="00A761AF">
        <w:rPr>
          <w:rFonts w:cs="Arial"/>
        </w:rPr>
        <w:t xml:space="preserve">City Tour </w:t>
      </w:r>
      <w:r w:rsidR="00A761AF" w:rsidRPr="00A761AF">
        <w:rPr>
          <w:rFonts w:cs="Arial"/>
        </w:rPr>
        <w:t xml:space="preserve">Bogotá, con </w:t>
      </w:r>
      <w:r w:rsidRPr="00A761AF">
        <w:rPr>
          <w:rFonts w:cs="Arial"/>
        </w:rPr>
        <w:t>Monserrate</w:t>
      </w:r>
    </w:p>
    <w:p w14:paraId="7F380DB0" w14:textId="54FDDF7C" w:rsidR="00123C5A" w:rsidRPr="002043F7" w:rsidRDefault="00000000" w:rsidP="003E16D8">
      <w:pPr>
        <w:numPr>
          <w:ilvl w:val="0"/>
          <w:numId w:val="1"/>
        </w:numPr>
        <w:tabs>
          <w:tab w:val="clear" w:pos="360"/>
        </w:tabs>
        <w:spacing w:after="0"/>
        <w:ind w:left="426" w:firstLine="0"/>
        <w:rPr>
          <w:rFonts w:cs="Arial"/>
          <w:lang w:val="es-CO"/>
        </w:rPr>
      </w:pPr>
      <w:r w:rsidRPr="002043F7">
        <w:rPr>
          <w:rFonts w:cs="Arial"/>
          <w:lang w:val="es-CO"/>
        </w:rPr>
        <w:t xml:space="preserve">City Tour </w:t>
      </w:r>
      <w:r w:rsidR="00A761AF" w:rsidRPr="002043F7">
        <w:rPr>
          <w:rFonts w:cs="Arial"/>
          <w:lang w:val="es-CO"/>
        </w:rPr>
        <w:t>Medellín,</w:t>
      </w:r>
      <w:r w:rsidR="00A761AF">
        <w:rPr>
          <w:rFonts w:cs="Arial"/>
          <w:lang w:val="es-CO"/>
        </w:rPr>
        <w:t xml:space="preserve"> con </w:t>
      </w:r>
      <w:r w:rsidRPr="002043F7">
        <w:rPr>
          <w:rFonts w:cs="Arial"/>
          <w:lang w:val="es-CO"/>
        </w:rPr>
        <w:t>Comuna 13</w:t>
      </w:r>
    </w:p>
    <w:p w14:paraId="24721013" w14:textId="77777777" w:rsidR="00123C5A" w:rsidRPr="002043F7" w:rsidRDefault="00000000" w:rsidP="003E16D8">
      <w:pPr>
        <w:numPr>
          <w:ilvl w:val="0"/>
          <w:numId w:val="1"/>
        </w:numPr>
        <w:tabs>
          <w:tab w:val="clear" w:pos="360"/>
        </w:tabs>
        <w:spacing w:after="0"/>
        <w:ind w:left="426" w:firstLine="0"/>
        <w:rPr>
          <w:rFonts w:cs="Arial"/>
          <w:lang w:val="es-CO"/>
        </w:rPr>
      </w:pPr>
      <w:r w:rsidRPr="002043F7">
        <w:rPr>
          <w:rFonts w:cs="Arial"/>
          <w:lang w:val="es-CO"/>
        </w:rPr>
        <w:t>Tour Valle del Cocora</w:t>
      </w:r>
    </w:p>
    <w:p w14:paraId="46DF7B8C" w14:textId="77777777" w:rsidR="00123C5A" w:rsidRPr="002043F7" w:rsidRDefault="00000000" w:rsidP="003E16D8">
      <w:pPr>
        <w:numPr>
          <w:ilvl w:val="0"/>
          <w:numId w:val="1"/>
        </w:numPr>
        <w:tabs>
          <w:tab w:val="clear" w:pos="360"/>
        </w:tabs>
        <w:spacing w:after="0"/>
        <w:ind w:left="426" w:firstLine="0"/>
        <w:rPr>
          <w:rFonts w:cs="Arial"/>
          <w:lang w:val="es-CO"/>
        </w:rPr>
      </w:pPr>
      <w:r w:rsidRPr="002043F7">
        <w:rPr>
          <w:rFonts w:cs="Arial"/>
          <w:lang w:val="es-CO"/>
        </w:rPr>
        <w:t>Experiencia cafetera en Hacienda San Alberto</w:t>
      </w:r>
    </w:p>
    <w:p w14:paraId="0693911D" w14:textId="77777777" w:rsidR="00123C5A" w:rsidRPr="002043F7" w:rsidRDefault="00000000" w:rsidP="003E16D8">
      <w:pPr>
        <w:numPr>
          <w:ilvl w:val="0"/>
          <w:numId w:val="1"/>
        </w:numPr>
        <w:tabs>
          <w:tab w:val="clear" w:pos="360"/>
        </w:tabs>
        <w:spacing w:after="0"/>
        <w:ind w:left="426" w:firstLine="0"/>
        <w:rPr>
          <w:rFonts w:cs="Arial"/>
          <w:lang w:val="es-CO"/>
        </w:rPr>
      </w:pPr>
      <w:r w:rsidRPr="002043F7">
        <w:rPr>
          <w:rFonts w:cs="Arial"/>
          <w:lang w:val="es-CO"/>
        </w:rPr>
        <w:t>Walking Tour Cartagena</w:t>
      </w:r>
    </w:p>
    <w:p w14:paraId="6632C48C" w14:textId="77777777" w:rsidR="00123C5A" w:rsidRPr="002043F7" w:rsidRDefault="00000000" w:rsidP="003E16D8">
      <w:pPr>
        <w:numPr>
          <w:ilvl w:val="0"/>
          <w:numId w:val="1"/>
        </w:numPr>
        <w:tabs>
          <w:tab w:val="clear" w:pos="360"/>
        </w:tabs>
        <w:spacing w:after="0"/>
        <w:ind w:left="426" w:firstLine="0"/>
        <w:rPr>
          <w:rFonts w:cs="Arial"/>
          <w:lang w:val="es-CO"/>
        </w:rPr>
      </w:pPr>
      <w:r w:rsidRPr="002043F7">
        <w:rPr>
          <w:rFonts w:cs="Arial"/>
          <w:lang w:val="es-CO"/>
        </w:rPr>
        <w:t>Chiva Rumbera</w:t>
      </w:r>
    </w:p>
    <w:p w14:paraId="4AA2CF48" w14:textId="239B9EE2" w:rsidR="0051612C" w:rsidRDefault="00000000" w:rsidP="003E16D8">
      <w:pPr>
        <w:numPr>
          <w:ilvl w:val="0"/>
          <w:numId w:val="1"/>
        </w:numPr>
        <w:tabs>
          <w:tab w:val="clear" w:pos="360"/>
        </w:tabs>
        <w:spacing w:after="0"/>
        <w:ind w:left="426" w:firstLine="0"/>
        <w:rPr>
          <w:rFonts w:cs="Arial"/>
          <w:lang w:val="es-CO"/>
        </w:rPr>
      </w:pPr>
      <w:r w:rsidRPr="002043F7">
        <w:rPr>
          <w:rFonts w:cs="Arial"/>
          <w:lang w:val="es-CO"/>
        </w:rPr>
        <w:t>Asistencia médica</w:t>
      </w:r>
    </w:p>
    <w:p w14:paraId="398BA7AF" w14:textId="77777777" w:rsidR="001A69DA" w:rsidRPr="0051612C" w:rsidRDefault="001A69DA" w:rsidP="001A69DA">
      <w:pPr>
        <w:spacing w:after="0"/>
        <w:rPr>
          <w:rFonts w:cs="Arial"/>
          <w:lang w:val="es-CO"/>
        </w:rPr>
      </w:pPr>
    </w:p>
    <w:p w14:paraId="74D7BA63" w14:textId="77777777" w:rsidR="00123C5A" w:rsidRPr="002043F7" w:rsidRDefault="00000000" w:rsidP="001A69DA">
      <w:pPr>
        <w:pStyle w:val="Ttulo2"/>
      </w:pPr>
      <w:r w:rsidRPr="002043F7">
        <w:t>NO INCLUYE</w:t>
      </w:r>
    </w:p>
    <w:p w14:paraId="13166FE3" w14:textId="77777777" w:rsidR="00123C5A" w:rsidRPr="00C10DD4" w:rsidRDefault="00000000" w:rsidP="00C10DD4">
      <w:pPr>
        <w:pStyle w:val="Prrafodelista"/>
        <w:numPr>
          <w:ilvl w:val="0"/>
          <w:numId w:val="11"/>
        </w:numPr>
        <w:rPr>
          <w:rFonts w:cs="Arial"/>
          <w:lang w:val="es-CO"/>
        </w:rPr>
      </w:pPr>
      <w:r w:rsidRPr="00C10DD4">
        <w:rPr>
          <w:rFonts w:cs="Arial"/>
          <w:lang w:val="es-CO"/>
        </w:rPr>
        <w:t>Tiquetes aéreos</w:t>
      </w:r>
    </w:p>
    <w:p w14:paraId="5ECF1E1F" w14:textId="77777777" w:rsidR="00123C5A" w:rsidRPr="00C10DD4" w:rsidRDefault="00000000" w:rsidP="00C10DD4">
      <w:pPr>
        <w:pStyle w:val="Prrafodelista"/>
        <w:numPr>
          <w:ilvl w:val="0"/>
          <w:numId w:val="11"/>
        </w:numPr>
        <w:rPr>
          <w:rFonts w:cs="Arial"/>
          <w:lang w:val="es-CO"/>
        </w:rPr>
      </w:pPr>
      <w:r w:rsidRPr="00C10DD4">
        <w:rPr>
          <w:rFonts w:cs="Arial"/>
          <w:lang w:val="es-CO"/>
        </w:rPr>
        <w:t>Alimentación no descrita</w:t>
      </w:r>
    </w:p>
    <w:p w14:paraId="4AC3701D" w14:textId="77777777" w:rsidR="00123C5A" w:rsidRPr="00C10DD4" w:rsidRDefault="00000000" w:rsidP="00C10DD4">
      <w:pPr>
        <w:pStyle w:val="Prrafodelista"/>
        <w:numPr>
          <w:ilvl w:val="0"/>
          <w:numId w:val="11"/>
        </w:numPr>
        <w:rPr>
          <w:rFonts w:cs="Arial"/>
          <w:lang w:val="es-CO"/>
        </w:rPr>
      </w:pPr>
      <w:r w:rsidRPr="00C10DD4">
        <w:rPr>
          <w:rFonts w:cs="Arial"/>
          <w:lang w:val="es-CO"/>
        </w:rPr>
        <w:t>Propinas</w:t>
      </w:r>
    </w:p>
    <w:p w14:paraId="46B0F51B" w14:textId="77777777" w:rsidR="00123C5A" w:rsidRPr="00C10DD4" w:rsidRDefault="00000000" w:rsidP="00C10DD4">
      <w:pPr>
        <w:pStyle w:val="Prrafodelista"/>
        <w:numPr>
          <w:ilvl w:val="0"/>
          <w:numId w:val="11"/>
        </w:numPr>
        <w:rPr>
          <w:rFonts w:cs="Arial"/>
          <w:lang w:val="es-CO"/>
        </w:rPr>
      </w:pPr>
      <w:r w:rsidRPr="00C10DD4">
        <w:rPr>
          <w:rFonts w:cs="Arial"/>
          <w:lang w:val="es-CO"/>
        </w:rPr>
        <w:t>Gastos personales</w:t>
      </w:r>
    </w:p>
    <w:p w14:paraId="1819B4E5" w14:textId="36938D9F" w:rsidR="00DF4085" w:rsidRDefault="00000000" w:rsidP="00DF4085">
      <w:pPr>
        <w:pStyle w:val="Prrafodelista"/>
        <w:numPr>
          <w:ilvl w:val="0"/>
          <w:numId w:val="11"/>
        </w:numPr>
        <w:rPr>
          <w:rFonts w:cs="Arial"/>
          <w:lang w:val="es-CO"/>
        </w:rPr>
      </w:pPr>
      <w:r w:rsidRPr="00C10DD4">
        <w:rPr>
          <w:rFonts w:cs="Arial"/>
          <w:lang w:val="es-CO"/>
        </w:rPr>
        <w:t>Servicios no especificados</w:t>
      </w:r>
    </w:p>
    <w:p w14:paraId="25376F85" w14:textId="77777777" w:rsidR="001A69DA" w:rsidRDefault="001A69DA" w:rsidP="001A69DA">
      <w:pPr>
        <w:rPr>
          <w:rFonts w:cs="Arial"/>
          <w:lang w:val="es-CO"/>
        </w:rPr>
      </w:pPr>
    </w:p>
    <w:p w14:paraId="3DA74A57" w14:textId="77777777" w:rsidR="001A69DA" w:rsidRDefault="001A69DA" w:rsidP="001A69DA">
      <w:pPr>
        <w:rPr>
          <w:rFonts w:cs="Arial"/>
          <w:lang w:val="es-CO"/>
        </w:rPr>
      </w:pPr>
    </w:p>
    <w:p w14:paraId="6B5AB646" w14:textId="77777777" w:rsidR="001A69DA" w:rsidRDefault="001A69DA" w:rsidP="001A69DA">
      <w:pPr>
        <w:rPr>
          <w:rFonts w:cs="Arial"/>
          <w:lang w:val="es-CO"/>
        </w:rPr>
      </w:pPr>
    </w:p>
    <w:p w14:paraId="78DB89BD" w14:textId="77777777" w:rsidR="001A69DA" w:rsidRDefault="001A69DA" w:rsidP="001A69DA">
      <w:pPr>
        <w:rPr>
          <w:rFonts w:cs="Arial"/>
          <w:lang w:val="es-CO"/>
        </w:rPr>
      </w:pPr>
    </w:p>
    <w:p w14:paraId="482B8A46" w14:textId="77777777" w:rsidR="001A69DA" w:rsidRDefault="001A69DA" w:rsidP="001A69DA">
      <w:pPr>
        <w:rPr>
          <w:rFonts w:cs="Arial"/>
          <w:lang w:val="es-CO"/>
        </w:rPr>
      </w:pPr>
    </w:p>
    <w:p w14:paraId="2FEEADD5" w14:textId="77777777" w:rsidR="001A69DA" w:rsidRDefault="001A69DA" w:rsidP="001A69DA">
      <w:pPr>
        <w:rPr>
          <w:rFonts w:cs="Arial"/>
          <w:lang w:val="es-CO"/>
        </w:rPr>
      </w:pPr>
    </w:p>
    <w:p w14:paraId="096B0AE4" w14:textId="77777777" w:rsidR="001A69DA" w:rsidRDefault="001A69DA" w:rsidP="001A69DA">
      <w:pPr>
        <w:rPr>
          <w:rFonts w:cs="Arial"/>
          <w:lang w:val="es-CO"/>
        </w:rPr>
      </w:pPr>
    </w:p>
    <w:p w14:paraId="5379EB3F" w14:textId="77777777" w:rsidR="001A69DA" w:rsidRPr="001A69DA" w:rsidRDefault="001A69DA" w:rsidP="001A69DA">
      <w:pPr>
        <w:rPr>
          <w:rFonts w:cs="Arial"/>
          <w:lang w:val="es-CO"/>
        </w:rPr>
      </w:pPr>
    </w:p>
    <w:p w14:paraId="048609C2" w14:textId="77777777" w:rsidR="00242316" w:rsidRPr="00006FFF" w:rsidRDefault="00242316" w:rsidP="00242316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ind w:right="117"/>
        <w:jc w:val="both"/>
        <w:outlineLvl w:val="1"/>
        <w:rPr>
          <w:rFonts w:eastAsia="Times New Roman" w:cs="Arial"/>
          <w:b/>
          <w:bCs/>
          <w:noProof/>
          <w:color w:val="59C119"/>
          <w:w w:val="105"/>
          <w:sz w:val="26"/>
          <w:szCs w:val="26"/>
          <w:lang w:eastAsia="ja-JP"/>
        </w:rPr>
      </w:pPr>
      <w:r w:rsidRPr="00006FFF">
        <w:rPr>
          <w:rFonts w:eastAsia="Times New Roman" w:cs="Arial"/>
          <w:b/>
          <w:bCs/>
          <w:noProof/>
          <w:color w:val="59C119"/>
          <w:w w:val="105"/>
          <w:sz w:val="26"/>
          <w:szCs w:val="26"/>
          <w:lang w:eastAsia="ja-JP"/>
        </w:rPr>
        <w:lastRenderedPageBreak/>
        <w:t>NOTAS IMPORTANTES</w:t>
      </w:r>
    </w:p>
    <w:p w14:paraId="2531076F" w14:textId="77777777" w:rsidR="00242316" w:rsidRPr="00242316" w:rsidRDefault="00242316" w:rsidP="0024231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eastAsia="Times New Roman" w:cs="Arial"/>
          <w:noProof/>
          <w:w w:val="105"/>
          <w:lang w:val="es-CO" w:eastAsia="ja-JP"/>
        </w:rPr>
      </w:pPr>
      <w:r w:rsidRPr="00242316">
        <w:rPr>
          <w:rFonts w:eastAsia="Times New Roman" w:cs="Arial"/>
          <w:noProof/>
          <w:w w:val="105"/>
          <w:lang w:val="es-CO" w:eastAsia="ja-JP"/>
        </w:rPr>
        <w:t>Los precios de cada programa se definen según la fecha de viaje, número de personas y servicios adquiridos</w:t>
      </w:r>
    </w:p>
    <w:p w14:paraId="64F6EA64" w14:textId="77777777" w:rsidR="00242316" w:rsidRPr="00242316" w:rsidRDefault="00242316" w:rsidP="0024231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eastAsia="Times New Roman" w:cs="Arial"/>
          <w:noProof/>
          <w:w w:val="105"/>
          <w:lang w:val="es-CO" w:eastAsia="ja-JP"/>
        </w:rPr>
      </w:pPr>
      <w:r w:rsidRPr="00242316">
        <w:rPr>
          <w:rFonts w:eastAsia="Times New Roman" w:cs="Arial"/>
          <w:noProof/>
          <w:w w:val="105"/>
          <w:lang w:val="es-CO" w:eastAsia="ja-JP"/>
        </w:rPr>
        <w:t>Los precios en Moneda Extranjera se pagan en pesos colombianos a la tasa de cambio vigente el día de pago.</w:t>
      </w:r>
    </w:p>
    <w:p w14:paraId="6F8AD997" w14:textId="77777777" w:rsidR="00242316" w:rsidRPr="00121EE0" w:rsidRDefault="00242316" w:rsidP="0024231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eastAsia="Times New Roman" w:cs="Arial"/>
          <w:noProof/>
          <w:w w:val="105"/>
          <w:lang w:eastAsia="ja-JP"/>
        </w:rPr>
      </w:pPr>
      <w:r w:rsidRPr="00242316">
        <w:rPr>
          <w:rFonts w:eastAsia="Times New Roman" w:cs="Arial"/>
          <w:noProof/>
          <w:w w:val="105"/>
          <w:lang w:val="es-CO" w:eastAsia="ja-JP"/>
        </w:rPr>
        <w:t xml:space="preserve">Estos programas corresponden a porción terrestre: alojamiento, actividades, traslados, circuitos según el caso. </w:t>
      </w:r>
      <w:r w:rsidRPr="00006FFF">
        <w:rPr>
          <w:rFonts w:eastAsia="Times New Roman" w:cs="Arial"/>
          <w:noProof/>
          <w:w w:val="105"/>
          <w:lang w:eastAsia="ja-JP"/>
        </w:rPr>
        <w:t>Los tiquetes aéreos se cotizan independientemente.</w:t>
      </w:r>
    </w:p>
    <w:p w14:paraId="3CCA58D6" w14:textId="5FA7104C" w:rsidR="00242316" w:rsidRPr="00242316" w:rsidRDefault="00242316" w:rsidP="0024231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eastAsia="Times New Roman" w:cs="Arial"/>
          <w:noProof/>
          <w:w w:val="105"/>
          <w:lang w:val="es-CO" w:eastAsia="ja-JP"/>
        </w:rPr>
      </w:pPr>
      <w:r w:rsidRPr="00242316">
        <w:rPr>
          <w:rFonts w:eastAsia="Times New Roman" w:cs="Arial"/>
          <w:noProof/>
          <w:w w:val="105"/>
          <w:lang w:val="es-CO" w:eastAsia="ja-JP"/>
        </w:rPr>
        <w:t>Es responsabilidad de cada viajero, ir provisto de su pasaporte y todos los visados y requisitos de viaje, no siendo responsabilidad de la agencia, el rechazo de entrada a un país, por carecer de alguno de los requisitos establecidos por las autoridades, y será por cuenta del pasajero cualquier gasto que se origine, aplicándose en estas circunstancias las condiciones establecidas para la cancelación y rechazo voluntario de los servicios</w:t>
      </w:r>
      <w:r w:rsidR="00DF4085">
        <w:rPr>
          <w:rFonts w:eastAsia="Times New Roman" w:cs="Arial"/>
          <w:noProof/>
          <w:w w:val="105"/>
          <w:lang w:val="es-CO" w:eastAsia="ja-JP"/>
        </w:rPr>
        <w:t>.</w:t>
      </w:r>
    </w:p>
    <w:p w14:paraId="39BEE1A2" w14:textId="77777777" w:rsidR="00242316" w:rsidRPr="00242316" w:rsidRDefault="00242316" w:rsidP="0024231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eastAsia="Times New Roman" w:cs="Arial"/>
          <w:noProof/>
          <w:w w:val="105"/>
          <w:lang w:val="es-CO" w:eastAsia="ja-JP"/>
        </w:rPr>
      </w:pPr>
      <w:r w:rsidRPr="00242316">
        <w:rPr>
          <w:rFonts w:eastAsia="Times New Roman" w:cs="Arial"/>
          <w:noProof/>
          <w:w w:val="105"/>
          <w:lang w:val="es-CO" w:eastAsia="ja-JP"/>
        </w:rPr>
        <w:t xml:space="preserve">Nuestra empresa no asume responsabilidad frente a eventos tales como accidentes, huelgas, asonadas, terremotos, fenómenos climáticos o naturales, condiciones de seguridad, factores políticos, negación de permisos de ingreso o visados, asuntos legales del viajero, asuntos de salubridad y cualquier otro caso de fuerza mayor o caso fortuito que pudiere ocurrir antes o durante el viaje. </w:t>
      </w:r>
    </w:p>
    <w:p w14:paraId="6AE2E029" w14:textId="77777777" w:rsidR="00242316" w:rsidRPr="00242316" w:rsidRDefault="00242316" w:rsidP="0024231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eastAsia="Times New Roman" w:cs="Arial"/>
          <w:noProof/>
          <w:w w:val="105"/>
          <w:lang w:val="es-CO" w:eastAsia="ja-JP"/>
        </w:rPr>
      </w:pPr>
      <w:r w:rsidRPr="00242316">
        <w:rPr>
          <w:rFonts w:eastAsia="Times New Roman" w:cs="Arial"/>
          <w:noProof/>
          <w:w w:val="105"/>
          <w:lang w:val="es-CO" w:eastAsia="ja-JP"/>
        </w:rPr>
        <w:t>En caso de fuerza mayor o caso fortuito antes o durante el viaje o con el propósito de garantizar el éxito del plan, se podrá modificar, reemplazar o cancelar itinerarios, fechas, vuelos, hoteles, servicios opcionales, lo cual es desde ahora aceptado por el pasajero al momento de adquirir los servicios.</w:t>
      </w:r>
    </w:p>
    <w:p w14:paraId="1CBE7CB5" w14:textId="77777777" w:rsidR="00242316" w:rsidRPr="00242316" w:rsidRDefault="00242316" w:rsidP="0024231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eastAsia="Times New Roman" w:cs="Arial"/>
          <w:noProof/>
          <w:w w:val="105"/>
          <w:lang w:val="es-CO" w:eastAsia="ja-JP"/>
        </w:rPr>
      </w:pPr>
      <w:r w:rsidRPr="00242316">
        <w:rPr>
          <w:rFonts w:eastAsia="Times New Roman" w:cs="Arial"/>
          <w:noProof/>
          <w:w w:val="105"/>
          <w:lang w:val="es-CO" w:eastAsia="ja-JP"/>
        </w:rPr>
        <w:t xml:space="preserve">Todos los precios, tarifas, impuestos, tasas o contribuciones, presentados en este texto están sujetos a cambio, disponibilidad y vigencia sin previo aviso, los cuales deben ser asumidos por el pasajero al momento de la expedición de los documentos de viaje. </w:t>
      </w:r>
    </w:p>
    <w:p w14:paraId="52C2F050" w14:textId="77777777" w:rsidR="00242316" w:rsidRPr="00242316" w:rsidRDefault="00242316" w:rsidP="0024231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eastAsia="Times New Roman" w:cs="Arial"/>
          <w:noProof/>
          <w:w w:val="105"/>
          <w:lang w:val="es-CO" w:eastAsia="ja-JP"/>
        </w:rPr>
      </w:pPr>
      <w:r w:rsidRPr="00242316">
        <w:rPr>
          <w:rFonts w:eastAsia="Times New Roman" w:cs="Arial"/>
          <w:noProof/>
          <w:w w:val="105"/>
          <w:lang w:val="es-CO" w:eastAsia="ja-JP"/>
        </w:rPr>
        <w:t xml:space="preserve">Aplican restricciones y condiciones para cada programada publicado. </w:t>
      </w:r>
    </w:p>
    <w:p w14:paraId="1B8A0E9F" w14:textId="77777777" w:rsidR="00242316" w:rsidRPr="00242316" w:rsidRDefault="00242316" w:rsidP="0024231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eastAsia="Times New Roman" w:cs="Arial"/>
          <w:noProof/>
          <w:w w:val="105"/>
          <w:lang w:val="es-CO" w:eastAsia="ja-JP"/>
        </w:rPr>
      </w:pPr>
      <w:r w:rsidRPr="00242316">
        <w:rPr>
          <w:rFonts w:eastAsia="Times New Roman" w:cs="Arial"/>
          <w:noProof/>
          <w:w w:val="105"/>
          <w:lang w:val="es-CO" w:eastAsia="ja-JP"/>
        </w:rPr>
        <w:t>Las políticas de cancelación, penalidades, restricciones y condiciones particulares del paquete serán informadas al pasajero al momento de la expedición de los documentos de viaje.</w:t>
      </w:r>
    </w:p>
    <w:p w14:paraId="63FA1DFB" w14:textId="77777777" w:rsidR="00242316" w:rsidRPr="00242316" w:rsidRDefault="00242316" w:rsidP="00242316">
      <w:pPr>
        <w:spacing w:after="0"/>
        <w:rPr>
          <w:rFonts w:eastAsia="Arial" w:cs="Arial"/>
          <w:color w:val="1F1F1F"/>
          <w:lang w:val="es-419"/>
        </w:rPr>
      </w:pPr>
    </w:p>
    <w:p w14:paraId="0D5D1B00" w14:textId="77777777" w:rsidR="00242316" w:rsidRDefault="00242316" w:rsidP="00242316">
      <w:pPr>
        <w:spacing w:after="0"/>
        <w:ind w:left="360"/>
        <w:rPr>
          <w:rFonts w:eastAsia="Arial" w:cs="Arial"/>
          <w:color w:val="1F1F1F"/>
          <w:lang w:val="es-419"/>
        </w:rPr>
      </w:pPr>
    </w:p>
    <w:p w14:paraId="47E1894B" w14:textId="77777777" w:rsidR="00242316" w:rsidRDefault="00242316" w:rsidP="00242316">
      <w:pPr>
        <w:spacing w:after="0"/>
        <w:ind w:left="360"/>
        <w:rPr>
          <w:rFonts w:eastAsia="Arial" w:cs="Arial"/>
          <w:color w:val="1F1F1F"/>
          <w:lang w:val="es-419"/>
        </w:rPr>
      </w:pPr>
    </w:p>
    <w:p w14:paraId="325CE83A" w14:textId="77777777" w:rsidR="00242316" w:rsidRPr="00242316" w:rsidRDefault="00242316" w:rsidP="00242316">
      <w:pPr>
        <w:spacing w:after="0"/>
        <w:rPr>
          <w:rFonts w:eastAsia="Arial" w:cs="Arial"/>
          <w:color w:val="1F1F1F"/>
          <w:lang w:val="es-CO"/>
        </w:rPr>
      </w:pPr>
    </w:p>
    <w:p w14:paraId="3622FA2B" w14:textId="3D79EC03" w:rsidR="00123C5A" w:rsidRPr="00AD4ED5" w:rsidRDefault="00123C5A" w:rsidP="00242316">
      <w:pPr>
        <w:rPr>
          <w:rFonts w:cs="Arial"/>
          <w:u w:val="single"/>
          <w:lang w:val="es-CO"/>
        </w:rPr>
      </w:pPr>
    </w:p>
    <w:sectPr w:rsidR="00123C5A" w:rsidRPr="00AD4ED5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09B2159"/>
    <w:multiLevelType w:val="hybridMultilevel"/>
    <w:tmpl w:val="FE8E3A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04E54"/>
    <w:multiLevelType w:val="hybridMultilevel"/>
    <w:tmpl w:val="DF242B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E2980"/>
    <w:multiLevelType w:val="hybridMultilevel"/>
    <w:tmpl w:val="A2062D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C48A5"/>
    <w:multiLevelType w:val="hybridMultilevel"/>
    <w:tmpl w:val="816C7B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062F6E"/>
    <w:multiLevelType w:val="hybridMultilevel"/>
    <w:tmpl w:val="A9C2F5E4"/>
    <w:lvl w:ilvl="0" w:tplc="2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1505778667">
    <w:abstractNumId w:val="8"/>
  </w:num>
  <w:num w:numId="2" w16cid:durableId="1069233358">
    <w:abstractNumId w:val="6"/>
  </w:num>
  <w:num w:numId="3" w16cid:durableId="709232139">
    <w:abstractNumId w:val="5"/>
  </w:num>
  <w:num w:numId="4" w16cid:durableId="175510696">
    <w:abstractNumId w:val="4"/>
  </w:num>
  <w:num w:numId="5" w16cid:durableId="1554997299">
    <w:abstractNumId w:val="7"/>
  </w:num>
  <w:num w:numId="6" w16cid:durableId="1338774110">
    <w:abstractNumId w:val="3"/>
  </w:num>
  <w:num w:numId="7" w16cid:durableId="1871064048">
    <w:abstractNumId w:val="2"/>
  </w:num>
  <w:num w:numId="8" w16cid:durableId="319045755">
    <w:abstractNumId w:val="1"/>
  </w:num>
  <w:num w:numId="9" w16cid:durableId="393313880">
    <w:abstractNumId w:val="0"/>
  </w:num>
  <w:num w:numId="10" w16cid:durableId="1447887777">
    <w:abstractNumId w:val="13"/>
  </w:num>
  <w:num w:numId="11" w16cid:durableId="53361414">
    <w:abstractNumId w:val="9"/>
  </w:num>
  <w:num w:numId="12" w16cid:durableId="753891444">
    <w:abstractNumId w:val="12"/>
  </w:num>
  <w:num w:numId="13" w16cid:durableId="133565869">
    <w:abstractNumId w:val="11"/>
  </w:num>
  <w:num w:numId="14" w16cid:durableId="14103456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23C5A"/>
    <w:rsid w:val="0015074B"/>
    <w:rsid w:val="00157C6D"/>
    <w:rsid w:val="001A69DA"/>
    <w:rsid w:val="002043F7"/>
    <w:rsid w:val="00242316"/>
    <w:rsid w:val="0029639D"/>
    <w:rsid w:val="002C3098"/>
    <w:rsid w:val="00326F90"/>
    <w:rsid w:val="003D0775"/>
    <w:rsid w:val="003E16D8"/>
    <w:rsid w:val="0051612C"/>
    <w:rsid w:val="00A761AF"/>
    <w:rsid w:val="00AA1D8D"/>
    <w:rsid w:val="00AD4ED5"/>
    <w:rsid w:val="00B47730"/>
    <w:rsid w:val="00B6594A"/>
    <w:rsid w:val="00C10DD4"/>
    <w:rsid w:val="00CB0664"/>
    <w:rsid w:val="00DF408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9D3E0F"/>
  <w14:defaultImageDpi w14:val="300"/>
  <w15:docId w15:val="{C06677D2-3BFE-42A9-96D1-8CE22DE3E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A69DA"/>
    <w:pPr>
      <w:spacing w:after="120"/>
      <w:outlineLvl w:val="1"/>
    </w:pPr>
    <w:rPr>
      <w:rFonts w:eastAsia="Arial" w:cs="Arial"/>
      <w:b/>
      <w:bCs/>
      <w:color w:val="59C119"/>
      <w:sz w:val="26"/>
      <w:szCs w:val="26"/>
      <w:lang w:val="es-419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1A69DA"/>
    <w:rPr>
      <w:rFonts w:ascii="Arial" w:eastAsia="Arial" w:hAnsi="Arial" w:cs="Arial"/>
      <w:b/>
      <w:bCs/>
      <w:color w:val="59C119"/>
      <w:sz w:val="26"/>
      <w:szCs w:val="26"/>
      <w:lang w:val="es-419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727</Words>
  <Characters>4294</Characters>
  <Application>Microsoft Office Word</Application>
  <DocSecurity>0</DocSecurity>
  <Lines>715</Lines>
  <Paragraphs>278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4743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Daniela Torrado</cp:lastModifiedBy>
  <cp:revision>5</cp:revision>
  <dcterms:created xsi:type="dcterms:W3CDTF">2026-03-09T21:33:00Z</dcterms:created>
  <dcterms:modified xsi:type="dcterms:W3CDTF">2026-03-11T21:42:00Z</dcterms:modified>
  <cp:category/>
</cp:coreProperties>
</file>