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5F08B" w14:textId="56FC333E" w:rsidR="002E7DA3" w:rsidRDefault="004E0A1D" w:rsidP="004E0A1D">
      <w:pPr>
        <w:pStyle w:val="Ttulo3"/>
        <w:keepNext w:val="0"/>
        <w:keepLines w:val="0"/>
        <w:spacing w:before="240"/>
        <w:rPr>
          <w:rFonts w:ascii="Arial" w:eastAsia="Arial" w:hAnsi="Arial" w:cs="Arial"/>
          <w:color w:val="59C119"/>
          <w:sz w:val="32"/>
          <w:szCs w:val="32"/>
          <w:lang w:val="es-419"/>
        </w:rPr>
      </w:pPr>
      <w:r>
        <w:rPr>
          <w:rFonts w:ascii="Arial" w:eastAsia="Arial" w:hAnsi="Arial" w:cs="Arial"/>
          <w:noProof/>
          <w:color w:val="59C119"/>
          <w:sz w:val="32"/>
          <w:szCs w:val="32"/>
          <w:lang w:val="es-419"/>
        </w:rPr>
        <w:drawing>
          <wp:anchor distT="0" distB="0" distL="114300" distR="114300" simplePos="0" relativeHeight="251658240" behindDoc="0" locked="0" layoutInCell="1" allowOverlap="1" wp14:anchorId="2446BE8C" wp14:editId="6E0CD73B">
            <wp:simplePos x="0" y="0"/>
            <wp:positionH relativeFrom="page">
              <wp:align>right</wp:align>
            </wp:positionH>
            <wp:positionV relativeFrom="paragraph">
              <wp:posOffset>-934279</wp:posOffset>
            </wp:positionV>
            <wp:extent cx="7770112" cy="10123004"/>
            <wp:effectExtent l="0" t="0" r="2540" b="0"/>
            <wp:wrapNone/>
            <wp:docPr id="8276666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66648" name="Imagen 827666648"/>
                    <pic:cNvPicPr/>
                  </pic:nvPicPr>
                  <pic:blipFill>
                    <a:blip r:embed="rId9"/>
                    <a:stretch>
                      <a:fillRect/>
                    </a:stretch>
                  </pic:blipFill>
                  <pic:spPr>
                    <a:xfrm>
                      <a:off x="0" y="0"/>
                      <a:ext cx="7771359" cy="10124629"/>
                    </a:xfrm>
                    <a:prstGeom prst="rect">
                      <a:avLst/>
                    </a:prstGeom>
                  </pic:spPr>
                </pic:pic>
              </a:graphicData>
            </a:graphic>
            <wp14:sizeRelH relativeFrom="page">
              <wp14:pctWidth>0</wp14:pctWidth>
            </wp14:sizeRelH>
            <wp14:sizeRelV relativeFrom="page">
              <wp14:pctHeight>0</wp14:pctHeight>
            </wp14:sizeRelV>
          </wp:anchor>
        </w:drawing>
      </w:r>
    </w:p>
    <w:p w14:paraId="64D86CB0" w14:textId="77777777" w:rsidR="002E7DA3" w:rsidRDefault="002E7DA3" w:rsidP="0025094F">
      <w:pPr>
        <w:pStyle w:val="Ttulo3"/>
        <w:keepNext w:val="0"/>
        <w:keepLines w:val="0"/>
        <w:spacing w:before="240"/>
        <w:jc w:val="center"/>
        <w:rPr>
          <w:rFonts w:ascii="Arial" w:eastAsia="Arial" w:hAnsi="Arial" w:cs="Arial"/>
          <w:color w:val="59C119"/>
          <w:sz w:val="32"/>
          <w:szCs w:val="32"/>
          <w:lang w:val="es-419"/>
        </w:rPr>
      </w:pPr>
    </w:p>
    <w:p w14:paraId="58A255C2" w14:textId="77777777" w:rsidR="002E7DA3" w:rsidRDefault="002E7DA3" w:rsidP="0025094F">
      <w:pPr>
        <w:pStyle w:val="Ttulo3"/>
        <w:keepNext w:val="0"/>
        <w:keepLines w:val="0"/>
        <w:spacing w:before="240"/>
        <w:jc w:val="center"/>
        <w:rPr>
          <w:rFonts w:ascii="Arial" w:eastAsia="Arial" w:hAnsi="Arial" w:cs="Arial"/>
          <w:color w:val="59C119"/>
          <w:sz w:val="32"/>
          <w:szCs w:val="32"/>
          <w:lang w:val="es-419"/>
        </w:rPr>
      </w:pPr>
    </w:p>
    <w:p w14:paraId="120C5A80" w14:textId="77777777" w:rsidR="002E7DA3" w:rsidRDefault="002E7DA3" w:rsidP="0025094F">
      <w:pPr>
        <w:pStyle w:val="Ttulo3"/>
        <w:keepNext w:val="0"/>
        <w:keepLines w:val="0"/>
        <w:spacing w:before="240"/>
        <w:jc w:val="center"/>
        <w:rPr>
          <w:rFonts w:ascii="Arial" w:eastAsia="Arial" w:hAnsi="Arial" w:cs="Arial"/>
          <w:color w:val="59C119"/>
          <w:sz w:val="32"/>
          <w:szCs w:val="32"/>
          <w:lang w:val="es-419"/>
        </w:rPr>
      </w:pPr>
    </w:p>
    <w:p w14:paraId="220C8717" w14:textId="77777777" w:rsidR="002E7DA3" w:rsidRDefault="002E7DA3" w:rsidP="0025094F">
      <w:pPr>
        <w:pStyle w:val="Ttulo3"/>
        <w:keepNext w:val="0"/>
        <w:keepLines w:val="0"/>
        <w:spacing w:before="240"/>
        <w:jc w:val="center"/>
        <w:rPr>
          <w:rFonts w:ascii="Arial" w:eastAsia="Arial" w:hAnsi="Arial" w:cs="Arial"/>
          <w:color w:val="59C119"/>
          <w:sz w:val="32"/>
          <w:szCs w:val="32"/>
          <w:lang w:val="es-419"/>
        </w:rPr>
      </w:pPr>
    </w:p>
    <w:p w14:paraId="0A14AC89" w14:textId="77777777" w:rsidR="002E7DA3" w:rsidRDefault="002E7DA3" w:rsidP="0025094F">
      <w:pPr>
        <w:pStyle w:val="Ttulo3"/>
        <w:keepNext w:val="0"/>
        <w:keepLines w:val="0"/>
        <w:spacing w:before="240"/>
        <w:jc w:val="center"/>
        <w:rPr>
          <w:rFonts w:ascii="Arial" w:eastAsia="Arial" w:hAnsi="Arial" w:cs="Arial"/>
          <w:color w:val="59C119"/>
          <w:sz w:val="32"/>
          <w:szCs w:val="32"/>
          <w:lang w:val="es-419"/>
        </w:rPr>
      </w:pPr>
    </w:p>
    <w:p w14:paraId="6957D892" w14:textId="77777777" w:rsidR="002E7DA3" w:rsidRDefault="002E7DA3" w:rsidP="0025094F">
      <w:pPr>
        <w:pStyle w:val="Ttulo3"/>
        <w:keepNext w:val="0"/>
        <w:keepLines w:val="0"/>
        <w:spacing w:before="240"/>
        <w:jc w:val="center"/>
        <w:rPr>
          <w:rFonts w:ascii="Arial" w:eastAsia="Arial" w:hAnsi="Arial" w:cs="Arial"/>
          <w:color w:val="59C119"/>
          <w:sz w:val="32"/>
          <w:szCs w:val="32"/>
          <w:lang w:val="es-419"/>
        </w:rPr>
      </w:pPr>
    </w:p>
    <w:p w14:paraId="585FA1D2" w14:textId="77777777" w:rsidR="002E7DA3" w:rsidRDefault="002E7DA3" w:rsidP="0025094F">
      <w:pPr>
        <w:pStyle w:val="Ttulo3"/>
        <w:keepNext w:val="0"/>
        <w:keepLines w:val="0"/>
        <w:spacing w:before="240"/>
        <w:jc w:val="center"/>
        <w:rPr>
          <w:rFonts w:ascii="Arial" w:eastAsia="Arial" w:hAnsi="Arial" w:cs="Arial"/>
          <w:color w:val="59C119"/>
          <w:sz w:val="32"/>
          <w:szCs w:val="32"/>
          <w:lang w:val="es-419"/>
        </w:rPr>
      </w:pPr>
    </w:p>
    <w:p w14:paraId="2C779D93" w14:textId="77777777" w:rsidR="002E7DA3" w:rsidRDefault="002E7DA3" w:rsidP="0025094F">
      <w:pPr>
        <w:pStyle w:val="Ttulo3"/>
        <w:keepNext w:val="0"/>
        <w:keepLines w:val="0"/>
        <w:spacing w:before="240"/>
        <w:jc w:val="center"/>
        <w:rPr>
          <w:rFonts w:ascii="Arial" w:eastAsia="Arial" w:hAnsi="Arial" w:cs="Arial"/>
          <w:color w:val="59C119"/>
          <w:sz w:val="32"/>
          <w:szCs w:val="32"/>
          <w:lang w:val="es-419"/>
        </w:rPr>
      </w:pPr>
    </w:p>
    <w:p w14:paraId="7B15D694" w14:textId="77777777" w:rsidR="002E7DA3" w:rsidRDefault="002E7DA3" w:rsidP="0025094F">
      <w:pPr>
        <w:pStyle w:val="Ttulo3"/>
        <w:keepNext w:val="0"/>
        <w:keepLines w:val="0"/>
        <w:spacing w:before="240"/>
        <w:jc w:val="center"/>
        <w:rPr>
          <w:rFonts w:ascii="Arial" w:eastAsia="Arial" w:hAnsi="Arial" w:cs="Arial"/>
          <w:color w:val="59C119"/>
          <w:sz w:val="32"/>
          <w:szCs w:val="32"/>
          <w:lang w:val="es-419"/>
        </w:rPr>
      </w:pPr>
    </w:p>
    <w:p w14:paraId="1BC7A67B" w14:textId="77777777" w:rsidR="002E7DA3" w:rsidRDefault="002E7DA3" w:rsidP="0025094F">
      <w:pPr>
        <w:pStyle w:val="Ttulo3"/>
        <w:keepNext w:val="0"/>
        <w:keepLines w:val="0"/>
        <w:spacing w:before="240"/>
        <w:jc w:val="center"/>
        <w:rPr>
          <w:rFonts w:ascii="Arial" w:eastAsia="Arial" w:hAnsi="Arial" w:cs="Arial"/>
          <w:color w:val="59C119"/>
          <w:sz w:val="32"/>
          <w:szCs w:val="32"/>
          <w:lang w:val="es-419"/>
        </w:rPr>
      </w:pPr>
    </w:p>
    <w:p w14:paraId="288ECF16" w14:textId="77777777" w:rsidR="002E7DA3" w:rsidRDefault="002E7DA3" w:rsidP="0025094F">
      <w:pPr>
        <w:pStyle w:val="Ttulo3"/>
        <w:keepNext w:val="0"/>
        <w:keepLines w:val="0"/>
        <w:spacing w:before="240"/>
        <w:jc w:val="center"/>
        <w:rPr>
          <w:rFonts w:ascii="Arial" w:eastAsia="Arial" w:hAnsi="Arial" w:cs="Arial"/>
          <w:color w:val="59C119"/>
          <w:sz w:val="32"/>
          <w:szCs w:val="32"/>
          <w:lang w:val="es-419"/>
        </w:rPr>
      </w:pPr>
    </w:p>
    <w:p w14:paraId="0CEEDB64" w14:textId="77777777" w:rsidR="002E7DA3" w:rsidRDefault="002E7DA3" w:rsidP="0025094F">
      <w:pPr>
        <w:pStyle w:val="Ttulo3"/>
        <w:keepNext w:val="0"/>
        <w:keepLines w:val="0"/>
        <w:spacing w:before="240"/>
        <w:jc w:val="center"/>
        <w:rPr>
          <w:rFonts w:ascii="Arial" w:eastAsia="Arial" w:hAnsi="Arial" w:cs="Arial"/>
          <w:color w:val="59C119"/>
          <w:sz w:val="32"/>
          <w:szCs w:val="32"/>
          <w:lang w:val="es-419"/>
        </w:rPr>
      </w:pPr>
    </w:p>
    <w:p w14:paraId="75E005D2" w14:textId="77777777" w:rsidR="002E7DA3" w:rsidRDefault="002E7DA3" w:rsidP="0025094F">
      <w:pPr>
        <w:pStyle w:val="Ttulo3"/>
        <w:keepNext w:val="0"/>
        <w:keepLines w:val="0"/>
        <w:spacing w:before="240"/>
        <w:jc w:val="center"/>
        <w:rPr>
          <w:rFonts w:ascii="Arial" w:eastAsia="Arial" w:hAnsi="Arial" w:cs="Arial"/>
          <w:color w:val="59C119"/>
          <w:sz w:val="32"/>
          <w:szCs w:val="32"/>
          <w:lang w:val="es-419"/>
        </w:rPr>
      </w:pPr>
    </w:p>
    <w:p w14:paraId="406CCFEE" w14:textId="77777777" w:rsidR="002E7DA3" w:rsidRDefault="002E7DA3" w:rsidP="0025094F">
      <w:pPr>
        <w:pStyle w:val="Ttulo3"/>
        <w:keepNext w:val="0"/>
        <w:keepLines w:val="0"/>
        <w:spacing w:before="240"/>
        <w:jc w:val="center"/>
        <w:rPr>
          <w:rFonts w:ascii="Arial" w:eastAsia="Arial" w:hAnsi="Arial" w:cs="Arial"/>
          <w:color w:val="59C119"/>
          <w:sz w:val="32"/>
          <w:szCs w:val="32"/>
          <w:lang w:val="es-419"/>
        </w:rPr>
      </w:pPr>
    </w:p>
    <w:p w14:paraId="0B74EC6E" w14:textId="77777777" w:rsidR="002E7DA3" w:rsidRDefault="002E7DA3" w:rsidP="0025094F">
      <w:pPr>
        <w:pStyle w:val="Ttulo3"/>
        <w:keepNext w:val="0"/>
        <w:keepLines w:val="0"/>
        <w:spacing w:before="240"/>
        <w:jc w:val="center"/>
        <w:rPr>
          <w:rFonts w:ascii="Arial" w:eastAsia="Arial" w:hAnsi="Arial" w:cs="Arial"/>
          <w:color w:val="59C119"/>
          <w:sz w:val="32"/>
          <w:szCs w:val="32"/>
          <w:lang w:val="es-419"/>
        </w:rPr>
      </w:pPr>
    </w:p>
    <w:p w14:paraId="319DB820" w14:textId="77777777" w:rsidR="002E7DA3" w:rsidRDefault="002E7DA3" w:rsidP="0025094F">
      <w:pPr>
        <w:pStyle w:val="Ttulo3"/>
        <w:keepNext w:val="0"/>
        <w:keepLines w:val="0"/>
        <w:spacing w:before="240"/>
        <w:jc w:val="center"/>
        <w:rPr>
          <w:rFonts w:ascii="Arial" w:eastAsia="Arial" w:hAnsi="Arial" w:cs="Arial"/>
          <w:color w:val="59C119"/>
          <w:sz w:val="32"/>
          <w:szCs w:val="32"/>
          <w:lang w:val="es-419"/>
        </w:rPr>
      </w:pPr>
    </w:p>
    <w:p w14:paraId="3923D8E6" w14:textId="77777777" w:rsidR="002E7DA3" w:rsidRDefault="002E7DA3" w:rsidP="0025094F">
      <w:pPr>
        <w:pStyle w:val="Ttulo3"/>
        <w:keepNext w:val="0"/>
        <w:keepLines w:val="0"/>
        <w:spacing w:before="240"/>
        <w:jc w:val="center"/>
        <w:rPr>
          <w:rFonts w:ascii="Arial" w:eastAsia="Arial" w:hAnsi="Arial" w:cs="Arial"/>
          <w:color w:val="59C119"/>
          <w:sz w:val="32"/>
          <w:szCs w:val="32"/>
          <w:lang w:val="es-419"/>
        </w:rPr>
      </w:pPr>
    </w:p>
    <w:p w14:paraId="7886FB66" w14:textId="77777777" w:rsidR="002E7DA3" w:rsidRDefault="002E7DA3" w:rsidP="0025094F">
      <w:pPr>
        <w:pStyle w:val="Ttulo3"/>
        <w:keepNext w:val="0"/>
        <w:keepLines w:val="0"/>
        <w:spacing w:before="240"/>
        <w:jc w:val="center"/>
        <w:rPr>
          <w:rFonts w:ascii="Arial" w:eastAsia="Arial" w:hAnsi="Arial" w:cs="Arial"/>
          <w:color w:val="59C119"/>
          <w:sz w:val="32"/>
          <w:szCs w:val="32"/>
          <w:lang w:val="es-419"/>
        </w:rPr>
      </w:pPr>
    </w:p>
    <w:p w14:paraId="2020A705" w14:textId="46DBC7A6" w:rsidR="0099287E" w:rsidRPr="00372A46" w:rsidRDefault="00F26460" w:rsidP="0025094F">
      <w:pPr>
        <w:pStyle w:val="Ttulo3"/>
        <w:keepNext w:val="0"/>
        <w:keepLines w:val="0"/>
        <w:spacing w:before="240"/>
        <w:jc w:val="center"/>
        <w:rPr>
          <w:rFonts w:ascii="Arial" w:eastAsia="Arial" w:hAnsi="Arial" w:cs="Arial"/>
          <w:color w:val="59C119"/>
          <w:sz w:val="32"/>
          <w:szCs w:val="32"/>
          <w:lang w:val="es-419"/>
        </w:rPr>
      </w:pPr>
      <w:r w:rsidRPr="00372A46">
        <w:rPr>
          <w:rFonts w:ascii="Arial" w:eastAsia="Arial" w:hAnsi="Arial" w:cs="Arial"/>
          <w:color w:val="59C119"/>
          <w:sz w:val="32"/>
          <w:szCs w:val="32"/>
          <w:lang w:val="es-419"/>
        </w:rPr>
        <w:lastRenderedPageBreak/>
        <w:t>PERLAS DE TURQUÍA</w:t>
      </w:r>
    </w:p>
    <w:p w14:paraId="1FB42B42" w14:textId="77777777" w:rsidR="0099287E" w:rsidRDefault="00F26460" w:rsidP="00F45445">
      <w:pPr>
        <w:spacing w:after="240"/>
        <w:rPr>
          <w:rFonts w:cs="Arial"/>
          <w:color w:val="1F1F1F"/>
          <w:lang w:val="es-419"/>
        </w:rPr>
      </w:pPr>
      <w:r w:rsidRPr="00E93531">
        <w:rPr>
          <w:rFonts w:cs="Arial"/>
          <w:b/>
          <w:bCs/>
          <w:color w:val="1F1F1F"/>
          <w:lang w:val="es-419"/>
        </w:rPr>
        <w:t>Duración:</w:t>
      </w:r>
      <w:r w:rsidRPr="00372A46">
        <w:rPr>
          <w:rFonts w:cs="Arial"/>
          <w:color w:val="1F1F1F"/>
          <w:lang w:val="es-419"/>
        </w:rPr>
        <w:t xml:space="preserve"> 10 días / 9 noches</w:t>
      </w:r>
    </w:p>
    <w:p w14:paraId="1716135A" w14:textId="4C30DB31" w:rsidR="00E93531" w:rsidRPr="00372A46" w:rsidRDefault="00E93531" w:rsidP="00F45445">
      <w:pPr>
        <w:spacing w:after="240"/>
        <w:rPr>
          <w:rFonts w:cs="Arial"/>
          <w:color w:val="1F1F1F"/>
          <w:lang w:val="es-419"/>
        </w:rPr>
      </w:pPr>
      <w:r w:rsidRPr="00E93531">
        <w:rPr>
          <w:rFonts w:cs="Arial"/>
          <w:b/>
          <w:bCs/>
          <w:color w:val="1F1F1F"/>
          <w:lang w:val="es-419"/>
        </w:rPr>
        <w:t>Salidas</w:t>
      </w:r>
      <w:r>
        <w:rPr>
          <w:rFonts w:cs="Arial"/>
          <w:color w:val="1F1F1F"/>
          <w:lang w:val="es-419"/>
        </w:rPr>
        <w:t xml:space="preserve">: </w:t>
      </w:r>
      <w:r w:rsidRPr="00372A46">
        <w:rPr>
          <w:rFonts w:cs="Arial"/>
          <w:lang w:val="es-CO"/>
        </w:rPr>
        <w:t>Sábado</w:t>
      </w:r>
      <w:r>
        <w:rPr>
          <w:rFonts w:cs="Arial"/>
          <w:lang w:val="es-CO"/>
        </w:rPr>
        <w:t>,</w:t>
      </w:r>
      <w:r w:rsidRPr="00372A46">
        <w:rPr>
          <w:rFonts w:cs="Arial"/>
          <w:lang w:val="es-CO"/>
        </w:rPr>
        <w:t xml:space="preserve"> Domingo</w:t>
      </w:r>
      <w:r>
        <w:rPr>
          <w:rFonts w:cs="Arial"/>
          <w:lang w:val="es-CO"/>
        </w:rPr>
        <w:t>,</w:t>
      </w:r>
      <w:r w:rsidRPr="00372A46">
        <w:rPr>
          <w:rFonts w:cs="Arial"/>
          <w:lang w:val="es-CO"/>
        </w:rPr>
        <w:t xml:space="preserve">  Lunes</w:t>
      </w:r>
    </w:p>
    <w:p w14:paraId="5DEC3E8B" w14:textId="5CF4A843" w:rsidR="0099287E" w:rsidRPr="00372A46" w:rsidRDefault="00BA15E7" w:rsidP="00F45445">
      <w:pPr>
        <w:spacing w:after="240"/>
        <w:rPr>
          <w:rFonts w:cs="Arial"/>
          <w:color w:val="1F1F1F"/>
          <w:lang w:val="es-419"/>
        </w:rPr>
      </w:pPr>
      <w:r w:rsidRPr="00E93531">
        <w:rPr>
          <w:rFonts w:cs="Arial"/>
          <w:b/>
          <w:bCs/>
          <w:color w:val="1F1F1F"/>
          <w:lang w:val="es-419"/>
        </w:rPr>
        <w:t>Destinos</w:t>
      </w:r>
      <w:r w:rsidR="00F26460" w:rsidRPr="00372A46">
        <w:rPr>
          <w:rFonts w:cs="Arial"/>
          <w:color w:val="1F1F1F"/>
          <w:lang w:val="es-419"/>
        </w:rPr>
        <w:t xml:space="preserve">: Estambul – Ankara – Capadocia – </w:t>
      </w:r>
      <w:proofErr w:type="spellStart"/>
      <w:r w:rsidR="00F26460" w:rsidRPr="00372A46">
        <w:rPr>
          <w:rFonts w:cs="Arial"/>
          <w:color w:val="1F1F1F"/>
          <w:lang w:val="es-419"/>
        </w:rPr>
        <w:t>Pamukkale</w:t>
      </w:r>
      <w:proofErr w:type="spellEnd"/>
      <w:r w:rsidR="00F26460" w:rsidRPr="00372A46">
        <w:rPr>
          <w:rFonts w:cs="Arial"/>
          <w:color w:val="1F1F1F"/>
          <w:lang w:val="es-419"/>
        </w:rPr>
        <w:t xml:space="preserve"> – Éfeso – </w:t>
      </w:r>
      <w:proofErr w:type="spellStart"/>
      <w:r w:rsidR="00F26460" w:rsidRPr="00372A46">
        <w:rPr>
          <w:rFonts w:cs="Arial"/>
          <w:color w:val="1F1F1F"/>
          <w:lang w:val="es-419"/>
        </w:rPr>
        <w:t>Kuşadası</w:t>
      </w:r>
      <w:proofErr w:type="spellEnd"/>
      <w:r w:rsidR="00F26460" w:rsidRPr="00372A46">
        <w:rPr>
          <w:rFonts w:cs="Arial"/>
          <w:color w:val="1F1F1F"/>
          <w:lang w:val="es-419"/>
        </w:rPr>
        <w:t xml:space="preserve"> – Bursa</w:t>
      </w:r>
    </w:p>
    <w:p w14:paraId="5A01CE82" w14:textId="77777777" w:rsidR="0099287E" w:rsidRPr="00372A46" w:rsidRDefault="00F26460" w:rsidP="009F6C7C">
      <w:pPr>
        <w:pStyle w:val="Ttulo2"/>
        <w:keepNext w:val="0"/>
        <w:keepLines w:val="0"/>
        <w:spacing w:before="0" w:after="120"/>
        <w:rPr>
          <w:rFonts w:ascii="Arial" w:eastAsia="Arial" w:hAnsi="Arial" w:cs="Arial"/>
          <w:color w:val="59C119"/>
          <w:lang w:val="es-CO"/>
        </w:rPr>
      </w:pPr>
      <w:r w:rsidRPr="00372A46">
        <w:rPr>
          <w:rFonts w:ascii="Arial" w:eastAsia="Arial" w:hAnsi="Arial" w:cs="Arial"/>
          <w:color w:val="59C119"/>
          <w:lang w:val="es-CO"/>
        </w:rPr>
        <w:t>ITINERARIO</w:t>
      </w:r>
    </w:p>
    <w:p w14:paraId="125C25D3" w14:textId="77777777" w:rsidR="0099287E" w:rsidRPr="00372A46" w:rsidRDefault="00F26460" w:rsidP="008620A3">
      <w:pPr>
        <w:pStyle w:val="Ttulo2"/>
        <w:keepNext w:val="0"/>
        <w:keepLines w:val="0"/>
        <w:spacing w:before="0" w:after="120"/>
        <w:rPr>
          <w:rFonts w:ascii="Arial" w:eastAsia="Arial" w:hAnsi="Arial" w:cs="Arial"/>
          <w:color w:val="59C119"/>
          <w:lang w:val="es-419"/>
        </w:rPr>
      </w:pPr>
      <w:r w:rsidRPr="00372A46">
        <w:rPr>
          <w:rFonts w:ascii="Arial" w:eastAsia="Arial" w:hAnsi="Arial" w:cs="Arial"/>
          <w:color w:val="59C119"/>
          <w:lang w:val="es-419"/>
        </w:rPr>
        <w:t>DÍA 1 LLEGADA A ESTAMBUL.</w:t>
      </w:r>
    </w:p>
    <w:p w14:paraId="7423C5E6" w14:textId="77777777" w:rsidR="0099287E" w:rsidRPr="00372A46" w:rsidRDefault="00F26460">
      <w:pPr>
        <w:rPr>
          <w:rFonts w:eastAsiaTheme="minorEastAsia" w:cs="Arial"/>
          <w:lang w:val="es-CO"/>
        </w:rPr>
      </w:pPr>
      <w:r w:rsidRPr="00372A46">
        <w:rPr>
          <w:rFonts w:eastAsiaTheme="minorEastAsia" w:cs="Arial"/>
          <w:lang w:val="es-CO"/>
        </w:rPr>
        <w:t>Llegada y asistencia. Traslado al hotel. Alojamiento en el hotel.</w:t>
      </w:r>
    </w:p>
    <w:p w14:paraId="1B6BF5E1" w14:textId="77777777" w:rsidR="0099287E" w:rsidRPr="00372A46" w:rsidRDefault="00F26460" w:rsidP="008620A3">
      <w:pPr>
        <w:pStyle w:val="Ttulo2"/>
        <w:keepNext w:val="0"/>
        <w:keepLines w:val="0"/>
        <w:spacing w:before="0" w:after="120"/>
        <w:rPr>
          <w:rFonts w:ascii="Arial" w:hAnsi="Arial" w:cs="Arial"/>
          <w:lang w:val="es-CO"/>
        </w:rPr>
      </w:pPr>
      <w:r w:rsidRPr="00372A46">
        <w:rPr>
          <w:rFonts w:ascii="Arial" w:eastAsia="Arial" w:hAnsi="Arial" w:cs="Arial"/>
          <w:color w:val="59C119"/>
          <w:lang w:val="es-419"/>
        </w:rPr>
        <w:t>DÍA 2 ESTAMBUL.</w:t>
      </w:r>
    </w:p>
    <w:p w14:paraId="17C46CD1" w14:textId="77777777" w:rsidR="0099287E" w:rsidRPr="00372A46" w:rsidRDefault="00F26460">
      <w:pPr>
        <w:rPr>
          <w:rFonts w:eastAsiaTheme="minorEastAsia" w:cs="Arial"/>
          <w:lang w:val="es-CO"/>
        </w:rPr>
      </w:pPr>
      <w:r w:rsidRPr="00372A46">
        <w:rPr>
          <w:rFonts w:eastAsiaTheme="minorEastAsia" w:cs="Arial"/>
          <w:lang w:val="es-CO"/>
        </w:rPr>
        <w:t>Desayuno en el hotel. Día Libre. Alojamiento en el hotel.</w:t>
      </w:r>
    </w:p>
    <w:p w14:paraId="658F4A9E" w14:textId="77777777" w:rsidR="0099287E" w:rsidRPr="00372A46" w:rsidRDefault="00F26460" w:rsidP="00897C04">
      <w:pPr>
        <w:jc w:val="both"/>
        <w:rPr>
          <w:rFonts w:eastAsiaTheme="minorEastAsia" w:cs="Arial"/>
          <w:lang w:val="es-CO"/>
        </w:rPr>
      </w:pPr>
      <w:r w:rsidRPr="00372A46">
        <w:rPr>
          <w:rFonts w:eastAsiaTheme="minorEastAsia" w:cs="Arial"/>
          <w:b/>
          <w:bCs/>
          <w:lang w:val="es-CO"/>
        </w:rPr>
        <w:t>OPCIONAL FD BOSFORO REGULAR + COMO REGALO VISITA LOS BARRIOS FENER Y BALAT</w:t>
      </w:r>
      <w:r w:rsidRPr="00372A46">
        <w:rPr>
          <w:rFonts w:eastAsiaTheme="minorEastAsia" w:cs="Arial"/>
          <w:lang w:val="es-CO"/>
        </w:rPr>
        <w:t xml:space="preserve"> (Día completo con almuerzo - Serán recogidos entre 8:30 am y 9:00 am) Excursión de día completa por El Bósforo. Por la mañana realzaremos una previa visita al Bazar Egipcio o Bazar de las Especias construido en el siglo XVII y situado en el antiguo barro de </w:t>
      </w:r>
      <w:proofErr w:type="spellStart"/>
      <w:r w:rsidRPr="00372A46">
        <w:rPr>
          <w:rFonts w:eastAsiaTheme="minorEastAsia" w:cs="Arial"/>
          <w:lang w:val="es-CO"/>
        </w:rPr>
        <w:t>Eminönü</w:t>
      </w:r>
      <w:proofErr w:type="spellEnd"/>
      <w:r w:rsidRPr="00372A46">
        <w:rPr>
          <w:rFonts w:eastAsiaTheme="minorEastAsia" w:cs="Arial"/>
          <w:lang w:val="es-CO"/>
        </w:rPr>
        <w:t xml:space="preserve">. A continuación, abordaremos el barco regular para el recorrido por El Bósforo, un viaje fascinante por las aguas que separan dos continentes. Durante el recorrido, disfrutaremos de vistas panorámicas espectaculares de los palacios y fortalezas que adornan ambas orillas, entre los que destacan el majestuoso Palacio de </w:t>
      </w:r>
      <w:proofErr w:type="spellStart"/>
      <w:r w:rsidRPr="00372A46">
        <w:rPr>
          <w:rFonts w:eastAsiaTheme="minorEastAsia" w:cs="Arial"/>
          <w:lang w:val="es-CO"/>
        </w:rPr>
        <w:t>Dolmabahçe</w:t>
      </w:r>
      <w:proofErr w:type="spellEnd"/>
      <w:r w:rsidRPr="00372A46">
        <w:rPr>
          <w:rFonts w:eastAsiaTheme="minorEastAsia" w:cs="Arial"/>
          <w:lang w:val="es-CO"/>
        </w:rPr>
        <w:t xml:space="preserve">, el elegante Palacio de </w:t>
      </w:r>
      <w:proofErr w:type="spellStart"/>
      <w:r w:rsidRPr="00372A46">
        <w:rPr>
          <w:rFonts w:eastAsiaTheme="minorEastAsia" w:cs="Arial"/>
          <w:lang w:val="es-CO"/>
        </w:rPr>
        <w:t>Çırağan</w:t>
      </w:r>
      <w:proofErr w:type="spellEnd"/>
      <w:r w:rsidRPr="00372A46">
        <w:rPr>
          <w:rFonts w:eastAsiaTheme="minorEastAsia" w:cs="Arial"/>
          <w:lang w:val="es-CO"/>
        </w:rPr>
        <w:t xml:space="preserve"> y la Fortaleza de Rumel </w:t>
      </w:r>
      <w:proofErr w:type="spellStart"/>
      <w:r w:rsidRPr="00372A46">
        <w:rPr>
          <w:rFonts w:eastAsiaTheme="minorEastAsia" w:cs="Arial"/>
          <w:lang w:val="es-CO"/>
        </w:rPr>
        <w:t>Hsarı</w:t>
      </w:r>
      <w:proofErr w:type="spellEnd"/>
      <w:r w:rsidRPr="00372A46">
        <w:rPr>
          <w:rFonts w:eastAsiaTheme="minorEastAsia" w:cs="Arial"/>
          <w:lang w:val="es-CO"/>
        </w:rPr>
        <w:t xml:space="preserve">, entre otros monumentos históricos. Tempo de Almuerzo. Seguiremos al barro histórico Fener &amp; </w:t>
      </w:r>
      <w:proofErr w:type="spellStart"/>
      <w:r w:rsidRPr="00372A46">
        <w:rPr>
          <w:rFonts w:eastAsiaTheme="minorEastAsia" w:cs="Arial"/>
          <w:lang w:val="es-CO"/>
        </w:rPr>
        <w:t>Balat</w:t>
      </w:r>
      <w:proofErr w:type="spellEnd"/>
      <w:r w:rsidRPr="00372A46">
        <w:rPr>
          <w:rFonts w:eastAsiaTheme="minorEastAsia" w:cs="Arial"/>
          <w:lang w:val="es-CO"/>
        </w:rPr>
        <w:t xml:space="preserve">; perfecto para pasear y perderse entre sus callejuelas de piedra llenas de romance, Allí tenemos cafés temáticos muy atractivos; además podrán hacer fotos con sus famosas casas de colores; Este barro se caracteriza por la grabación de muchas Novelas Turcas, ya que encontraremos tesoros llenos de historia e imágenes de la vida cotidiana de Turquía. En el camino Veremos la majestuosa iglesia ortodoxa búlgara de San Esteban (Admiraremos por fuera), construida en hierro fundido. La siguiente visita es al Patriarcado Ortodoxo Ecuménico, comúnmente conocido como el Patriarcado Ecuménico de Constantinopla, la máxima institución de la Iglesia Ortodoxa Oriental. El Patriarcado Ecuménico tiene sus raíces históricas en la Iglesia Cristiana primitiva y se considera uno de los patriarcados más antiguos y prominentes dentro del </w:t>
      </w:r>
      <w:proofErr w:type="spellStart"/>
      <w:r w:rsidRPr="00372A46">
        <w:rPr>
          <w:rFonts w:eastAsiaTheme="minorEastAsia" w:cs="Arial"/>
          <w:lang w:val="es-CO"/>
        </w:rPr>
        <w:t>Ortodoxsmo</w:t>
      </w:r>
      <w:proofErr w:type="spellEnd"/>
      <w:r w:rsidRPr="00372A46">
        <w:rPr>
          <w:rFonts w:eastAsiaTheme="minorEastAsia" w:cs="Arial"/>
          <w:lang w:val="es-CO"/>
        </w:rPr>
        <w:t>.</w:t>
      </w:r>
    </w:p>
    <w:p w14:paraId="2145D24C" w14:textId="77777777" w:rsidR="0099287E" w:rsidRPr="00372A46" w:rsidRDefault="00F26460" w:rsidP="008620A3">
      <w:pPr>
        <w:pStyle w:val="Ttulo2"/>
        <w:keepNext w:val="0"/>
        <w:keepLines w:val="0"/>
        <w:spacing w:before="0" w:after="120"/>
        <w:rPr>
          <w:rFonts w:ascii="Arial" w:eastAsia="Arial" w:hAnsi="Arial" w:cs="Arial"/>
          <w:color w:val="59C119"/>
          <w:lang w:val="es-419"/>
        </w:rPr>
      </w:pPr>
      <w:r w:rsidRPr="00372A46">
        <w:rPr>
          <w:rFonts w:ascii="Arial" w:eastAsia="Arial" w:hAnsi="Arial" w:cs="Arial"/>
          <w:color w:val="59C119"/>
          <w:lang w:val="es-419"/>
        </w:rPr>
        <w:t>DÍA 3 ESTAMBUL.</w:t>
      </w:r>
    </w:p>
    <w:p w14:paraId="0EA1838E" w14:textId="7DA9F508" w:rsidR="0099287E" w:rsidRPr="002B21E5" w:rsidRDefault="00F26460">
      <w:pPr>
        <w:rPr>
          <w:rFonts w:eastAsiaTheme="minorEastAsia" w:cs="Arial"/>
          <w:u w:val="single"/>
          <w:lang w:val="es-CO"/>
        </w:rPr>
      </w:pPr>
      <w:r w:rsidRPr="00372A46">
        <w:rPr>
          <w:rFonts w:eastAsiaTheme="minorEastAsia" w:cs="Arial"/>
          <w:lang w:val="es-CO"/>
        </w:rPr>
        <w:t>Desayuno en el hotel. Día libre. Alojamiento.</w:t>
      </w:r>
      <w:r w:rsidR="002B21E5">
        <w:rPr>
          <w:rFonts w:eastAsiaTheme="minorEastAsia" w:cs="Arial"/>
          <w:lang w:val="es-CO"/>
        </w:rPr>
        <w:t xml:space="preserve"> </w:t>
      </w:r>
    </w:p>
    <w:p w14:paraId="65409F2C" w14:textId="77777777" w:rsidR="0099287E" w:rsidRPr="00372A46" w:rsidRDefault="00F26460">
      <w:pPr>
        <w:rPr>
          <w:rFonts w:eastAsiaTheme="minorEastAsia" w:cs="Arial"/>
          <w:b/>
          <w:bCs/>
          <w:lang w:val="es-CO"/>
        </w:rPr>
      </w:pPr>
      <w:r w:rsidRPr="00372A46">
        <w:rPr>
          <w:rFonts w:eastAsiaTheme="minorEastAsia" w:cs="Arial"/>
          <w:b/>
          <w:bCs/>
          <w:lang w:val="es-CO"/>
        </w:rPr>
        <w:t>OPCIONAL VISITA FD CITY TOUR Excursión de la Ciudad Imperial</w:t>
      </w:r>
    </w:p>
    <w:p w14:paraId="7B274AD9" w14:textId="77777777" w:rsidR="0099287E" w:rsidRPr="00372A46" w:rsidRDefault="00F26460">
      <w:pPr>
        <w:rPr>
          <w:rFonts w:eastAsiaTheme="minorEastAsia" w:cs="Arial"/>
          <w:lang w:val="es-CO"/>
        </w:rPr>
      </w:pPr>
      <w:r w:rsidRPr="00372A46">
        <w:rPr>
          <w:rFonts w:eastAsiaTheme="minorEastAsia" w:cs="Arial"/>
          <w:lang w:val="es-CO"/>
        </w:rPr>
        <w:t>(Día completo con almuerzo)</w:t>
      </w:r>
    </w:p>
    <w:p w14:paraId="3CCA3C9C" w14:textId="77777777" w:rsidR="00372A46" w:rsidRPr="00372A46" w:rsidRDefault="00F26460" w:rsidP="00897C04">
      <w:pPr>
        <w:jc w:val="both"/>
        <w:rPr>
          <w:rFonts w:eastAsiaTheme="minorEastAsia" w:cs="Arial"/>
          <w:lang w:val="es-CO"/>
        </w:rPr>
      </w:pPr>
      <w:r w:rsidRPr="00372A46">
        <w:rPr>
          <w:rFonts w:eastAsiaTheme="minorEastAsia" w:cs="Arial"/>
          <w:lang w:val="es-CO"/>
        </w:rPr>
        <w:t xml:space="preserve">Excursión de día completo por la ciudad. Por la mañana visitaremos La Santa Sofia (desde el exterior), uno de los recintos más significativos de Estambul, hermosa maravilla </w:t>
      </w:r>
      <w:r w:rsidRPr="00372A46">
        <w:rPr>
          <w:rFonts w:eastAsiaTheme="minorEastAsia" w:cs="Arial"/>
          <w:lang w:val="es-CO"/>
        </w:rPr>
        <w:lastRenderedPageBreak/>
        <w:t xml:space="preserve">arquitectónica que ofrecemos al visitante; además contemplada como una de la iglesias más grandes e imponentes del mundo. A continuación, visita El Palacio </w:t>
      </w:r>
      <w:proofErr w:type="spellStart"/>
      <w:r w:rsidRPr="00372A46">
        <w:rPr>
          <w:rFonts w:eastAsiaTheme="minorEastAsia" w:cs="Arial"/>
          <w:lang w:val="es-CO"/>
        </w:rPr>
        <w:t>Topkapi</w:t>
      </w:r>
      <w:proofErr w:type="spellEnd"/>
      <w:r w:rsidRPr="00372A46">
        <w:rPr>
          <w:rFonts w:eastAsiaTheme="minorEastAsia" w:cs="Arial"/>
          <w:lang w:val="es-CO"/>
        </w:rPr>
        <w:t xml:space="preserve">, lugar donde vivieron los sultanes entre 1478 y 1856. </w:t>
      </w:r>
    </w:p>
    <w:p w14:paraId="2D6F6E4E" w14:textId="3B5B68A4" w:rsidR="0099287E" w:rsidRPr="00372A46" w:rsidRDefault="00F26460" w:rsidP="00897C04">
      <w:pPr>
        <w:jc w:val="both"/>
        <w:rPr>
          <w:rFonts w:eastAsiaTheme="minorEastAsia" w:cs="Arial"/>
          <w:lang w:val="es-CO"/>
        </w:rPr>
      </w:pPr>
      <w:proofErr w:type="spellStart"/>
      <w:r w:rsidRPr="00372A46">
        <w:rPr>
          <w:rFonts w:eastAsiaTheme="minorEastAsia" w:cs="Arial"/>
          <w:lang w:val="es-CO"/>
        </w:rPr>
        <w:t>Topkapi</w:t>
      </w:r>
      <w:proofErr w:type="spellEnd"/>
      <w:r w:rsidRPr="00372A46">
        <w:rPr>
          <w:rFonts w:eastAsiaTheme="minorEastAsia" w:cs="Arial"/>
          <w:lang w:val="es-CO"/>
        </w:rPr>
        <w:t xml:space="preserve"> no es una estructura única, sino un complejo monumental orgánico formado por diversos quioscos, jardines y zonas reparadas que se ubican en la barriada o casco histórico a la entrada del Cuerno de Oro. Seguimos hacia La Mezquita Azul, admirada por sus seis altos minaretes, terrazas y cúpulas que se alzan en el centro del edificio; comprobarás que el arquitecto consiguió su objetivo sin duda; la perfección con esta impresionante obra. Por la tarde Hipódromo Romano, (época de Séptimo Severo) ... espacio donde tuvieron lugar las carreras de cuadrigas y circos, que sirvieron de diversión a los habitantes de Constantinopla durante más de mil años. Finalizaremos el día en el Gran Bazar. Al término traslado al hotel.</w:t>
      </w:r>
    </w:p>
    <w:p w14:paraId="16C33756" w14:textId="77777777" w:rsidR="0099287E" w:rsidRPr="00372A46" w:rsidRDefault="00F26460" w:rsidP="008620A3">
      <w:pPr>
        <w:pStyle w:val="Ttulo2"/>
        <w:keepNext w:val="0"/>
        <w:keepLines w:val="0"/>
        <w:spacing w:before="0" w:after="120"/>
        <w:rPr>
          <w:rFonts w:ascii="Arial" w:eastAsia="Arial" w:hAnsi="Arial" w:cs="Arial"/>
          <w:color w:val="59C119"/>
          <w:lang w:val="es-419"/>
        </w:rPr>
      </w:pPr>
      <w:r w:rsidRPr="00372A46">
        <w:rPr>
          <w:rFonts w:ascii="Arial" w:eastAsia="Arial" w:hAnsi="Arial" w:cs="Arial"/>
          <w:color w:val="59C119"/>
          <w:lang w:val="es-419"/>
        </w:rPr>
        <w:t>DÍA 4 ESTAMBUL – ANKARA – CAPADOCIA.</w:t>
      </w:r>
    </w:p>
    <w:p w14:paraId="5A2EAA71" w14:textId="77777777" w:rsidR="0099287E" w:rsidRPr="00372A46" w:rsidRDefault="00F26460" w:rsidP="00897C04">
      <w:pPr>
        <w:jc w:val="both"/>
        <w:rPr>
          <w:rFonts w:cs="Arial"/>
          <w:lang w:val="es-CO"/>
        </w:rPr>
      </w:pPr>
      <w:r w:rsidRPr="00372A46">
        <w:rPr>
          <w:rFonts w:cs="Arial"/>
          <w:lang w:val="es-CO"/>
        </w:rPr>
        <w:t xml:space="preserve">(700 km) Desayuno en el hotel. En la hora indicada salida en autobús hacia Ankara, capital de la República Turca. Pasamos por las montañas de Bolu. Visitaremos el Mausoleo de </w:t>
      </w:r>
      <w:proofErr w:type="spellStart"/>
      <w:r w:rsidRPr="00372A46">
        <w:rPr>
          <w:rFonts w:cs="Arial"/>
          <w:lang w:val="es-CO"/>
        </w:rPr>
        <w:t>Ataturk</w:t>
      </w:r>
      <w:proofErr w:type="spellEnd"/>
      <w:r w:rsidRPr="00372A46">
        <w:rPr>
          <w:rFonts w:cs="Arial"/>
          <w:lang w:val="es-CO"/>
        </w:rPr>
        <w:t>, el fundador de la República Turca. Salida hacia Capadocia, una región histórica de Anatolia, que se caracteriza por tener una formación geológica única en el mundo. Pasando por el Lago Salado, llegamos a nuestro hotel, cena y alojamiento.</w:t>
      </w:r>
    </w:p>
    <w:p w14:paraId="4B4DA6D6" w14:textId="77777777" w:rsidR="0099287E" w:rsidRPr="00372A46" w:rsidRDefault="00F26460">
      <w:pPr>
        <w:rPr>
          <w:rFonts w:cs="Arial"/>
          <w:lang w:val="es-CO"/>
        </w:rPr>
      </w:pPr>
      <w:r w:rsidRPr="00372A46">
        <w:rPr>
          <w:rFonts w:cs="Arial"/>
          <w:lang w:val="es-CO"/>
        </w:rPr>
        <w:t>Comidas: Desayuno y Cena</w:t>
      </w:r>
    </w:p>
    <w:p w14:paraId="7D064E42" w14:textId="77777777" w:rsidR="0099287E" w:rsidRPr="00372A46" w:rsidRDefault="00F26460" w:rsidP="008620A3">
      <w:pPr>
        <w:pStyle w:val="Ttulo2"/>
        <w:keepNext w:val="0"/>
        <w:keepLines w:val="0"/>
        <w:spacing w:before="0" w:after="120"/>
        <w:rPr>
          <w:rFonts w:ascii="Arial" w:eastAsia="Arial" w:hAnsi="Arial" w:cs="Arial"/>
          <w:color w:val="59C119"/>
          <w:lang w:val="es-419"/>
        </w:rPr>
      </w:pPr>
      <w:r w:rsidRPr="00372A46">
        <w:rPr>
          <w:rFonts w:ascii="Arial" w:eastAsia="Arial" w:hAnsi="Arial" w:cs="Arial"/>
          <w:color w:val="59C119"/>
          <w:lang w:val="es-419"/>
        </w:rPr>
        <w:t>DÍA 5 CAPADOCIA.</w:t>
      </w:r>
    </w:p>
    <w:p w14:paraId="75F5371B" w14:textId="77777777" w:rsidR="0099287E" w:rsidRPr="00372A46" w:rsidRDefault="00F26460">
      <w:pPr>
        <w:rPr>
          <w:rFonts w:cs="Arial"/>
          <w:b/>
          <w:bCs/>
          <w:lang w:val="es-CO"/>
        </w:rPr>
      </w:pPr>
      <w:r w:rsidRPr="00372A46">
        <w:rPr>
          <w:rFonts w:cs="Arial"/>
          <w:b/>
          <w:bCs/>
          <w:lang w:val="es-CO"/>
        </w:rPr>
        <w:t>OPCION DE VISITA</w:t>
      </w:r>
    </w:p>
    <w:p w14:paraId="5B4FEDD5" w14:textId="77777777" w:rsidR="0099287E" w:rsidRPr="00372A46" w:rsidRDefault="00F26460">
      <w:pPr>
        <w:rPr>
          <w:rFonts w:cs="Arial"/>
          <w:lang w:val="es-CO"/>
        </w:rPr>
      </w:pPr>
      <w:r w:rsidRPr="00372A46">
        <w:rPr>
          <w:rFonts w:cs="Arial"/>
          <w:lang w:val="es-CO"/>
        </w:rPr>
        <w:t>EXCURSION EN GLOBO (CONSULTAR PRECIO).</w:t>
      </w:r>
    </w:p>
    <w:p w14:paraId="2463FB4B" w14:textId="77777777" w:rsidR="0099287E" w:rsidRPr="00372A46" w:rsidRDefault="00F26460" w:rsidP="00897C04">
      <w:pPr>
        <w:jc w:val="both"/>
        <w:rPr>
          <w:rFonts w:cs="Arial"/>
          <w:lang w:val="es-CO"/>
        </w:rPr>
      </w:pPr>
      <w:r w:rsidRPr="00372A46">
        <w:rPr>
          <w:rFonts w:cs="Arial"/>
          <w:lang w:val="es-CO"/>
        </w:rPr>
        <w:t xml:space="preserve">Tras el desayuno salimos para la excursión de día completo. Visitamos el Museo al Aire Libre de </w:t>
      </w:r>
      <w:proofErr w:type="spellStart"/>
      <w:r w:rsidRPr="00372A46">
        <w:rPr>
          <w:rFonts w:cs="Arial"/>
          <w:lang w:val="es-CO"/>
        </w:rPr>
        <w:t>Göreme</w:t>
      </w:r>
      <w:proofErr w:type="spellEnd"/>
      <w:r w:rsidRPr="00372A46">
        <w:rPr>
          <w:rFonts w:cs="Arial"/>
          <w:lang w:val="es-CO"/>
        </w:rPr>
        <w:t xml:space="preserve"> donde contemplaremos algunas iglesias talladas en roca, que tiene frescos interiores. Seguiremos con la visita de pueblo troglodita </w:t>
      </w:r>
      <w:proofErr w:type="spellStart"/>
      <w:r w:rsidRPr="00372A46">
        <w:rPr>
          <w:rFonts w:cs="Arial"/>
          <w:lang w:val="es-CO"/>
        </w:rPr>
        <w:t>Uçhisar</w:t>
      </w:r>
      <w:proofErr w:type="spellEnd"/>
      <w:r w:rsidRPr="00372A46">
        <w:rPr>
          <w:rFonts w:cs="Arial"/>
          <w:lang w:val="es-CO"/>
        </w:rPr>
        <w:t xml:space="preserve">. Continuamos al Valle de Las Palomares. Admiraremos el valle </w:t>
      </w:r>
      <w:proofErr w:type="spellStart"/>
      <w:r w:rsidRPr="00372A46">
        <w:rPr>
          <w:rFonts w:cs="Arial"/>
          <w:lang w:val="es-CO"/>
        </w:rPr>
        <w:t>Pasabag</w:t>
      </w:r>
      <w:proofErr w:type="spellEnd"/>
      <w:r w:rsidRPr="00372A46">
        <w:rPr>
          <w:rFonts w:cs="Arial"/>
          <w:lang w:val="es-CO"/>
        </w:rPr>
        <w:t xml:space="preserve"> (Valle de los Monjes) que también se le conoce por las chimeneas de las hadas en forma de hongo. Seguiremos con el pueblo de alfareros; </w:t>
      </w:r>
      <w:proofErr w:type="spellStart"/>
      <w:r w:rsidRPr="00372A46">
        <w:rPr>
          <w:rFonts w:cs="Arial"/>
          <w:lang w:val="es-CO"/>
        </w:rPr>
        <w:t>Avanos</w:t>
      </w:r>
      <w:proofErr w:type="spellEnd"/>
      <w:r w:rsidRPr="00372A46">
        <w:rPr>
          <w:rFonts w:cs="Arial"/>
          <w:lang w:val="es-CO"/>
        </w:rPr>
        <w:t xml:space="preserve">. Por la tarde visitaremos una ciudad subterránea </w:t>
      </w:r>
      <w:proofErr w:type="spellStart"/>
      <w:r w:rsidRPr="00372A46">
        <w:rPr>
          <w:rFonts w:cs="Arial"/>
          <w:lang w:val="es-CO"/>
        </w:rPr>
        <w:t>Serhatlı</w:t>
      </w:r>
      <w:proofErr w:type="spellEnd"/>
      <w:r w:rsidRPr="00372A46">
        <w:rPr>
          <w:rFonts w:cs="Arial"/>
          <w:lang w:val="es-CO"/>
        </w:rPr>
        <w:t xml:space="preserve"> (o </w:t>
      </w:r>
      <w:proofErr w:type="spellStart"/>
      <w:r w:rsidRPr="00372A46">
        <w:rPr>
          <w:rFonts w:cs="Arial"/>
          <w:lang w:val="es-CO"/>
        </w:rPr>
        <w:t>Özkonak</w:t>
      </w:r>
      <w:proofErr w:type="spellEnd"/>
      <w:proofErr w:type="gramStart"/>
      <w:r w:rsidRPr="00372A46">
        <w:rPr>
          <w:rFonts w:cs="Arial"/>
          <w:lang w:val="es-CO"/>
        </w:rPr>
        <w:t>) ,</w:t>
      </w:r>
      <w:proofErr w:type="gramEnd"/>
      <w:r w:rsidRPr="00372A46">
        <w:rPr>
          <w:rFonts w:cs="Arial"/>
          <w:lang w:val="es-CO"/>
        </w:rPr>
        <w:t xml:space="preserve"> que tiene varios niveles de profundidad, fue utilizado por los primeros cristianos como un refugio contra los enemigos durante los siglos VI y VII. Por último, visita a un taller de alfombras para ver cómo se tejen las alfombras turcas, y un taller de ónix y </w:t>
      </w:r>
      <w:proofErr w:type="spellStart"/>
      <w:r w:rsidRPr="00372A46">
        <w:rPr>
          <w:rFonts w:cs="Arial"/>
          <w:lang w:val="es-CO"/>
        </w:rPr>
        <w:t>joyeria</w:t>
      </w:r>
      <w:proofErr w:type="spellEnd"/>
      <w:r w:rsidRPr="00372A46">
        <w:rPr>
          <w:rFonts w:cs="Arial"/>
          <w:lang w:val="es-CO"/>
        </w:rPr>
        <w:t xml:space="preserve">. Regreso al </w:t>
      </w:r>
      <w:proofErr w:type="spellStart"/>
      <w:proofErr w:type="gramStart"/>
      <w:r w:rsidRPr="00372A46">
        <w:rPr>
          <w:rFonts w:cs="Arial"/>
          <w:lang w:val="es-CO"/>
        </w:rPr>
        <w:t>hotel,cena</w:t>
      </w:r>
      <w:proofErr w:type="spellEnd"/>
      <w:proofErr w:type="gramEnd"/>
      <w:r w:rsidRPr="00372A46">
        <w:rPr>
          <w:rFonts w:cs="Arial"/>
          <w:lang w:val="es-CO"/>
        </w:rPr>
        <w:t xml:space="preserve"> y alojamiento.</w:t>
      </w:r>
    </w:p>
    <w:p w14:paraId="2AAC29D7" w14:textId="77777777" w:rsidR="0099287E" w:rsidRPr="00372A46" w:rsidRDefault="00F26460">
      <w:pPr>
        <w:rPr>
          <w:rFonts w:cs="Arial"/>
          <w:lang w:val="es-CO"/>
        </w:rPr>
      </w:pPr>
      <w:r w:rsidRPr="00372A46">
        <w:rPr>
          <w:rFonts w:cs="Arial"/>
          <w:lang w:val="es-CO"/>
        </w:rPr>
        <w:t>Comidas: Desayuno y Cena</w:t>
      </w:r>
    </w:p>
    <w:p w14:paraId="5C4955F7" w14:textId="77777777" w:rsidR="009347B0" w:rsidRDefault="009347B0">
      <w:pPr>
        <w:rPr>
          <w:rFonts w:cs="Arial"/>
          <w:lang w:val="es-CO"/>
        </w:rPr>
      </w:pPr>
    </w:p>
    <w:p w14:paraId="3EF21F4B" w14:textId="77777777" w:rsidR="00BA15E7" w:rsidRDefault="00BA15E7">
      <w:pPr>
        <w:rPr>
          <w:rFonts w:cs="Arial"/>
          <w:lang w:val="es-CO"/>
        </w:rPr>
      </w:pPr>
    </w:p>
    <w:p w14:paraId="53F89282" w14:textId="77777777" w:rsidR="00BA15E7" w:rsidRPr="00372A46" w:rsidRDefault="00BA15E7">
      <w:pPr>
        <w:rPr>
          <w:rFonts w:cs="Arial"/>
          <w:lang w:val="es-CO"/>
        </w:rPr>
      </w:pPr>
    </w:p>
    <w:p w14:paraId="29CDDC6C" w14:textId="77777777" w:rsidR="0099287E" w:rsidRPr="00372A46" w:rsidRDefault="00F26460" w:rsidP="008620A3">
      <w:pPr>
        <w:pStyle w:val="Ttulo2"/>
        <w:keepNext w:val="0"/>
        <w:keepLines w:val="0"/>
        <w:spacing w:before="0" w:after="120"/>
        <w:rPr>
          <w:rFonts w:ascii="Arial" w:eastAsia="Arial" w:hAnsi="Arial" w:cs="Arial"/>
          <w:color w:val="59C119"/>
          <w:lang w:val="es-419"/>
        </w:rPr>
      </w:pPr>
      <w:r w:rsidRPr="00372A46">
        <w:rPr>
          <w:rFonts w:ascii="Arial" w:eastAsia="Arial" w:hAnsi="Arial" w:cs="Arial"/>
          <w:color w:val="59C119"/>
          <w:lang w:val="es-419"/>
        </w:rPr>
        <w:lastRenderedPageBreak/>
        <w:t>DÍA 6 CAPADOCIA – PAMUKKALE.</w:t>
      </w:r>
    </w:p>
    <w:p w14:paraId="598DE15E" w14:textId="77777777" w:rsidR="0099287E" w:rsidRPr="00372A46" w:rsidRDefault="00F26460" w:rsidP="00897C04">
      <w:pPr>
        <w:jc w:val="both"/>
        <w:rPr>
          <w:rFonts w:cs="Arial"/>
          <w:lang w:val="es-CO"/>
        </w:rPr>
      </w:pPr>
      <w:r w:rsidRPr="00372A46">
        <w:rPr>
          <w:rFonts w:cs="Arial"/>
          <w:lang w:val="es-CO"/>
        </w:rPr>
        <w:t xml:space="preserve">(650 km) Desayuno y salida hacia Aksaray. Seguimos en la ruta de la seda y visitaremos la </w:t>
      </w:r>
      <w:proofErr w:type="spellStart"/>
      <w:r w:rsidRPr="00372A46">
        <w:rPr>
          <w:rFonts w:cs="Arial"/>
          <w:lang w:val="es-CO"/>
        </w:rPr>
        <w:t>Caravansarai</w:t>
      </w:r>
      <w:proofErr w:type="spellEnd"/>
      <w:r w:rsidRPr="00372A46">
        <w:rPr>
          <w:rFonts w:cs="Arial"/>
          <w:lang w:val="es-CO"/>
        </w:rPr>
        <w:t xml:space="preserve"> de </w:t>
      </w:r>
      <w:proofErr w:type="spellStart"/>
      <w:r w:rsidRPr="00372A46">
        <w:rPr>
          <w:rFonts w:cs="Arial"/>
          <w:lang w:val="es-CO"/>
        </w:rPr>
        <w:t>Sultanhan</w:t>
      </w:r>
      <w:proofErr w:type="spellEnd"/>
      <w:r w:rsidRPr="00372A46">
        <w:rPr>
          <w:rFonts w:cs="Arial"/>
          <w:lang w:val="es-CO"/>
        </w:rPr>
        <w:t xml:space="preserve">, una posada donde paraban las caravanas de camello. Llegada a </w:t>
      </w:r>
      <w:proofErr w:type="spellStart"/>
      <w:r w:rsidRPr="00372A46">
        <w:rPr>
          <w:rFonts w:cs="Arial"/>
          <w:lang w:val="es-CO"/>
        </w:rPr>
        <w:t>Pamukkale</w:t>
      </w:r>
      <w:proofErr w:type="spellEnd"/>
      <w:r w:rsidRPr="00372A46">
        <w:rPr>
          <w:rFonts w:cs="Arial"/>
          <w:lang w:val="es-CO"/>
        </w:rPr>
        <w:t>. Nos trasladamos a nuestro hotel cena y alojamiento.</w:t>
      </w:r>
    </w:p>
    <w:p w14:paraId="330BAD97" w14:textId="77777777" w:rsidR="0099287E" w:rsidRPr="00372A46" w:rsidRDefault="00F26460">
      <w:pPr>
        <w:rPr>
          <w:rFonts w:cs="Arial"/>
          <w:lang w:val="es-CO"/>
        </w:rPr>
      </w:pPr>
      <w:r w:rsidRPr="00372A46">
        <w:rPr>
          <w:rFonts w:cs="Arial"/>
          <w:lang w:val="es-CO"/>
        </w:rPr>
        <w:t>Comidas: Desayuno, Cena</w:t>
      </w:r>
    </w:p>
    <w:p w14:paraId="620F368C" w14:textId="77777777" w:rsidR="0099287E" w:rsidRPr="00372A46" w:rsidRDefault="00F26460" w:rsidP="008620A3">
      <w:pPr>
        <w:pStyle w:val="Ttulo2"/>
        <w:keepNext w:val="0"/>
        <w:keepLines w:val="0"/>
        <w:spacing w:before="0" w:after="120"/>
        <w:rPr>
          <w:rFonts w:ascii="Arial" w:hAnsi="Arial" w:cs="Arial"/>
          <w:lang w:val="es-CO"/>
        </w:rPr>
      </w:pPr>
      <w:r w:rsidRPr="00372A46">
        <w:rPr>
          <w:rFonts w:ascii="Arial" w:eastAsia="Arial" w:hAnsi="Arial" w:cs="Arial"/>
          <w:color w:val="59C119"/>
          <w:lang w:val="es-419"/>
        </w:rPr>
        <w:t>DÍA 7 PAMUKKALE – KUSADASI O ESMIRNA.</w:t>
      </w:r>
    </w:p>
    <w:p w14:paraId="7CAC77A4" w14:textId="77777777" w:rsidR="0099287E" w:rsidRPr="00372A46" w:rsidRDefault="00F26460" w:rsidP="00897C04">
      <w:pPr>
        <w:jc w:val="both"/>
        <w:rPr>
          <w:rFonts w:cs="Arial"/>
          <w:lang w:val="es-CO"/>
        </w:rPr>
      </w:pPr>
      <w:r w:rsidRPr="00372A46">
        <w:rPr>
          <w:rFonts w:cs="Arial"/>
          <w:lang w:val="es-CO"/>
        </w:rPr>
        <w:t xml:space="preserve">(190 km) Desayuno. Visita de </w:t>
      </w:r>
      <w:proofErr w:type="spellStart"/>
      <w:r w:rsidRPr="00372A46">
        <w:rPr>
          <w:rFonts w:cs="Arial"/>
          <w:lang w:val="es-CO"/>
        </w:rPr>
        <w:t>Pamukkale</w:t>
      </w:r>
      <w:proofErr w:type="spellEnd"/>
      <w:r w:rsidRPr="00372A46">
        <w:rPr>
          <w:rFonts w:cs="Arial"/>
          <w:lang w:val="es-CO"/>
        </w:rPr>
        <w:t xml:space="preserve">, que significa “Castillo de algodón” en turco por sus cascadas blancas. Las piscinas naturales de travertino son formaciones causadas por fuentes termales. </w:t>
      </w:r>
      <w:proofErr w:type="spellStart"/>
      <w:r w:rsidRPr="00372A46">
        <w:rPr>
          <w:rFonts w:cs="Arial"/>
          <w:lang w:val="es-CO"/>
        </w:rPr>
        <w:t>Cotinuamos</w:t>
      </w:r>
      <w:proofErr w:type="spellEnd"/>
      <w:r w:rsidRPr="00372A46">
        <w:rPr>
          <w:rFonts w:cs="Arial"/>
          <w:lang w:val="es-CO"/>
        </w:rPr>
        <w:t xml:space="preserve"> con la visita de la ciudad antigua de Hierápolis que fue una ciudad de Frigia y se convirtió en el centro episcopal durante el periodo bizantino. Continuamos hacia </w:t>
      </w:r>
      <w:proofErr w:type="spellStart"/>
      <w:r w:rsidRPr="00372A46">
        <w:rPr>
          <w:rFonts w:cs="Arial"/>
          <w:lang w:val="es-CO"/>
        </w:rPr>
        <w:t>Kusadasi</w:t>
      </w:r>
      <w:proofErr w:type="spellEnd"/>
      <w:r w:rsidRPr="00372A46">
        <w:rPr>
          <w:rFonts w:cs="Arial"/>
          <w:lang w:val="es-CO"/>
        </w:rPr>
        <w:t xml:space="preserve">. Visitamos en ruta la Casa de la Virgen María (Madre de Jesús), donde pasó sus últimos años. Durante el trayecto asistiremos a un desfile de modas presentando los bellos productos de piel. Salida hacia </w:t>
      </w:r>
      <w:proofErr w:type="spellStart"/>
      <w:r w:rsidRPr="00372A46">
        <w:rPr>
          <w:rFonts w:cs="Arial"/>
          <w:lang w:val="es-CO"/>
        </w:rPr>
        <w:t>Efeso</w:t>
      </w:r>
      <w:proofErr w:type="spellEnd"/>
      <w:r w:rsidRPr="00372A46">
        <w:rPr>
          <w:rFonts w:cs="Arial"/>
          <w:lang w:val="es-CO"/>
        </w:rPr>
        <w:t xml:space="preserve">, visita de la ciudad antigua mejor conservada de Asia Menor, que durante los siglos I y II tuvo una población de 250.000 habitantes. Visitaremos el Templo Adriano, los Baños Romanos, la Biblioteca de Celso, el Odeón, teatro que </w:t>
      </w:r>
      <w:proofErr w:type="spellStart"/>
      <w:r w:rsidRPr="00372A46">
        <w:rPr>
          <w:rFonts w:cs="Arial"/>
          <w:lang w:val="es-CO"/>
        </w:rPr>
        <w:t>tenia</w:t>
      </w:r>
      <w:proofErr w:type="spellEnd"/>
      <w:r w:rsidRPr="00372A46">
        <w:rPr>
          <w:rFonts w:cs="Arial"/>
          <w:lang w:val="es-CO"/>
        </w:rPr>
        <w:t xml:space="preserve"> capacidad para 24.500 espectadores. Traslado al hotel, cena y alojamiento.</w:t>
      </w:r>
    </w:p>
    <w:p w14:paraId="7F76C629" w14:textId="77777777" w:rsidR="0099287E" w:rsidRPr="00372A46" w:rsidRDefault="00F26460">
      <w:pPr>
        <w:rPr>
          <w:rFonts w:cs="Arial"/>
          <w:lang w:val="es-CO"/>
        </w:rPr>
      </w:pPr>
      <w:r w:rsidRPr="00372A46">
        <w:rPr>
          <w:rFonts w:cs="Arial"/>
          <w:lang w:val="es-CO"/>
        </w:rPr>
        <w:t>Comidas: Desayuno, Cena</w:t>
      </w:r>
    </w:p>
    <w:p w14:paraId="0A9D0F34" w14:textId="77777777" w:rsidR="0099287E" w:rsidRPr="00372A46" w:rsidRDefault="00F26460" w:rsidP="008620A3">
      <w:pPr>
        <w:pStyle w:val="Ttulo2"/>
        <w:keepNext w:val="0"/>
        <w:keepLines w:val="0"/>
        <w:spacing w:before="0" w:after="120"/>
        <w:rPr>
          <w:rFonts w:ascii="Arial" w:eastAsia="Arial" w:hAnsi="Arial" w:cs="Arial"/>
          <w:color w:val="59C119"/>
          <w:lang w:val="es-419"/>
        </w:rPr>
      </w:pPr>
      <w:r w:rsidRPr="00372A46">
        <w:rPr>
          <w:rFonts w:ascii="Arial" w:eastAsia="Arial" w:hAnsi="Arial" w:cs="Arial"/>
          <w:color w:val="59C119"/>
          <w:lang w:val="es-419"/>
        </w:rPr>
        <w:t>DÍA 8 KUSADASI O ESMIRNA.</w:t>
      </w:r>
    </w:p>
    <w:p w14:paraId="465CFE8E" w14:textId="77777777" w:rsidR="0099287E" w:rsidRPr="00372A46" w:rsidRDefault="00F26460">
      <w:pPr>
        <w:rPr>
          <w:rFonts w:cs="Arial"/>
          <w:lang w:val="es-CO"/>
        </w:rPr>
      </w:pPr>
      <w:r w:rsidRPr="00372A46">
        <w:rPr>
          <w:rFonts w:cs="Arial"/>
          <w:lang w:val="es-CO"/>
        </w:rPr>
        <w:t>Desayuno en el hotel. Día libre con posibilidad de apuntarse a una excursión opcional.</w:t>
      </w:r>
    </w:p>
    <w:p w14:paraId="6F808632" w14:textId="6A8D55A0" w:rsidR="0099287E" w:rsidRPr="00372A46" w:rsidRDefault="00F26460">
      <w:pPr>
        <w:rPr>
          <w:rFonts w:cs="Arial"/>
          <w:b/>
          <w:bCs/>
          <w:lang w:val="es-CO"/>
        </w:rPr>
      </w:pPr>
      <w:proofErr w:type="gramStart"/>
      <w:r w:rsidRPr="00372A46">
        <w:rPr>
          <w:rFonts w:cs="Arial"/>
          <w:b/>
          <w:bCs/>
          <w:lang w:val="es-CO"/>
        </w:rPr>
        <w:t>OPCION  “</w:t>
      </w:r>
      <w:proofErr w:type="gramEnd"/>
      <w:r w:rsidRPr="00372A46">
        <w:rPr>
          <w:rFonts w:cs="Arial"/>
          <w:b/>
          <w:bCs/>
          <w:lang w:val="es-CO"/>
        </w:rPr>
        <w:t>ISLA GRIEGA DE CHIOS”.</w:t>
      </w:r>
    </w:p>
    <w:p w14:paraId="30A91F55" w14:textId="77777777" w:rsidR="0099287E" w:rsidRPr="00372A46" w:rsidRDefault="00F26460" w:rsidP="00897C04">
      <w:pPr>
        <w:jc w:val="both"/>
        <w:rPr>
          <w:rFonts w:cs="Arial"/>
          <w:lang w:val="es-CO"/>
        </w:rPr>
      </w:pPr>
      <w:r w:rsidRPr="00372A46">
        <w:rPr>
          <w:rFonts w:cs="Arial"/>
          <w:lang w:val="es-CO"/>
        </w:rPr>
        <w:t xml:space="preserve">Luego del desayuno en el hotel, le proponemos realizar excursión opcional a la isla griega Chíos; la isla de Homero la quinta más grande de las islas ubicado en el mar Egeo. Traslado del hotel al puerto </w:t>
      </w:r>
      <w:proofErr w:type="spellStart"/>
      <w:r w:rsidRPr="00372A46">
        <w:rPr>
          <w:rFonts w:cs="Arial"/>
          <w:lang w:val="es-CO"/>
        </w:rPr>
        <w:t>Çesme</w:t>
      </w:r>
      <w:proofErr w:type="spellEnd"/>
      <w:r w:rsidRPr="00372A46">
        <w:rPr>
          <w:rFonts w:cs="Arial"/>
          <w:lang w:val="es-CO"/>
        </w:rPr>
        <w:t xml:space="preserve">. Realizado todo lo concerniente a la inmigración, partimos a la Isla de Chíos. Llegada en 30 minutos e ingreso al territorio de Grecia; tenemos tiempo libre para caminar en el puerto hasta las 11:00 am, inicio de visita guiada. Llegada al pueblo famoso por la producción de </w:t>
      </w:r>
      <w:proofErr w:type="spellStart"/>
      <w:r w:rsidRPr="00372A46">
        <w:rPr>
          <w:rFonts w:cs="Arial"/>
          <w:lang w:val="es-CO"/>
        </w:rPr>
        <w:t>Másc</w:t>
      </w:r>
      <w:proofErr w:type="spellEnd"/>
      <w:r w:rsidRPr="00372A46">
        <w:rPr>
          <w:rFonts w:cs="Arial"/>
          <w:lang w:val="es-CO"/>
        </w:rPr>
        <w:t xml:space="preserve">, único lugar del mundo en el que crece este </w:t>
      </w:r>
      <w:proofErr w:type="gramStart"/>
      <w:r w:rsidRPr="00372A46">
        <w:rPr>
          <w:rFonts w:cs="Arial"/>
          <w:lang w:val="es-CO"/>
        </w:rPr>
        <w:t>árbol,</w:t>
      </w:r>
      <w:proofErr w:type="gramEnd"/>
      <w:r w:rsidRPr="00372A46">
        <w:rPr>
          <w:rFonts w:cs="Arial"/>
          <w:lang w:val="es-CO"/>
        </w:rPr>
        <w:t xml:space="preserve"> es una resina vegetal especial de la isla. Seguiremos hasta </w:t>
      </w:r>
      <w:proofErr w:type="spellStart"/>
      <w:r w:rsidRPr="00372A46">
        <w:rPr>
          <w:rFonts w:cs="Arial"/>
          <w:lang w:val="es-CO"/>
        </w:rPr>
        <w:t>Kambos</w:t>
      </w:r>
      <w:proofErr w:type="spellEnd"/>
      <w:r w:rsidRPr="00372A46">
        <w:rPr>
          <w:rFonts w:cs="Arial"/>
          <w:lang w:val="es-CO"/>
        </w:rPr>
        <w:t xml:space="preserve">, zona más noble y distinguida de la isla, donde veremos algunas casas de piedra de Génova, grandes mansiones y fincas de cítricos, después nos dirigimos al pueblo de </w:t>
      </w:r>
      <w:proofErr w:type="spellStart"/>
      <w:r w:rsidRPr="00372A46">
        <w:rPr>
          <w:rFonts w:cs="Arial"/>
          <w:lang w:val="es-CO"/>
        </w:rPr>
        <w:t>Armolia</w:t>
      </w:r>
      <w:proofErr w:type="spellEnd"/>
      <w:r w:rsidRPr="00372A46">
        <w:rPr>
          <w:rFonts w:cs="Arial"/>
          <w:lang w:val="es-CO"/>
        </w:rPr>
        <w:t xml:space="preserve">, ahí veremos árboles de </w:t>
      </w:r>
      <w:proofErr w:type="spellStart"/>
      <w:r w:rsidRPr="00372A46">
        <w:rPr>
          <w:rFonts w:cs="Arial"/>
          <w:lang w:val="es-CO"/>
        </w:rPr>
        <w:t>másco</w:t>
      </w:r>
      <w:proofErr w:type="spellEnd"/>
      <w:r w:rsidRPr="00372A46">
        <w:rPr>
          <w:rFonts w:cs="Arial"/>
          <w:lang w:val="es-CO"/>
        </w:rPr>
        <w:t xml:space="preserve"> y visita a los talleres de cerámica. Continuamos nuestra excursión al pueblo de Mesta, donde tendremos la oportunidad de caminar por las calles laberínticas desde la época bizantina; también visita a Megalos </w:t>
      </w:r>
      <w:proofErr w:type="spellStart"/>
      <w:r w:rsidRPr="00372A46">
        <w:rPr>
          <w:rFonts w:cs="Arial"/>
          <w:lang w:val="es-CO"/>
        </w:rPr>
        <w:t>Taksiarhis</w:t>
      </w:r>
      <w:proofErr w:type="spellEnd"/>
      <w:r w:rsidRPr="00372A46">
        <w:rPr>
          <w:rFonts w:cs="Arial"/>
          <w:lang w:val="es-CO"/>
        </w:rPr>
        <w:t xml:space="preserve">. Tiempo libre para conocer, probar las delicias del arte culinario local. Viaje hacia el sur hasta el pueblo de </w:t>
      </w:r>
      <w:proofErr w:type="spellStart"/>
      <w:r w:rsidRPr="00372A46">
        <w:rPr>
          <w:rFonts w:cs="Arial"/>
          <w:lang w:val="es-CO"/>
        </w:rPr>
        <w:t>Pyrgi</w:t>
      </w:r>
      <w:proofErr w:type="spellEnd"/>
      <w:r w:rsidRPr="00372A46">
        <w:rPr>
          <w:rFonts w:cs="Arial"/>
          <w:lang w:val="es-CO"/>
        </w:rPr>
        <w:t xml:space="preserve">, famoso por las casas decoradas en blanco y negro; visita a la iglesia del Santo </w:t>
      </w:r>
      <w:proofErr w:type="spellStart"/>
      <w:r w:rsidRPr="00372A46">
        <w:rPr>
          <w:rFonts w:cs="Arial"/>
          <w:lang w:val="es-CO"/>
        </w:rPr>
        <w:t>Apostol</w:t>
      </w:r>
      <w:proofErr w:type="spellEnd"/>
      <w:r w:rsidRPr="00372A46">
        <w:rPr>
          <w:rFonts w:cs="Arial"/>
          <w:lang w:val="es-CO"/>
        </w:rPr>
        <w:t xml:space="preserve"> desde tiempos bizantinos. Nuestra última parada es en la playa volcánica negra Mavra Volia en Emporios. Fin de la excursión y tiempo de probar las </w:t>
      </w:r>
      <w:r w:rsidRPr="00372A46">
        <w:rPr>
          <w:rFonts w:cs="Arial"/>
          <w:lang w:val="es-CO"/>
        </w:rPr>
        <w:lastRenderedPageBreak/>
        <w:t>deliciosas comidas de Grecia en los diferentes restaurantes de la zona. Llegada y traslado al hotel.</w:t>
      </w:r>
    </w:p>
    <w:p w14:paraId="1928E66B" w14:textId="6DCB2634" w:rsidR="003A0A77" w:rsidRPr="00372A46" w:rsidRDefault="003A0A77">
      <w:pPr>
        <w:rPr>
          <w:rFonts w:cs="Arial"/>
          <w:lang w:val="es-CO"/>
        </w:rPr>
      </w:pPr>
      <w:r w:rsidRPr="00372A46">
        <w:rPr>
          <w:rFonts w:cs="Arial"/>
          <w:b/>
          <w:bCs/>
          <w:lang w:val="es-CO"/>
        </w:rPr>
        <w:t>Observación:</w:t>
      </w:r>
      <w:r w:rsidRPr="00372A46">
        <w:rPr>
          <w:rFonts w:cs="Arial"/>
          <w:lang w:val="es-CO"/>
        </w:rPr>
        <w:t xml:space="preserve"> Para el sábado día libre el guía sugerirá diferentes propuestas de recorrido a los huéspedes esto será valorado según las condiciones del tiempo.</w:t>
      </w:r>
    </w:p>
    <w:p w14:paraId="34A70C40" w14:textId="114CD440" w:rsidR="003A0A77" w:rsidRPr="00372A46" w:rsidRDefault="003A0A77">
      <w:pPr>
        <w:rPr>
          <w:rFonts w:cs="Arial"/>
          <w:lang w:val="es-CO"/>
        </w:rPr>
      </w:pPr>
      <w:r w:rsidRPr="00372A46">
        <w:rPr>
          <w:rFonts w:cs="Arial"/>
          <w:b/>
          <w:bCs/>
          <w:lang w:val="es-CO"/>
        </w:rPr>
        <w:t>Comidas:</w:t>
      </w:r>
      <w:r w:rsidRPr="00372A46">
        <w:rPr>
          <w:rFonts w:cs="Arial"/>
          <w:lang w:val="es-CO"/>
        </w:rPr>
        <w:t xml:space="preserve"> Desayuno y Cena</w:t>
      </w:r>
    </w:p>
    <w:p w14:paraId="6323BA65" w14:textId="77777777" w:rsidR="0099287E" w:rsidRPr="00372A46" w:rsidRDefault="00F26460" w:rsidP="008620A3">
      <w:pPr>
        <w:pStyle w:val="Ttulo2"/>
        <w:keepNext w:val="0"/>
        <w:keepLines w:val="0"/>
        <w:spacing w:before="0" w:after="120"/>
        <w:rPr>
          <w:rFonts w:ascii="Arial" w:eastAsia="Arial" w:hAnsi="Arial" w:cs="Arial"/>
          <w:color w:val="59C119"/>
          <w:lang w:val="es-419"/>
        </w:rPr>
      </w:pPr>
      <w:r w:rsidRPr="00372A46">
        <w:rPr>
          <w:rFonts w:ascii="Arial" w:eastAsia="Arial" w:hAnsi="Arial" w:cs="Arial"/>
          <w:color w:val="59C119"/>
          <w:lang w:val="es-419"/>
        </w:rPr>
        <w:t>DÍA 9 KUSADASI – BURSA – ESTAMBUL.</w:t>
      </w:r>
    </w:p>
    <w:p w14:paraId="6CB2AF92" w14:textId="77777777" w:rsidR="0099287E" w:rsidRPr="00372A46" w:rsidRDefault="00F26460" w:rsidP="00897C04">
      <w:pPr>
        <w:jc w:val="both"/>
        <w:rPr>
          <w:rFonts w:cs="Arial"/>
          <w:lang w:val="es-CO"/>
        </w:rPr>
      </w:pPr>
      <w:r w:rsidRPr="00372A46">
        <w:rPr>
          <w:rFonts w:cs="Arial"/>
          <w:lang w:val="es-CO"/>
        </w:rPr>
        <w:t>(550 km) Desayuno. Salida a Estambul vía Bursa, que fue la primera capital del Imperio Otomano. Bursa reconocida ciudad por sus mezquitas, fuentes, baños turcos y por la producción de seda. Visitaremos la Mezquita Grande del siglo XIV, la Mezquita y el Mausoleo Verde y el bazar local de seda. Salida con destino a Estambul. Llegada al hotel de Estambul. Alojamiento</w:t>
      </w:r>
    </w:p>
    <w:p w14:paraId="1E06700C" w14:textId="77777777" w:rsidR="0099287E" w:rsidRPr="00372A46" w:rsidRDefault="00F26460">
      <w:pPr>
        <w:rPr>
          <w:rFonts w:cs="Arial"/>
          <w:lang w:val="es-CO"/>
        </w:rPr>
      </w:pPr>
      <w:r w:rsidRPr="00372A46">
        <w:rPr>
          <w:rFonts w:cs="Arial"/>
          <w:lang w:val="es-CO"/>
        </w:rPr>
        <w:t>Comidas: Desayuno</w:t>
      </w:r>
    </w:p>
    <w:p w14:paraId="78054782" w14:textId="77777777" w:rsidR="0099287E" w:rsidRPr="00372A46" w:rsidRDefault="00F26460" w:rsidP="008620A3">
      <w:pPr>
        <w:pStyle w:val="Ttulo2"/>
        <w:keepNext w:val="0"/>
        <w:keepLines w:val="0"/>
        <w:spacing w:before="0" w:after="120"/>
        <w:rPr>
          <w:rFonts w:ascii="Arial" w:eastAsia="Arial" w:hAnsi="Arial" w:cs="Arial"/>
          <w:color w:val="59C119"/>
          <w:lang w:val="es-419"/>
        </w:rPr>
      </w:pPr>
      <w:r w:rsidRPr="00372A46">
        <w:rPr>
          <w:rFonts w:ascii="Arial" w:eastAsia="Arial" w:hAnsi="Arial" w:cs="Arial"/>
          <w:color w:val="59C119"/>
          <w:lang w:val="es-419"/>
        </w:rPr>
        <w:t>DÍA 10 ESTAMBUL.</w:t>
      </w:r>
    </w:p>
    <w:p w14:paraId="7D954D8B" w14:textId="77777777" w:rsidR="0099287E" w:rsidRPr="00372A46" w:rsidRDefault="00F26460">
      <w:pPr>
        <w:rPr>
          <w:rFonts w:cs="Arial"/>
          <w:lang w:val="es-CO"/>
        </w:rPr>
      </w:pPr>
      <w:r w:rsidRPr="00372A46">
        <w:rPr>
          <w:rFonts w:cs="Arial"/>
          <w:lang w:val="es-CO"/>
        </w:rPr>
        <w:t>Desayuno. En la hora indicada traslado al aeropuerto para tomar el vuelo de salida.</w:t>
      </w:r>
    </w:p>
    <w:p w14:paraId="63CCCF7F" w14:textId="77777777" w:rsidR="0099287E" w:rsidRDefault="00F26460">
      <w:pPr>
        <w:rPr>
          <w:rFonts w:cs="Arial"/>
          <w:lang w:val="es-CO"/>
        </w:rPr>
      </w:pPr>
      <w:r w:rsidRPr="00372A46">
        <w:rPr>
          <w:rFonts w:cs="Arial"/>
          <w:lang w:val="es-CO"/>
        </w:rPr>
        <w:t>Comidas: Desayuno.</w:t>
      </w:r>
    </w:p>
    <w:p w14:paraId="524480D8" w14:textId="77777777" w:rsidR="002C109D" w:rsidRPr="00372A46" w:rsidRDefault="002C109D">
      <w:pPr>
        <w:rPr>
          <w:rFonts w:cs="Arial"/>
          <w:lang w:val="es-CO"/>
        </w:rPr>
      </w:pPr>
    </w:p>
    <w:p w14:paraId="3E481349" w14:textId="0F02C74F" w:rsidR="002E7DA3" w:rsidRPr="00372A46" w:rsidRDefault="00EB7D08" w:rsidP="00AD4EDA">
      <w:pPr>
        <w:pStyle w:val="Ttulo2"/>
        <w:keepNext w:val="0"/>
        <w:keepLines w:val="0"/>
        <w:spacing w:before="0" w:after="120"/>
        <w:rPr>
          <w:rFonts w:ascii="Arial" w:eastAsia="Arial" w:hAnsi="Arial" w:cs="Arial"/>
          <w:color w:val="59C119"/>
          <w:lang w:val="es-419"/>
        </w:rPr>
      </w:pPr>
      <w:r w:rsidRPr="00372A46">
        <w:rPr>
          <w:rFonts w:ascii="Arial" w:eastAsia="Arial" w:hAnsi="Arial" w:cs="Arial"/>
          <w:color w:val="59C119"/>
          <w:lang w:val="es-419"/>
        </w:rPr>
        <w:t>TARIFAS</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397"/>
        <w:gridCol w:w="1524"/>
        <w:gridCol w:w="1524"/>
        <w:gridCol w:w="1607"/>
      </w:tblGrid>
      <w:tr w:rsidR="005164BC" w:rsidRPr="00BA15E7" w14:paraId="63DAB36D" w14:textId="77777777" w:rsidTr="00897C04">
        <w:trPr>
          <w:trHeight w:val="1329"/>
          <w:jc w:val="center"/>
        </w:trPr>
        <w:tc>
          <w:tcPr>
            <w:tcW w:w="1422" w:type="pct"/>
            <w:shd w:val="clear" w:color="auto" w:fill="59C119"/>
            <w:vAlign w:val="center"/>
          </w:tcPr>
          <w:p w14:paraId="2BB6D99D" w14:textId="08FBD09B" w:rsidR="005164BC" w:rsidRPr="009F74F6" w:rsidRDefault="005164BC" w:rsidP="005164BC">
            <w:pPr>
              <w:spacing w:after="0"/>
              <w:jc w:val="center"/>
              <w:rPr>
                <w:rFonts w:cs="Arial"/>
                <w:b/>
                <w:color w:val="FFFFFF"/>
                <w:sz w:val="18"/>
                <w:szCs w:val="20"/>
              </w:rPr>
            </w:pPr>
            <w:r w:rsidRPr="009F74F6">
              <w:rPr>
                <w:rFonts w:cs="Arial"/>
                <w:b/>
                <w:color w:val="FFFFFF"/>
                <w:sz w:val="18"/>
                <w:szCs w:val="20"/>
              </w:rPr>
              <w:t>ACOMODACIÓN</w:t>
            </w:r>
          </w:p>
          <w:p w14:paraId="20C715A8" w14:textId="23A89B68" w:rsidR="005164BC" w:rsidRPr="009F74F6" w:rsidRDefault="005164BC" w:rsidP="005164BC">
            <w:pPr>
              <w:spacing w:after="0"/>
              <w:jc w:val="center"/>
              <w:rPr>
                <w:rFonts w:cs="Arial"/>
                <w:b/>
                <w:color w:val="FFFFFF"/>
                <w:sz w:val="18"/>
                <w:szCs w:val="20"/>
              </w:rPr>
            </w:pPr>
            <w:r w:rsidRPr="009F74F6">
              <w:rPr>
                <w:rFonts w:cs="Arial"/>
                <w:b/>
                <w:color w:val="FFFFFF"/>
                <w:sz w:val="18"/>
                <w:szCs w:val="20"/>
              </w:rPr>
              <w:t>Y FECHAS</w:t>
            </w:r>
          </w:p>
        </w:tc>
        <w:tc>
          <w:tcPr>
            <w:tcW w:w="826" w:type="pct"/>
            <w:shd w:val="clear" w:color="auto" w:fill="59C119"/>
            <w:vAlign w:val="center"/>
          </w:tcPr>
          <w:p w14:paraId="31221724" w14:textId="3B46E605" w:rsidR="005164BC" w:rsidRPr="009F74F6" w:rsidRDefault="005164BC" w:rsidP="005164BC">
            <w:pPr>
              <w:spacing w:after="0"/>
              <w:jc w:val="center"/>
              <w:rPr>
                <w:rFonts w:cs="Arial"/>
                <w:b/>
                <w:color w:val="FFFFFF"/>
                <w:sz w:val="18"/>
                <w:szCs w:val="20"/>
                <w:lang w:val="es-CO"/>
              </w:rPr>
            </w:pPr>
            <w:r w:rsidRPr="009F74F6">
              <w:rPr>
                <w:rFonts w:cs="Arial"/>
                <w:b/>
                <w:color w:val="FFFFFF"/>
                <w:sz w:val="18"/>
                <w:szCs w:val="20"/>
                <w:lang w:val="es-CO"/>
              </w:rPr>
              <w:br/>
              <w:t>HOTELES 4</w:t>
            </w:r>
            <w:r w:rsidR="00490D58" w:rsidRPr="009F74F6">
              <w:rPr>
                <w:rFonts w:cs="Arial"/>
                <w:b/>
                <w:color w:val="FFFFFF"/>
                <w:sz w:val="18"/>
                <w:szCs w:val="20"/>
                <w:lang w:val="es-CO"/>
              </w:rPr>
              <w:t>/5</w:t>
            </w:r>
            <w:r w:rsidR="009F74F6" w:rsidRPr="009F74F6">
              <w:rPr>
                <w:rFonts w:cs="Arial"/>
                <w:b/>
                <w:color w:val="FFFFFF"/>
                <w:sz w:val="18"/>
                <w:szCs w:val="20"/>
                <w:lang w:val="es-CO"/>
              </w:rPr>
              <w:t xml:space="preserve"> UBICACIÓN CENT</w:t>
            </w:r>
            <w:r w:rsidR="00353B3C">
              <w:rPr>
                <w:rFonts w:cs="Arial"/>
                <w:b/>
                <w:color w:val="FFFFFF"/>
                <w:sz w:val="18"/>
                <w:szCs w:val="20"/>
                <w:lang w:val="es-CO"/>
              </w:rPr>
              <w:t>R</w:t>
            </w:r>
            <w:r w:rsidR="009F74F6" w:rsidRPr="009F74F6">
              <w:rPr>
                <w:rFonts w:cs="Arial"/>
                <w:b/>
                <w:color w:val="FFFFFF"/>
                <w:sz w:val="18"/>
                <w:szCs w:val="20"/>
                <w:lang w:val="es-CO"/>
              </w:rPr>
              <w:t xml:space="preserve">AL </w:t>
            </w:r>
          </w:p>
        </w:tc>
        <w:tc>
          <w:tcPr>
            <w:tcW w:w="901" w:type="pct"/>
            <w:shd w:val="clear" w:color="auto" w:fill="59C119"/>
            <w:vAlign w:val="center"/>
          </w:tcPr>
          <w:p w14:paraId="03DEA0BD" w14:textId="1AC024F8" w:rsidR="005164BC" w:rsidRPr="009F74F6" w:rsidRDefault="005164BC" w:rsidP="005164BC">
            <w:pPr>
              <w:spacing w:after="0"/>
              <w:jc w:val="center"/>
              <w:rPr>
                <w:rFonts w:cs="Arial"/>
                <w:b/>
                <w:color w:val="FFFFFF"/>
                <w:sz w:val="18"/>
                <w:szCs w:val="20"/>
                <w:lang w:val="es-CO"/>
              </w:rPr>
            </w:pPr>
            <w:r w:rsidRPr="009F74F6">
              <w:rPr>
                <w:rFonts w:cs="Arial"/>
                <w:b/>
                <w:color w:val="FFFFFF"/>
                <w:sz w:val="18"/>
                <w:szCs w:val="20"/>
                <w:lang w:val="es-CO"/>
              </w:rPr>
              <w:br/>
            </w:r>
            <w:r w:rsidRPr="009F74F6">
              <w:rPr>
                <w:rFonts w:cs="Arial"/>
                <w:b/>
                <w:color w:val="FFFFFF"/>
                <w:sz w:val="18"/>
                <w:szCs w:val="20"/>
              </w:rPr>
              <w:t>HOTELES 4 ESTRELLAS SUPERIOR</w:t>
            </w:r>
          </w:p>
        </w:tc>
        <w:tc>
          <w:tcPr>
            <w:tcW w:w="901" w:type="pct"/>
            <w:shd w:val="clear" w:color="auto" w:fill="59C119"/>
            <w:vAlign w:val="center"/>
          </w:tcPr>
          <w:p w14:paraId="10969BA9" w14:textId="48B05E65" w:rsidR="005164BC" w:rsidRPr="009F74F6" w:rsidRDefault="005164BC" w:rsidP="005164BC">
            <w:pPr>
              <w:spacing w:after="0"/>
              <w:jc w:val="center"/>
              <w:rPr>
                <w:rFonts w:cs="Arial"/>
                <w:sz w:val="18"/>
                <w:szCs w:val="20"/>
              </w:rPr>
            </w:pPr>
            <w:r w:rsidRPr="009F74F6">
              <w:rPr>
                <w:rFonts w:cs="Arial"/>
                <w:b/>
                <w:color w:val="FFFFFF"/>
                <w:sz w:val="18"/>
                <w:szCs w:val="20"/>
              </w:rPr>
              <w:br/>
              <w:t xml:space="preserve"> HOTELES 5 ESTRELLAS</w:t>
            </w:r>
          </w:p>
        </w:tc>
        <w:tc>
          <w:tcPr>
            <w:tcW w:w="950" w:type="pct"/>
            <w:shd w:val="clear" w:color="auto" w:fill="59C119"/>
            <w:vAlign w:val="center"/>
          </w:tcPr>
          <w:p w14:paraId="137AAA0F" w14:textId="498ED28E" w:rsidR="005164BC" w:rsidRPr="009F74F6" w:rsidRDefault="005164BC" w:rsidP="005164BC">
            <w:pPr>
              <w:spacing w:after="0"/>
              <w:jc w:val="center"/>
              <w:rPr>
                <w:rFonts w:cs="Arial"/>
                <w:sz w:val="18"/>
                <w:szCs w:val="20"/>
              </w:rPr>
            </w:pPr>
            <w:r w:rsidRPr="009F74F6">
              <w:rPr>
                <w:rFonts w:cs="Arial"/>
                <w:b/>
                <w:color w:val="FFFFFF"/>
                <w:sz w:val="18"/>
                <w:szCs w:val="20"/>
              </w:rPr>
              <w:br/>
              <w:t>HOTELES 5 ESTRELLAS SUPERIOR</w:t>
            </w:r>
          </w:p>
        </w:tc>
      </w:tr>
      <w:tr w:rsidR="005164BC" w:rsidRPr="00BA15E7" w14:paraId="5CB14073" w14:textId="77777777" w:rsidTr="00897C04">
        <w:trPr>
          <w:jc w:val="center"/>
        </w:trPr>
        <w:tc>
          <w:tcPr>
            <w:tcW w:w="1422" w:type="pct"/>
            <w:vAlign w:val="center"/>
          </w:tcPr>
          <w:p w14:paraId="58223C5B" w14:textId="5E787D53" w:rsidR="005164BC" w:rsidRPr="00BA15E7" w:rsidRDefault="005164BC" w:rsidP="005164BC">
            <w:pPr>
              <w:jc w:val="center"/>
              <w:rPr>
                <w:rFonts w:cs="Arial"/>
                <w:szCs w:val="24"/>
              </w:rPr>
            </w:pPr>
            <w:r w:rsidRPr="00BA15E7">
              <w:rPr>
                <w:rFonts w:cs="Arial"/>
                <w:szCs w:val="24"/>
              </w:rPr>
              <w:t>Doble</w:t>
            </w:r>
            <w:r w:rsidRPr="00BA15E7">
              <w:rPr>
                <w:rFonts w:cs="Arial"/>
                <w:szCs w:val="24"/>
              </w:rPr>
              <w:br/>
              <w:t>01 Abril – 31 oct 2026</w:t>
            </w:r>
          </w:p>
        </w:tc>
        <w:tc>
          <w:tcPr>
            <w:tcW w:w="826" w:type="pct"/>
            <w:vAlign w:val="center"/>
          </w:tcPr>
          <w:p w14:paraId="6F0A1321" w14:textId="50D09082" w:rsidR="005164BC" w:rsidRPr="00BA15E7" w:rsidRDefault="00335BBB" w:rsidP="005164BC">
            <w:pPr>
              <w:jc w:val="center"/>
              <w:rPr>
                <w:rFonts w:cs="Arial"/>
                <w:szCs w:val="24"/>
              </w:rPr>
            </w:pPr>
            <w:r w:rsidRPr="00BA15E7">
              <w:rPr>
                <w:rFonts w:cs="Arial"/>
                <w:szCs w:val="24"/>
              </w:rPr>
              <w:t xml:space="preserve">USD </w:t>
            </w:r>
            <w:r w:rsidR="005164BC" w:rsidRPr="00BA15E7">
              <w:rPr>
                <w:rFonts w:cs="Arial"/>
                <w:szCs w:val="24"/>
              </w:rPr>
              <w:t>98</w:t>
            </w:r>
            <w:r w:rsidR="00365F86">
              <w:rPr>
                <w:rFonts w:cs="Arial"/>
                <w:szCs w:val="24"/>
              </w:rPr>
              <w:t>6</w:t>
            </w:r>
            <w:r w:rsidR="005164BC" w:rsidRPr="00BA15E7">
              <w:rPr>
                <w:rFonts w:cs="Arial"/>
                <w:szCs w:val="24"/>
              </w:rPr>
              <w:t xml:space="preserve"> </w:t>
            </w:r>
          </w:p>
        </w:tc>
        <w:tc>
          <w:tcPr>
            <w:tcW w:w="901" w:type="pct"/>
            <w:vAlign w:val="center"/>
          </w:tcPr>
          <w:p w14:paraId="708CD00C" w14:textId="42BF5A34" w:rsidR="005164BC" w:rsidRPr="00BA15E7" w:rsidRDefault="00335BBB" w:rsidP="005164BC">
            <w:pPr>
              <w:jc w:val="center"/>
              <w:rPr>
                <w:rFonts w:cs="Arial"/>
                <w:szCs w:val="24"/>
              </w:rPr>
            </w:pPr>
            <w:r w:rsidRPr="00BA15E7">
              <w:rPr>
                <w:rFonts w:cs="Arial"/>
                <w:szCs w:val="24"/>
              </w:rPr>
              <w:t xml:space="preserve">USD </w:t>
            </w:r>
            <w:r w:rsidR="005164BC" w:rsidRPr="00BA15E7">
              <w:rPr>
                <w:rFonts w:cs="Arial"/>
                <w:szCs w:val="24"/>
              </w:rPr>
              <w:t>110</w:t>
            </w:r>
            <w:r w:rsidR="001B18A0">
              <w:rPr>
                <w:rFonts w:cs="Arial"/>
                <w:szCs w:val="24"/>
              </w:rPr>
              <w:t>6</w:t>
            </w:r>
          </w:p>
        </w:tc>
        <w:tc>
          <w:tcPr>
            <w:tcW w:w="901" w:type="pct"/>
            <w:vAlign w:val="center"/>
          </w:tcPr>
          <w:p w14:paraId="34724E25" w14:textId="7C9212D7" w:rsidR="005164BC" w:rsidRPr="00BA15E7" w:rsidRDefault="00335BBB" w:rsidP="005164BC">
            <w:pPr>
              <w:jc w:val="center"/>
              <w:rPr>
                <w:rFonts w:cs="Arial"/>
                <w:szCs w:val="24"/>
              </w:rPr>
            </w:pPr>
            <w:r w:rsidRPr="00BA15E7">
              <w:rPr>
                <w:rFonts w:cs="Arial"/>
                <w:szCs w:val="24"/>
              </w:rPr>
              <w:t xml:space="preserve">USD </w:t>
            </w:r>
            <w:r w:rsidR="005164BC" w:rsidRPr="00BA15E7">
              <w:rPr>
                <w:rFonts w:cs="Arial"/>
                <w:szCs w:val="24"/>
              </w:rPr>
              <w:t xml:space="preserve">903 </w:t>
            </w:r>
          </w:p>
        </w:tc>
        <w:tc>
          <w:tcPr>
            <w:tcW w:w="950" w:type="pct"/>
            <w:vAlign w:val="center"/>
          </w:tcPr>
          <w:p w14:paraId="69CC4649" w14:textId="5EAEC0A4" w:rsidR="005164BC" w:rsidRPr="00BA15E7" w:rsidRDefault="00335BBB" w:rsidP="005164BC">
            <w:pPr>
              <w:jc w:val="center"/>
              <w:rPr>
                <w:rFonts w:cs="Arial"/>
                <w:szCs w:val="24"/>
              </w:rPr>
            </w:pPr>
            <w:r w:rsidRPr="00BA15E7">
              <w:rPr>
                <w:rFonts w:cs="Arial"/>
                <w:szCs w:val="24"/>
              </w:rPr>
              <w:t xml:space="preserve">USD </w:t>
            </w:r>
            <w:r w:rsidR="005164BC" w:rsidRPr="00BA15E7">
              <w:rPr>
                <w:rFonts w:cs="Arial"/>
                <w:szCs w:val="24"/>
              </w:rPr>
              <w:t xml:space="preserve">1165 </w:t>
            </w:r>
          </w:p>
        </w:tc>
      </w:tr>
      <w:tr w:rsidR="005164BC" w:rsidRPr="00BA15E7" w14:paraId="3B7959E9" w14:textId="77777777" w:rsidTr="00897C04">
        <w:trPr>
          <w:jc w:val="center"/>
        </w:trPr>
        <w:tc>
          <w:tcPr>
            <w:tcW w:w="1422" w:type="pct"/>
            <w:vAlign w:val="center"/>
          </w:tcPr>
          <w:p w14:paraId="17026521" w14:textId="22464968" w:rsidR="005164BC" w:rsidRPr="00BA15E7" w:rsidRDefault="005164BC" w:rsidP="005164BC">
            <w:pPr>
              <w:jc w:val="center"/>
              <w:rPr>
                <w:rFonts w:cs="Arial"/>
                <w:szCs w:val="24"/>
              </w:rPr>
            </w:pPr>
            <w:r w:rsidRPr="00BA15E7">
              <w:rPr>
                <w:rFonts w:cs="Arial"/>
                <w:szCs w:val="24"/>
              </w:rPr>
              <w:t>Doble</w:t>
            </w:r>
            <w:r w:rsidRPr="00BA15E7">
              <w:rPr>
                <w:rFonts w:cs="Arial"/>
                <w:szCs w:val="24"/>
              </w:rPr>
              <w:br/>
              <w:t>01 Nov 2026 – 31 mar 2027*</w:t>
            </w:r>
          </w:p>
        </w:tc>
        <w:tc>
          <w:tcPr>
            <w:tcW w:w="826" w:type="pct"/>
            <w:vAlign w:val="center"/>
          </w:tcPr>
          <w:p w14:paraId="4E406DC7" w14:textId="384C1EFD" w:rsidR="005164BC" w:rsidRPr="00BA15E7" w:rsidRDefault="00335BBB" w:rsidP="005164BC">
            <w:pPr>
              <w:jc w:val="center"/>
              <w:rPr>
                <w:rFonts w:cs="Arial"/>
                <w:szCs w:val="24"/>
              </w:rPr>
            </w:pPr>
            <w:r w:rsidRPr="00BA15E7">
              <w:rPr>
                <w:rFonts w:cs="Arial"/>
                <w:szCs w:val="24"/>
              </w:rPr>
              <w:t xml:space="preserve">USD </w:t>
            </w:r>
            <w:r w:rsidR="005164BC" w:rsidRPr="00BA15E7">
              <w:rPr>
                <w:rFonts w:cs="Arial"/>
                <w:szCs w:val="24"/>
              </w:rPr>
              <w:t xml:space="preserve">930 </w:t>
            </w:r>
          </w:p>
        </w:tc>
        <w:tc>
          <w:tcPr>
            <w:tcW w:w="901" w:type="pct"/>
            <w:vAlign w:val="center"/>
          </w:tcPr>
          <w:p w14:paraId="18C0485B" w14:textId="784EC7BB" w:rsidR="005164BC" w:rsidRPr="00BA15E7" w:rsidRDefault="00335BBB" w:rsidP="005164BC">
            <w:pPr>
              <w:jc w:val="center"/>
              <w:rPr>
                <w:rFonts w:cs="Arial"/>
                <w:szCs w:val="24"/>
              </w:rPr>
            </w:pPr>
            <w:r w:rsidRPr="00BA15E7">
              <w:rPr>
                <w:rFonts w:cs="Arial"/>
                <w:szCs w:val="24"/>
              </w:rPr>
              <w:t xml:space="preserve">USD </w:t>
            </w:r>
            <w:r w:rsidR="005164BC" w:rsidRPr="00BA15E7">
              <w:rPr>
                <w:rFonts w:cs="Arial"/>
                <w:szCs w:val="24"/>
              </w:rPr>
              <w:t xml:space="preserve">1010 </w:t>
            </w:r>
          </w:p>
        </w:tc>
        <w:tc>
          <w:tcPr>
            <w:tcW w:w="901" w:type="pct"/>
            <w:vAlign w:val="center"/>
          </w:tcPr>
          <w:p w14:paraId="51EE654D" w14:textId="4514A5F2" w:rsidR="005164BC" w:rsidRPr="00BA15E7" w:rsidRDefault="00335BBB" w:rsidP="005164BC">
            <w:pPr>
              <w:jc w:val="center"/>
              <w:rPr>
                <w:rFonts w:cs="Arial"/>
                <w:szCs w:val="24"/>
              </w:rPr>
            </w:pPr>
            <w:r w:rsidRPr="00BA15E7">
              <w:rPr>
                <w:rFonts w:cs="Arial"/>
                <w:szCs w:val="24"/>
              </w:rPr>
              <w:t xml:space="preserve">USD </w:t>
            </w:r>
            <w:r w:rsidR="005164BC" w:rsidRPr="00BA15E7">
              <w:rPr>
                <w:rFonts w:cs="Arial"/>
                <w:szCs w:val="24"/>
              </w:rPr>
              <w:t xml:space="preserve">823 </w:t>
            </w:r>
          </w:p>
        </w:tc>
        <w:tc>
          <w:tcPr>
            <w:tcW w:w="950" w:type="pct"/>
            <w:vAlign w:val="center"/>
          </w:tcPr>
          <w:p w14:paraId="087CEC13" w14:textId="17D3F894" w:rsidR="005164BC" w:rsidRPr="00BA15E7" w:rsidRDefault="00335BBB" w:rsidP="005164BC">
            <w:pPr>
              <w:jc w:val="center"/>
              <w:rPr>
                <w:rFonts w:cs="Arial"/>
                <w:szCs w:val="24"/>
              </w:rPr>
            </w:pPr>
            <w:r w:rsidRPr="00BA15E7">
              <w:rPr>
                <w:rFonts w:cs="Arial"/>
                <w:szCs w:val="24"/>
              </w:rPr>
              <w:t xml:space="preserve">USD </w:t>
            </w:r>
            <w:r w:rsidR="005164BC" w:rsidRPr="00BA15E7">
              <w:rPr>
                <w:rFonts w:cs="Arial"/>
                <w:szCs w:val="24"/>
              </w:rPr>
              <w:t xml:space="preserve">1090 </w:t>
            </w:r>
          </w:p>
        </w:tc>
      </w:tr>
    </w:tbl>
    <w:p w14:paraId="1F43E516" w14:textId="77777777" w:rsidR="005164BC" w:rsidRPr="00372A46" w:rsidRDefault="005164BC" w:rsidP="005164BC">
      <w:pPr>
        <w:pStyle w:val="Prrafodelista"/>
        <w:numPr>
          <w:ilvl w:val="0"/>
          <w:numId w:val="10"/>
        </w:numPr>
        <w:ind w:left="770"/>
        <w:rPr>
          <w:rFonts w:eastAsiaTheme="minorEastAsia" w:cs="Arial"/>
          <w:lang w:val="es-CO"/>
        </w:rPr>
      </w:pPr>
      <w:r>
        <w:rPr>
          <w:rFonts w:eastAsiaTheme="minorEastAsia" w:cs="Arial"/>
          <w:lang w:val="es-CO"/>
        </w:rPr>
        <w:t>Tarifas no validas</w:t>
      </w:r>
      <w:r w:rsidRPr="00372A46">
        <w:rPr>
          <w:rFonts w:eastAsiaTheme="minorEastAsia" w:cs="Arial"/>
          <w:lang w:val="es-CO"/>
        </w:rPr>
        <w:t xml:space="preserve"> temporada de Año Nuevo (según condiciones del operador).</w:t>
      </w:r>
    </w:p>
    <w:p w14:paraId="0AB839D6" w14:textId="78E7C475" w:rsidR="005164BC" w:rsidRPr="00372A46" w:rsidRDefault="005164BC" w:rsidP="005164BC">
      <w:pPr>
        <w:pStyle w:val="Prrafodelista"/>
        <w:numPr>
          <w:ilvl w:val="0"/>
          <w:numId w:val="10"/>
        </w:numPr>
        <w:ind w:left="770"/>
        <w:rPr>
          <w:rFonts w:eastAsiaTheme="minorEastAsia" w:cs="Arial"/>
          <w:lang w:val="es-CO"/>
        </w:rPr>
      </w:pPr>
      <w:r w:rsidRPr="00372A46">
        <w:rPr>
          <w:rFonts w:eastAsiaTheme="minorEastAsia" w:cs="Arial"/>
          <w:lang w:val="es-CO"/>
        </w:rPr>
        <w:t>Tarifas por persona</w:t>
      </w:r>
      <w:r w:rsidR="006A3B7F">
        <w:rPr>
          <w:rFonts w:eastAsiaTheme="minorEastAsia" w:cs="Arial"/>
          <w:lang w:val="es-CO"/>
        </w:rPr>
        <w:t xml:space="preserve"> en acomodación doble,</w:t>
      </w:r>
      <w:r w:rsidRPr="00372A46">
        <w:rPr>
          <w:rFonts w:eastAsiaTheme="minorEastAsia" w:cs="Arial"/>
          <w:lang w:val="es-CO"/>
        </w:rPr>
        <w:t xml:space="preserve"> en dólares </w:t>
      </w:r>
    </w:p>
    <w:p w14:paraId="0E5AA95D" w14:textId="4DF26BEF" w:rsidR="00EE5C3B" w:rsidRPr="00C21905" w:rsidRDefault="005164BC" w:rsidP="00EE5C3B">
      <w:pPr>
        <w:pStyle w:val="Prrafodelista"/>
        <w:numPr>
          <w:ilvl w:val="0"/>
          <w:numId w:val="10"/>
        </w:numPr>
        <w:ind w:left="770"/>
        <w:rPr>
          <w:rFonts w:eastAsiaTheme="minorEastAsia" w:cs="Arial"/>
          <w:lang w:val="es-CO"/>
        </w:rPr>
      </w:pPr>
      <w:r w:rsidRPr="00372A46">
        <w:rPr>
          <w:rFonts w:eastAsiaTheme="minorEastAsia" w:cs="Arial"/>
          <w:lang w:val="es-CO"/>
        </w:rPr>
        <w:t xml:space="preserve">Vigencia según calendario </w:t>
      </w:r>
      <w:r w:rsidR="00C21905">
        <w:rPr>
          <w:rFonts w:eastAsiaTheme="minorEastAsia" w:cs="Arial"/>
          <w:lang w:val="es-CO"/>
        </w:rPr>
        <w:t>desde</w:t>
      </w:r>
      <w:r w:rsidR="000D043B">
        <w:rPr>
          <w:rFonts w:eastAsiaTheme="minorEastAsia" w:cs="Arial"/>
          <w:lang w:val="es-CO"/>
        </w:rPr>
        <w:t xml:space="preserve"> </w:t>
      </w:r>
      <w:r w:rsidR="000D043B" w:rsidRPr="00145FE2">
        <w:rPr>
          <w:rFonts w:eastAsiaTheme="minorEastAsia" w:cs="Arial"/>
          <w:lang w:val="es-CO"/>
        </w:rPr>
        <w:t xml:space="preserve">01 abril 2026 </w:t>
      </w:r>
      <w:r w:rsidR="00C21905">
        <w:rPr>
          <w:rFonts w:eastAsiaTheme="minorEastAsia" w:cs="Arial"/>
          <w:lang w:val="es-CO"/>
        </w:rPr>
        <w:t>a</w:t>
      </w:r>
      <w:r w:rsidR="000D043B" w:rsidRPr="00145FE2">
        <w:rPr>
          <w:rFonts w:eastAsiaTheme="minorEastAsia" w:cs="Arial"/>
          <w:lang w:val="es-CO"/>
        </w:rPr>
        <w:t xml:space="preserve"> 31 marzo 2027</w:t>
      </w:r>
    </w:p>
    <w:p w14:paraId="334F843F" w14:textId="77777777" w:rsidR="00EE5C3B" w:rsidRDefault="00EE5C3B" w:rsidP="00EE5C3B">
      <w:pPr>
        <w:rPr>
          <w:rFonts w:eastAsiaTheme="minorEastAsia" w:cs="Arial"/>
          <w:lang w:val="es-CO"/>
        </w:rPr>
      </w:pPr>
    </w:p>
    <w:p w14:paraId="2278AAC6" w14:textId="77777777" w:rsidR="00541DEE" w:rsidRDefault="00541DEE" w:rsidP="00EE5C3B">
      <w:pPr>
        <w:rPr>
          <w:rFonts w:eastAsiaTheme="minorEastAsia" w:cs="Arial"/>
          <w:lang w:val="es-CO"/>
        </w:rPr>
      </w:pPr>
    </w:p>
    <w:p w14:paraId="43BA17D6" w14:textId="77777777" w:rsidR="00541DEE" w:rsidRDefault="00541DEE" w:rsidP="00EE5C3B">
      <w:pPr>
        <w:rPr>
          <w:rFonts w:eastAsiaTheme="minorEastAsia" w:cs="Arial"/>
          <w:lang w:val="es-CO"/>
        </w:rPr>
      </w:pPr>
    </w:p>
    <w:p w14:paraId="2E0F6D02" w14:textId="76392636" w:rsidR="00541DEE" w:rsidRPr="002C109D" w:rsidRDefault="002C109D" w:rsidP="002C109D">
      <w:pPr>
        <w:pStyle w:val="Ttulo2"/>
        <w:keepNext w:val="0"/>
        <w:keepLines w:val="0"/>
        <w:spacing w:before="0" w:after="120"/>
        <w:rPr>
          <w:rFonts w:ascii="Arial" w:eastAsia="Arial" w:hAnsi="Arial" w:cs="Arial"/>
          <w:color w:val="59C119"/>
          <w:lang w:val="es-419"/>
        </w:rPr>
      </w:pPr>
      <w:r>
        <w:rPr>
          <w:rFonts w:ascii="Arial" w:eastAsia="Arial" w:hAnsi="Arial" w:cs="Arial"/>
          <w:color w:val="59C119"/>
          <w:lang w:val="es-419"/>
        </w:rPr>
        <w:lastRenderedPageBreak/>
        <w:t>POLITICA MENORES</w:t>
      </w:r>
    </w:p>
    <w:tbl>
      <w:tblPr>
        <w:tblStyle w:val="TableGrid1"/>
        <w:tblW w:w="0" w:type="auto"/>
        <w:jc w:val="center"/>
        <w:tblLook w:val="04A0" w:firstRow="1" w:lastRow="0" w:firstColumn="1" w:lastColumn="0" w:noHBand="0" w:noVBand="1"/>
      </w:tblPr>
      <w:tblGrid>
        <w:gridCol w:w="2812"/>
        <w:gridCol w:w="5818"/>
      </w:tblGrid>
      <w:tr w:rsidR="003B0D25" w:rsidRPr="00D03214" w14:paraId="43C2C786" w14:textId="77777777" w:rsidTr="00AF0C57">
        <w:trPr>
          <w:trHeight w:val="245"/>
          <w:jc w:val="center"/>
        </w:trPr>
        <w:tc>
          <w:tcPr>
            <w:tcW w:w="10450" w:type="dxa"/>
            <w:gridSpan w:val="2"/>
            <w:shd w:val="clear" w:color="auto" w:fill="59C119"/>
            <w:vAlign w:val="center"/>
          </w:tcPr>
          <w:p w14:paraId="567AE57D" w14:textId="77777777" w:rsidR="003B0D25" w:rsidRPr="00D03214" w:rsidRDefault="003B0D25" w:rsidP="00AF0C57">
            <w:pPr>
              <w:jc w:val="center"/>
              <w:rPr>
                <w:rFonts w:eastAsia="Times New Roman" w:cs="Arial"/>
                <w:sz w:val="20"/>
                <w:szCs w:val="20"/>
                <w:lang w:val="es-ES"/>
              </w:rPr>
            </w:pPr>
            <w:r w:rsidRPr="00AA0CE2">
              <w:rPr>
                <w:rFonts w:cs="Arial"/>
                <w:b/>
                <w:bCs/>
                <w:color w:val="FFFFFF" w:themeColor="background1"/>
                <w:sz w:val="22"/>
                <w:szCs w:val="22"/>
                <w:lang w:val="es-CO"/>
              </w:rPr>
              <w:t>CONDECIONES DE NIÑOS</w:t>
            </w:r>
          </w:p>
        </w:tc>
      </w:tr>
      <w:tr w:rsidR="003B0D25" w:rsidRPr="002C109D" w14:paraId="72AE6E4B" w14:textId="77777777" w:rsidTr="00AF0C57">
        <w:trPr>
          <w:trHeight w:val="244"/>
          <w:jc w:val="center"/>
        </w:trPr>
        <w:tc>
          <w:tcPr>
            <w:tcW w:w="3369" w:type="dxa"/>
            <w:shd w:val="clear" w:color="auto" w:fill="FFFFFF" w:themeFill="background1"/>
            <w:vAlign w:val="center"/>
          </w:tcPr>
          <w:p w14:paraId="226D34BA" w14:textId="77777777" w:rsidR="003B0D25" w:rsidRPr="00DF39E5" w:rsidRDefault="003B0D25" w:rsidP="00AF0C57">
            <w:pPr>
              <w:jc w:val="center"/>
              <w:rPr>
                <w:rFonts w:eastAsia="Times New Roman" w:cs="Arial"/>
                <w:sz w:val="20"/>
                <w:szCs w:val="20"/>
                <w:lang w:val="es-ES"/>
              </w:rPr>
            </w:pPr>
            <w:r w:rsidRPr="00DF39E5">
              <w:rPr>
                <w:rFonts w:eastAsia="Times New Roman" w:cs="Arial"/>
                <w:sz w:val="20"/>
                <w:szCs w:val="20"/>
                <w:lang w:val="es-ES"/>
              </w:rPr>
              <w:t>Bebe a 4,99 años</w:t>
            </w:r>
          </w:p>
        </w:tc>
        <w:tc>
          <w:tcPr>
            <w:tcW w:w="7081" w:type="dxa"/>
            <w:vAlign w:val="center"/>
          </w:tcPr>
          <w:p w14:paraId="528C7D44" w14:textId="77777777" w:rsidR="003B0D25" w:rsidRPr="006F6323" w:rsidRDefault="003B0D25" w:rsidP="00AF0C57">
            <w:pPr>
              <w:jc w:val="center"/>
              <w:rPr>
                <w:rFonts w:eastAsia="Times New Roman" w:cs="Arial"/>
                <w:sz w:val="20"/>
                <w:szCs w:val="20"/>
                <w:lang w:val="es-ES"/>
              </w:rPr>
            </w:pPr>
            <w:r w:rsidRPr="006F6323">
              <w:rPr>
                <w:rFonts w:eastAsia="Times New Roman" w:cs="Arial"/>
                <w:sz w:val="20"/>
                <w:szCs w:val="20"/>
                <w:lang w:val="es-ES"/>
              </w:rPr>
              <w:t xml:space="preserve">Gratis si un circuito con vuelo:   </w:t>
            </w:r>
            <w:r>
              <w:rPr>
                <w:rFonts w:eastAsia="Times New Roman" w:cs="Arial"/>
                <w:sz w:val="20"/>
                <w:szCs w:val="20"/>
                <w:lang w:val="es-ES"/>
              </w:rPr>
              <w:t>USD</w:t>
            </w:r>
            <w:r w:rsidRPr="006F6323">
              <w:rPr>
                <w:rFonts w:eastAsia="Times New Roman" w:cs="Arial"/>
                <w:sz w:val="20"/>
                <w:szCs w:val="20"/>
                <w:lang w:val="es-ES"/>
              </w:rPr>
              <w:t xml:space="preserve"> 107 por tramos</w:t>
            </w:r>
          </w:p>
        </w:tc>
      </w:tr>
      <w:tr w:rsidR="003B0D25" w:rsidRPr="002C109D" w14:paraId="6022AC7F" w14:textId="77777777" w:rsidTr="00AF0C57">
        <w:trPr>
          <w:trHeight w:val="244"/>
          <w:jc w:val="center"/>
        </w:trPr>
        <w:tc>
          <w:tcPr>
            <w:tcW w:w="3369" w:type="dxa"/>
            <w:shd w:val="clear" w:color="auto" w:fill="FFFFFF" w:themeFill="background1"/>
            <w:vAlign w:val="center"/>
          </w:tcPr>
          <w:p w14:paraId="28CA3639" w14:textId="77777777" w:rsidR="003B0D25" w:rsidRPr="00DF39E5" w:rsidRDefault="003B0D25" w:rsidP="00AF0C57">
            <w:pPr>
              <w:jc w:val="center"/>
              <w:rPr>
                <w:rFonts w:eastAsia="Times New Roman" w:cs="Arial"/>
                <w:sz w:val="20"/>
                <w:szCs w:val="20"/>
                <w:lang w:val="es-ES"/>
              </w:rPr>
            </w:pPr>
            <w:r w:rsidRPr="00DF39E5">
              <w:rPr>
                <w:rFonts w:eastAsia="Times New Roman" w:cs="Arial"/>
                <w:sz w:val="20"/>
                <w:szCs w:val="20"/>
                <w:lang w:val="es-ES"/>
              </w:rPr>
              <w:t>De 05 a 10,99 años</w:t>
            </w:r>
          </w:p>
        </w:tc>
        <w:tc>
          <w:tcPr>
            <w:tcW w:w="7081" w:type="dxa"/>
            <w:vAlign w:val="center"/>
          </w:tcPr>
          <w:p w14:paraId="708EEFA9" w14:textId="77777777" w:rsidR="003B0D25" w:rsidRPr="006F6323" w:rsidRDefault="003B0D25" w:rsidP="00AF0C57">
            <w:pPr>
              <w:jc w:val="center"/>
              <w:rPr>
                <w:rFonts w:eastAsia="Times New Roman" w:cs="Arial"/>
                <w:sz w:val="20"/>
                <w:szCs w:val="20"/>
                <w:lang w:val="es-ES"/>
              </w:rPr>
            </w:pPr>
            <w:r w:rsidRPr="006F6323">
              <w:rPr>
                <w:rFonts w:eastAsia="Times New Roman" w:cs="Arial"/>
                <w:sz w:val="20"/>
                <w:szCs w:val="20"/>
                <w:lang w:val="es-ES"/>
              </w:rPr>
              <w:t>50 % del precio de adulto en doble</w:t>
            </w:r>
          </w:p>
          <w:p w14:paraId="368D271F" w14:textId="77777777" w:rsidR="003B0D25" w:rsidRPr="006F6323" w:rsidRDefault="003B0D25" w:rsidP="00AF0C57">
            <w:pPr>
              <w:jc w:val="center"/>
              <w:rPr>
                <w:rFonts w:eastAsia="Times New Roman" w:cs="Arial"/>
                <w:sz w:val="20"/>
                <w:szCs w:val="20"/>
                <w:lang w:val="es-ES"/>
              </w:rPr>
            </w:pPr>
            <w:r w:rsidRPr="006F6323">
              <w:rPr>
                <w:rFonts w:eastAsia="Times New Roman" w:cs="Arial"/>
                <w:sz w:val="20"/>
                <w:szCs w:val="20"/>
                <w:lang w:val="es-ES"/>
              </w:rPr>
              <w:t>Compartido en una habitación doble</w:t>
            </w:r>
          </w:p>
        </w:tc>
      </w:tr>
      <w:tr w:rsidR="003B0D25" w:rsidRPr="00D03214" w14:paraId="20B6E499" w14:textId="77777777" w:rsidTr="00AF0C57">
        <w:trPr>
          <w:trHeight w:val="245"/>
          <w:jc w:val="center"/>
        </w:trPr>
        <w:tc>
          <w:tcPr>
            <w:tcW w:w="3369" w:type="dxa"/>
            <w:shd w:val="clear" w:color="auto" w:fill="FFFFFF" w:themeFill="background1"/>
            <w:vAlign w:val="center"/>
          </w:tcPr>
          <w:p w14:paraId="2D4074FB" w14:textId="77777777" w:rsidR="003B0D25" w:rsidRPr="00DF39E5" w:rsidRDefault="003B0D25" w:rsidP="00AF0C57">
            <w:pPr>
              <w:jc w:val="center"/>
              <w:rPr>
                <w:rFonts w:eastAsia="Times New Roman" w:cs="Arial"/>
                <w:sz w:val="20"/>
                <w:szCs w:val="20"/>
                <w:lang w:val="es-ES"/>
              </w:rPr>
            </w:pPr>
            <w:r w:rsidRPr="00DF39E5">
              <w:rPr>
                <w:rFonts w:eastAsia="Times New Roman" w:cs="Arial"/>
                <w:sz w:val="20"/>
                <w:szCs w:val="20"/>
                <w:lang w:val="es-ES"/>
              </w:rPr>
              <w:t>Desde 11 años</w:t>
            </w:r>
          </w:p>
        </w:tc>
        <w:tc>
          <w:tcPr>
            <w:tcW w:w="7081" w:type="dxa"/>
            <w:vAlign w:val="center"/>
          </w:tcPr>
          <w:p w14:paraId="1CD489CB" w14:textId="77777777" w:rsidR="003B0D25" w:rsidRPr="006F6323" w:rsidRDefault="003B0D25" w:rsidP="00AF0C57">
            <w:pPr>
              <w:jc w:val="center"/>
              <w:rPr>
                <w:rFonts w:eastAsia="Times New Roman" w:cs="Arial"/>
                <w:sz w:val="20"/>
                <w:szCs w:val="20"/>
                <w:lang w:val="es-ES"/>
              </w:rPr>
            </w:pPr>
            <w:r w:rsidRPr="006F6323">
              <w:rPr>
                <w:rFonts w:eastAsia="Times New Roman" w:cs="Arial"/>
                <w:sz w:val="20"/>
                <w:szCs w:val="20"/>
                <w:lang w:val="es-ES"/>
              </w:rPr>
              <w:t>Precio de un adulto</w:t>
            </w:r>
          </w:p>
        </w:tc>
      </w:tr>
    </w:tbl>
    <w:p w14:paraId="236C8FBC" w14:textId="77777777" w:rsidR="003B0D25" w:rsidRDefault="003B0D25" w:rsidP="003B0D25">
      <w:pPr>
        <w:spacing w:after="0" w:line="240" w:lineRule="auto"/>
        <w:rPr>
          <w:rFonts w:cs="Arial"/>
          <w:sz w:val="24"/>
          <w:szCs w:val="24"/>
          <w:u w:val="single"/>
          <w:lang w:val="es-ES_tradnl"/>
        </w:rPr>
      </w:pPr>
    </w:p>
    <w:p w14:paraId="513075F8" w14:textId="23CB63A1" w:rsidR="002C109D" w:rsidRPr="00372A46" w:rsidRDefault="002C109D" w:rsidP="002C109D">
      <w:pPr>
        <w:pStyle w:val="Ttulo2"/>
        <w:keepNext w:val="0"/>
        <w:keepLines w:val="0"/>
        <w:spacing w:before="0" w:after="120"/>
        <w:rPr>
          <w:rFonts w:ascii="Arial" w:eastAsia="Arial" w:hAnsi="Arial" w:cs="Arial"/>
          <w:color w:val="59C119"/>
          <w:lang w:val="es-419"/>
        </w:rPr>
      </w:pPr>
      <w:r>
        <w:rPr>
          <w:rFonts w:ascii="Arial" w:eastAsia="Arial" w:hAnsi="Arial" w:cs="Arial"/>
          <w:color w:val="59C119"/>
          <w:lang w:val="es-419"/>
        </w:rPr>
        <w:t>SUPLEMENTOS</w:t>
      </w:r>
    </w:p>
    <w:p w14:paraId="6D1EC9CC" w14:textId="77777777" w:rsidR="002C109D" w:rsidRPr="00D03214" w:rsidRDefault="002C109D" w:rsidP="003B0D25">
      <w:pPr>
        <w:spacing w:after="0" w:line="240" w:lineRule="auto"/>
        <w:rPr>
          <w:rFonts w:cs="Arial"/>
          <w:sz w:val="24"/>
          <w:szCs w:val="24"/>
          <w:u w:val="single"/>
          <w:lang w:val="es-ES_tradnl"/>
        </w:rPr>
      </w:pPr>
    </w:p>
    <w:tbl>
      <w:tblPr>
        <w:tblStyle w:val="TableGrid1"/>
        <w:tblW w:w="0" w:type="auto"/>
        <w:jc w:val="center"/>
        <w:tblLook w:val="04A0" w:firstRow="1" w:lastRow="0" w:firstColumn="1" w:lastColumn="0" w:noHBand="0" w:noVBand="1"/>
      </w:tblPr>
      <w:tblGrid>
        <w:gridCol w:w="4673"/>
        <w:gridCol w:w="3957"/>
      </w:tblGrid>
      <w:tr w:rsidR="003B0D25" w:rsidRPr="002C109D" w14:paraId="3384C9BA" w14:textId="77777777" w:rsidTr="002C109D">
        <w:trPr>
          <w:trHeight w:val="451"/>
          <w:jc w:val="center"/>
        </w:trPr>
        <w:tc>
          <w:tcPr>
            <w:tcW w:w="8630" w:type="dxa"/>
            <w:gridSpan w:val="2"/>
            <w:shd w:val="clear" w:color="auto" w:fill="59C119"/>
            <w:vAlign w:val="center"/>
          </w:tcPr>
          <w:p w14:paraId="16D2E415" w14:textId="77777777" w:rsidR="003B0D25" w:rsidRPr="00DF39E5" w:rsidRDefault="003B0D25" w:rsidP="00AF0C57">
            <w:pPr>
              <w:jc w:val="center"/>
              <w:rPr>
                <w:rFonts w:cs="Arial"/>
                <w:b/>
                <w:bCs/>
                <w:color w:val="FFFFFF" w:themeColor="background1"/>
                <w:sz w:val="20"/>
                <w:szCs w:val="20"/>
                <w:lang w:val="es-CO"/>
              </w:rPr>
            </w:pPr>
            <w:r w:rsidRPr="00DF39E5">
              <w:rPr>
                <w:rFonts w:cs="Arial"/>
                <w:b/>
                <w:bCs/>
                <w:color w:val="FFFFFF" w:themeColor="background1"/>
                <w:sz w:val="20"/>
                <w:szCs w:val="20"/>
                <w:lang w:val="es-CO"/>
              </w:rPr>
              <w:t>SUPLEMENTO DE VUELOS DOMESTICOS EXTRAS</w:t>
            </w:r>
          </w:p>
        </w:tc>
      </w:tr>
      <w:tr w:rsidR="003B0D25" w:rsidRPr="00DF39E5" w14:paraId="78F86EAA" w14:textId="77777777" w:rsidTr="00AF0C57">
        <w:trPr>
          <w:trHeight w:val="737"/>
          <w:jc w:val="center"/>
        </w:trPr>
        <w:tc>
          <w:tcPr>
            <w:tcW w:w="4673" w:type="dxa"/>
            <w:shd w:val="clear" w:color="auto" w:fill="FFFFFF" w:themeFill="background1"/>
            <w:vAlign w:val="center"/>
          </w:tcPr>
          <w:p w14:paraId="083BC515" w14:textId="77777777" w:rsidR="003B0D25" w:rsidRPr="00DF39E5" w:rsidRDefault="003B0D25" w:rsidP="00AF0C57">
            <w:pPr>
              <w:rPr>
                <w:rFonts w:eastAsia="Times New Roman" w:cs="Arial"/>
                <w:sz w:val="20"/>
                <w:szCs w:val="20"/>
                <w:lang w:val="es-ES"/>
              </w:rPr>
            </w:pPr>
            <w:r w:rsidRPr="00DF39E5">
              <w:rPr>
                <w:rFonts w:eastAsia="Times New Roman" w:cs="Arial"/>
                <w:sz w:val="20"/>
                <w:szCs w:val="20"/>
                <w:lang w:val="es-ES"/>
              </w:rPr>
              <w:t>Vuelo Domestico Estambul – Capadocia 15. K.G</w:t>
            </w:r>
          </w:p>
          <w:p w14:paraId="7804684E" w14:textId="77777777" w:rsidR="003B0D25" w:rsidRPr="00DF39E5" w:rsidRDefault="003B0D25" w:rsidP="00AF0C57">
            <w:pPr>
              <w:rPr>
                <w:rFonts w:eastAsia="Times New Roman" w:cs="Arial"/>
                <w:sz w:val="20"/>
                <w:szCs w:val="20"/>
                <w:lang w:val="es-ES"/>
              </w:rPr>
            </w:pPr>
            <w:r w:rsidRPr="00DF39E5">
              <w:rPr>
                <w:rFonts w:eastAsia="Times New Roman" w:cs="Arial"/>
                <w:sz w:val="20"/>
                <w:szCs w:val="20"/>
                <w:lang w:val="es-ES"/>
              </w:rPr>
              <w:t>O</w:t>
            </w:r>
          </w:p>
          <w:p w14:paraId="5C226295" w14:textId="77777777" w:rsidR="003B0D25" w:rsidRPr="00DF39E5" w:rsidRDefault="003B0D25" w:rsidP="00AF0C57">
            <w:pPr>
              <w:rPr>
                <w:rFonts w:eastAsia="Times New Roman" w:cs="Arial"/>
                <w:sz w:val="20"/>
                <w:szCs w:val="20"/>
                <w:lang w:val="es-ES"/>
              </w:rPr>
            </w:pPr>
            <w:r w:rsidRPr="00DF39E5">
              <w:rPr>
                <w:rFonts w:eastAsia="Times New Roman" w:cs="Arial"/>
                <w:sz w:val="20"/>
                <w:szCs w:val="20"/>
                <w:lang w:val="es-ES"/>
              </w:rPr>
              <w:t>Vuelo Domestico Capadocia – Estambul 15. K.G</w:t>
            </w:r>
          </w:p>
          <w:p w14:paraId="2E2CDDD9" w14:textId="77777777" w:rsidR="003B0D25" w:rsidRPr="00DF39E5" w:rsidRDefault="003B0D25" w:rsidP="00AF0C57">
            <w:pPr>
              <w:rPr>
                <w:rFonts w:eastAsia="Times New Roman" w:cs="Arial"/>
                <w:sz w:val="20"/>
                <w:szCs w:val="20"/>
                <w:lang w:val="es-ES"/>
              </w:rPr>
            </w:pPr>
            <w:r w:rsidRPr="00DF39E5">
              <w:rPr>
                <w:rFonts w:eastAsia="Times New Roman" w:cs="Arial"/>
                <w:sz w:val="20"/>
                <w:szCs w:val="20"/>
                <w:lang w:val="es-ES"/>
              </w:rPr>
              <w:t>Incluido 2 Traslados</w:t>
            </w:r>
          </w:p>
        </w:tc>
        <w:tc>
          <w:tcPr>
            <w:tcW w:w="3957" w:type="dxa"/>
            <w:vAlign w:val="center"/>
          </w:tcPr>
          <w:p w14:paraId="0A47A102" w14:textId="77777777" w:rsidR="003B0D25" w:rsidRPr="00DF39E5" w:rsidRDefault="003B0D25" w:rsidP="00AF0C57">
            <w:pPr>
              <w:rPr>
                <w:rFonts w:eastAsia="Times New Roman" w:cs="Arial"/>
                <w:sz w:val="20"/>
                <w:szCs w:val="20"/>
                <w:lang w:val="es-ES"/>
              </w:rPr>
            </w:pPr>
            <w:r w:rsidRPr="00DF39E5">
              <w:rPr>
                <w:rFonts w:eastAsia="Times New Roman" w:cs="Arial"/>
                <w:sz w:val="20"/>
                <w:szCs w:val="20"/>
                <w:lang w:val="es-ES"/>
              </w:rPr>
              <w:t>USD 160.00 Por Persona</w:t>
            </w:r>
          </w:p>
        </w:tc>
      </w:tr>
      <w:tr w:rsidR="003B0D25" w:rsidRPr="00DF39E5" w14:paraId="78321C6F" w14:textId="77777777" w:rsidTr="00AF0C57">
        <w:trPr>
          <w:trHeight w:val="737"/>
          <w:jc w:val="center"/>
        </w:trPr>
        <w:tc>
          <w:tcPr>
            <w:tcW w:w="4673" w:type="dxa"/>
            <w:shd w:val="clear" w:color="auto" w:fill="FFFFFF" w:themeFill="background1"/>
            <w:vAlign w:val="center"/>
          </w:tcPr>
          <w:p w14:paraId="6DBA5EA6" w14:textId="77777777" w:rsidR="003B0D25" w:rsidRPr="00DF39E5" w:rsidRDefault="003B0D25" w:rsidP="00AF0C57">
            <w:pPr>
              <w:rPr>
                <w:rFonts w:eastAsia="Times New Roman" w:cs="Arial"/>
                <w:sz w:val="20"/>
                <w:szCs w:val="20"/>
                <w:lang w:val="es-ES"/>
              </w:rPr>
            </w:pPr>
            <w:r w:rsidRPr="00DF39E5">
              <w:rPr>
                <w:rFonts w:eastAsia="Times New Roman" w:cs="Arial"/>
                <w:sz w:val="20"/>
                <w:szCs w:val="20"/>
                <w:lang w:val="es-ES"/>
              </w:rPr>
              <w:t>Vuelo Domestico Esmirna – Estambul 15. K.G</w:t>
            </w:r>
          </w:p>
          <w:p w14:paraId="21CDFFEA" w14:textId="77777777" w:rsidR="003B0D25" w:rsidRPr="00DF39E5" w:rsidRDefault="003B0D25" w:rsidP="00AF0C57">
            <w:pPr>
              <w:rPr>
                <w:rFonts w:eastAsia="Times New Roman" w:cs="Arial"/>
                <w:sz w:val="20"/>
                <w:szCs w:val="20"/>
                <w:lang w:val="es-ES"/>
              </w:rPr>
            </w:pPr>
            <w:r w:rsidRPr="00DF39E5">
              <w:rPr>
                <w:rFonts w:eastAsia="Times New Roman" w:cs="Arial"/>
                <w:sz w:val="20"/>
                <w:szCs w:val="20"/>
                <w:lang w:val="es-ES"/>
              </w:rPr>
              <w:t>Incluido 2 Traslados</w:t>
            </w:r>
          </w:p>
        </w:tc>
        <w:tc>
          <w:tcPr>
            <w:tcW w:w="3957" w:type="dxa"/>
            <w:vAlign w:val="center"/>
          </w:tcPr>
          <w:p w14:paraId="76DF865A" w14:textId="77777777" w:rsidR="003B0D25" w:rsidRPr="00DF39E5" w:rsidRDefault="003B0D25" w:rsidP="00AF0C57">
            <w:pPr>
              <w:rPr>
                <w:rFonts w:eastAsia="Times New Roman" w:cs="Arial"/>
                <w:sz w:val="20"/>
                <w:szCs w:val="20"/>
                <w:lang w:val="es-ES"/>
              </w:rPr>
            </w:pPr>
            <w:r w:rsidRPr="00DF39E5">
              <w:rPr>
                <w:rFonts w:eastAsia="Times New Roman" w:cs="Arial"/>
                <w:sz w:val="20"/>
                <w:szCs w:val="20"/>
                <w:lang w:val="es-ES"/>
              </w:rPr>
              <w:t>USD 160.00 $ Por Persona</w:t>
            </w:r>
          </w:p>
        </w:tc>
      </w:tr>
      <w:tr w:rsidR="003B0D25" w:rsidRPr="002C109D" w14:paraId="45E88A8D" w14:textId="77777777" w:rsidTr="00AF0C57">
        <w:trPr>
          <w:trHeight w:val="737"/>
          <w:jc w:val="center"/>
        </w:trPr>
        <w:tc>
          <w:tcPr>
            <w:tcW w:w="4673" w:type="dxa"/>
            <w:shd w:val="clear" w:color="auto" w:fill="FFFFFF" w:themeFill="background1"/>
            <w:vAlign w:val="center"/>
          </w:tcPr>
          <w:p w14:paraId="3579C456" w14:textId="77777777" w:rsidR="003B0D25" w:rsidRPr="00DF39E5" w:rsidRDefault="003B0D25" w:rsidP="00AF0C57">
            <w:pPr>
              <w:rPr>
                <w:rFonts w:eastAsia="Times New Roman" w:cs="Arial"/>
                <w:sz w:val="20"/>
                <w:szCs w:val="20"/>
                <w:lang w:val="es-ES"/>
              </w:rPr>
            </w:pPr>
            <w:proofErr w:type="spellStart"/>
            <w:r w:rsidRPr="00DF39E5">
              <w:rPr>
                <w:rFonts w:eastAsia="Times New Roman" w:cs="Arial"/>
                <w:sz w:val="20"/>
                <w:szCs w:val="20"/>
                <w:shd w:val="clear" w:color="auto" w:fill="FFFFFF" w:themeFill="background1"/>
                <w:lang w:val="es-ES"/>
              </w:rPr>
              <w:t>Sup</w:t>
            </w:r>
            <w:proofErr w:type="spellEnd"/>
            <w:r w:rsidRPr="00DF39E5">
              <w:rPr>
                <w:rFonts w:eastAsia="Times New Roman" w:cs="Arial"/>
                <w:sz w:val="20"/>
                <w:szCs w:val="20"/>
                <w:shd w:val="clear" w:color="auto" w:fill="FFFFFF" w:themeFill="background1"/>
                <w:lang w:val="es-ES"/>
              </w:rPr>
              <w:t xml:space="preserve"> Traslado Aeropuerto De Sabiha (Saw</w:t>
            </w:r>
            <w:r w:rsidRPr="00DF39E5">
              <w:rPr>
                <w:rFonts w:eastAsia="Times New Roman" w:cs="Arial"/>
                <w:sz w:val="20"/>
                <w:szCs w:val="20"/>
                <w:lang w:val="es-ES"/>
              </w:rPr>
              <w:t>)</w:t>
            </w:r>
          </w:p>
        </w:tc>
        <w:tc>
          <w:tcPr>
            <w:tcW w:w="3957" w:type="dxa"/>
            <w:vAlign w:val="center"/>
          </w:tcPr>
          <w:p w14:paraId="1B6DF461" w14:textId="77777777" w:rsidR="003B0D25" w:rsidRPr="00DF39E5" w:rsidRDefault="003B0D25" w:rsidP="00AF0C57">
            <w:pPr>
              <w:rPr>
                <w:rFonts w:eastAsia="Times New Roman" w:cs="Arial"/>
                <w:sz w:val="20"/>
                <w:szCs w:val="20"/>
                <w:lang w:val="es-ES"/>
              </w:rPr>
            </w:pPr>
            <w:r w:rsidRPr="00DF39E5">
              <w:rPr>
                <w:rFonts w:eastAsia="Times New Roman" w:cs="Arial"/>
                <w:sz w:val="20"/>
                <w:szCs w:val="20"/>
                <w:lang w:val="es-ES"/>
              </w:rPr>
              <w:t>USD 40.00 Por Persona / Por Tramo</w:t>
            </w:r>
          </w:p>
          <w:p w14:paraId="6444FE9C" w14:textId="77777777" w:rsidR="003B0D25" w:rsidRPr="00DF39E5" w:rsidRDefault="003B0D25" w:rsidP="00AF0C57">
            <w:pPr>
              <w:rPr>
                <w:rFonts w:eastAsia="Times New Roman" w:cs="Arial"/>
                <w:sz w:val="20"/>
                <w:szCs w:val="20"/>
                <w:lang w:val="es-ES"/>
              </w:rPr>
            </w:pPr>
            <w:r w:rsidRPr="00DF39E5">
              <w:rPr>
                <w:rFonts w:eastAsia="Times New Roman" w:cs="Arial"/>
                <w:sz w:val="20"/>
                <w:szCs w:val="20"/>
                <w:lang w:val="es-ES"/>
              </w:rPr>
              <w:t>Min 2 Personas</w:t>
            </w:r>
          </w:p>
        </w:tc>
      </w:tr>
      <w:tr w:rsidR="003B0D25" w:rsidRPr="002C109D" w14:paraId="7CDD99BB" w14:textId="77777777" w:rsidTr="00AF0C57">
        <w:trPr>
          <w:trHeight w:val="737"/>
          <w:jc w:val="center"/>
        </w:trPr>
        <w:tc>
          <w:tcPr>
            <w:tcW w:w="4673" w:type="dxa"/>
            <w:shd w:val="clear" w:color="auto" w:fill="FFFFFF" w:themeFill="background1"/>
            <w:vAlign w:val="center"/>
          </w:tcPr>
          <w:p w14:paraId="051821F0" w14:textId="77777777" w:rsidR="003B0D25" w:rsidRPr="00DF39E5" w:rsidRDefault="003B0D25" w:rsidP="00AF0C57">
            <w:pPr>
              <w:rPr>
                <w:rFonts w:eastAsia="Times New Roman" w:cs="Arial"/>
                <w:sz w:val="20"/>
                <w:szCs w:val="20"/>
                <w:lang w:val="es-ES"/>
              </w:rPr>
            </w:pPr>
            <w:r w:rsidRPr="00DF39E5">
              <w:rPr>
                <w:rFonts w:eastAsia="Times New Roman" w:cs="Arial"/>
                <w:sz w:val="20"/>
                <w:szCs w:val="20"/>
                <w:lang w:val="es-ES"/>
              </w:rPr>
              <w:t>Extra-Traslado En Estambul</w:t>
            </w:r>
          </w:p>
          <w:p w14:paraId="09DA9815" w14:textId="77777777" w:rsidR="003B0D25" w:rsidRPr="00DF39E5" w:rsidRDefault="003B0D25" w:rsidP="00AF0C57">
            <w:pPr>
              <w:rPr>
                <w:rFonts w:eastAsia="Times New Roman" w:cs="Arial"/>
                <w:sz w:val="20"/>
                <w:szCs w:val="20"/>
                <w:lang w:val="es-ES"/>
              </w:rPr>
            </w:pPr>
            <w:proofErr w:type="spellStart"/>
            <w:r w:rsidRPr="00DF39E5">
              <w:rPr>
                <w:rFonts w:eastAsia="Times New Roman" w:cs="Arial"/>
                <w:sz w:val="20"/>
                <w:szCs w:val="20"/>
                <w:lang w:val="es-ES"/>
              </w:rPr>
              <w:t>Htl</w:t>
            </w:r>
            <w:proofErr w:type="spellEnd"/>
            <w:r w:rsidRPr="00DF39E5">
              <w:rPr>
                <w:rFonts w:eastAsia="Times New Roman" w:cs="Arial"/>
                <w:sz w:val="20"/>
                <w:szCs w:val="20"/>
                <w:lang w:val="es-ES"/>
              </w:rPr>
              <w:t>/Apt O Apt/</w:t>
            </w:r>
            <w:proofErr w:type="spellStart"/>
            <w:r w:rsidRPr="00DF39E5">
              <w:rPr>
                <w:rFonts w:eastAsia="Times New Roman" w:cs="Arial"/>
                <w:sz w:val="20"/>
                <w:szCs w:val="20"/>
                <w:lang w:val="es-ES"/>
              </w:rPr>
              <w:t>Htl</w:t>
            </w:r>
            <w:proofErr w:type="spellEnd"/>
          </w:p>
        </w:tc>
        <w:tc>
          <w:tcPr>
            <w:tcW w:w="3957" w:type="dxa"/>
            <w:vAlign w:val="center"/>
          </w:tcPr>
          <w:p w14:paraId="22091155" w14:textId="77777777" w:rsidR="003B0D25" w:rsidRPr="00DF39E5" w:rsidRDefault="003B0D25" w:rsidP="00AF0C57">
            <w:pPr>
              <w:rPr>
                <w:rFonts w:eastAsia="Times New Roman" w:cs="Arial"/>
                <w:sz w:val="20"/>
                <w:szCs w:val="20"/>
                <w:lang w:val="es-ES"/>
              </w:rPr>
            </w:pPr>
          </w:p>
          <w:p w14:paraId="50EAAA17" w14:textId="77777777" w:rsidR="003B0D25" w:rsidRPr="00DF39E5" w:rsidRDefault="003B0D25" w:rsidP="00AF0C57">
            <w:pPr>
              <w:rPr>
                <w:rFonts w:eastAsia="Times New Roman" w:cs="Arial"/>
                <w:sz w:val="20"/>
                <w:szCs w:val="20"/>
                <w:lang w:val="es-ES"/>
              </w:rPr>
            </w:pPr>
            <w:r w:rsidRPr="00DF39E5">
              <w:rPr>
                <w:rFonts w:eastAsia="Times New Roman" w:cs="Arial"/>
                <w:sz w:val="20"/>
                <w:szCs w:val="20"/>
                <w:lang w:val="es-ES"/>
              </w:rPr>
              <w:t xml:space="preserve">USD </w:t>
            </w:r>
            <w:r w:rsidRPr="00DF39E5">
              <w:rPr>
                <w:rFonts w:eastAsia="Times New Roman" w:cs="Arial"/>
                <w:sz w:val="20"/>
                <w:szCs w:val="20"/>
                <w:lang w:val="es-CO"/>
              </w:rPr>
              <w:t>46.67</w:t>
            </w:r>
            <w:r w:rsidRPr="00DF39E5">
              <w:rPr>
                <w:rFonts w:eastAsia="Times New Roman" w:cs="Arial"/>
                <w:sz w:val="20"/>
                <w:szCs w:val="20"/>
                <w:lang w:val="es-ES"/>
              </w:rPr>
              <w:t xml:space="preserve"> Por Persona / Por Tramo</w:t>
            </w:r>
          </w:p>
          <w:p w14:paraId="558C27BE" w14:textId="77777777" w:rsidR="003B0D25" w:rsidRPr="00DF39E5" w:rsidRDefault="003B0D25" w:rsidP="00AF0C57">
            <w:pPr>
              <w:rPr>
                <w:rFonts w:eastAsia="Times New Roman" w:cs="Arial"/>
                <w:sz w:val="20"/>
                <w:szCs w:val="20"/>
                <w:lang w:val="es-ES"/>
              </w:rPr>
            </w:pPr>
            <w:r w:rsidRPr="00DF39E5">
              <w:rPr>
                <w:rFonts w:eastAsia="Times New Roman" w:cs="Arial"/>
                <w:sz w:val="20"/>
                <w:szCs w:val="20"/>
                <w:lang w:val="es-ES"/>
              </w:rPr>
              <w:t>Min 2 Personas</w:t>
            </w:r>
          </w:p>
        </w:tc>
      </w:tr>
      <w:tr w:rsidR="003B0D25" w:rsidRPr="002C109D" w14:paraId="033FA035" w14:textId="77777777" w:rsidTr="00AF0C57">
        <w:trPr>
          <w:trHeight w:val="737"/>
          <w:jc w:val="center"/>
        </w:trPr>
        <w:tc>
          <w:tcPr>
            <w:tcW w:w="4673" w:type="dxa"/>
            <w:shd w:val="clear" w:color="auto" w:fill="FFFFFF" w:themeFill="background1"/>
            <w:vAlign w:val="center"/>
          </w:tcPr>
          <w:p w14:paraId="5C5FA8D9" w14:textId="77777777" w:rsidR="003B0D25" w:rsidRPr="00DF39E5" w:rsidRDefault="003B0D25" w:rsidP="00AF0C57">
            <w:pPr>
              <w:rPr>
                <w:rFonts w:eastAsia="Times New Roman" w:cs="Arial"/>
                <w:sz w:val="20"/>
                <w:szCs w:val="20"/>
                <w:lang w:val="es-ES"/>
              </w:rPr>
            </w:pPr>
            <w:r w:rsidRPr="00DF39E5">
              <w:rPr>
                <w:rFonts w:eastAsia="Times New Roman" w:cs="Arial"/>
                <w:sz w:val="20"/>
                <w:szCs w:val="20"/>
                <w:lang w:val="es-ES"/>
              </w:rPr>
              <w:t xml:space="preserve">Extra-Traslado Fuera De Estambul (Capadocia, </w:t>
            </w:r>
            <w:proofErr w:type="spellStart"/>
            <w:r w:rsidRPr="00DF39E5">
              <w:rPr>
                <w:rFonts w:eastAsia="Times New Roman" w:cs="Arial"/>
                <w:sz w:val="20"/>
                <w:szCs w:val="20"/>
                <w:lang w:val="es-ES"/>
              </w:rPr>
              <w:t>Pamukkale</w:t>
            </w:r>
            <w:proofErr w:type="spellEnd"/>
            <w:r w:rsidRPr="00DF39E5">
              <w:rPr>
                <w:rFonts w:eastAsia="Times New Roman" w:cs="Arial"/>
                <w:sz w:val="20"/>
                <w:szCs w:val="20"/>
                <w:lang w:val="es-ES"/>
              </w:rPr>
              <w:t xml:space="preserve">, Esmirna, </w:t>
            </w:r>
            <w:proofErr w:type="spellStart"/>
            <w:r w:rsidRPr="00DF39E5">
              <w:rPr>
                <w:rFonts w:eastAsia="Times New Roman" w:cs="Arial"/>
                <w:sz w:val="20"/>
                <w:szCs w:val="20"/>
                <w:lang w:val="es-ES"/>
              </w:rPr>
              <w:t>Etc</w:t>
            </w:r>
            <w:proofErr w:type="spellEnd"/>
            <w:r w:rsidRPr="00DF39E5">
              <w:rPr>
                <w:rFonts w:eastAsia="Times New Roman" w:cs="Arial"/>
                <w:sz w:val="20"/>
                <w:szCs w:val="20"/>
                <w:lang w:val="es-ES"/>
              </w:rPr>
              <w:t>…)</w:t>
            </w:r>
          </w:p>
          <w:p w14:paraId="5CDD67DE" w14:textId="77777777" w:rsidR="003B0D25" w:rsidRPr="00DF39E5" w:rsidRDefault="003B0D25" w:rsidP="00AF0C57">
            <w:pPr>
              <w:rPr>
                <w:rFonts w:eastAsia="Times New Roman" w:cs="Arial"/>
                <w:sz w:val="20"/>
                <w:szCs w:val="20"/>
                <w:lang w:val="en-US"/>
              </w:rPr>
            </w:pPr>
            <w:r w:rsidRPr="00DF39E5">
              <w:rPr>
                <w:rFonts w:eastAsia="Times New Roman" w:cs="Arial"/>
                <w:sz w:val="20"/>
                <w:szCs w:val="20"/>
              </w:rPr>
              <w:t>Htl/Apt O Apt/Htl</w:t>
            </w:r>
          </w:p>
        </w:tc>
        <w:tc>
          <w:tcPr>
            <w:tcW w:w="3957" w:type="dxa"/>
            <w:vAlign w:val="center"/>
          </w:tcPr>
          <w:p w14:paraId="34E6A417" w14:textId="77777777" w:rsidR="003B0D25" w:rsidRPr="00DF39E5" w:rsidRDefault="003B0D25" w:rsidP="00AF0C57">
            <w:pPr>
              <w:rPr>
                <w:rFonts w:eastAsia="Times New Roman" w:cs="Arial"/>
                <w:sz w:val="20"/>
                <w:szCs w:val="20"/>
                <w:lang w:val="es-ES"/>
              </w:rPr>
            </w:pPr>
            <w:r w:rsidRPr="00DF39E5">
              <w:rPr>
                <w:rFonts w:eastAsia="Times New Roman" w:cs="Arial"/>
                <w:sz w:val="20"/>
                <w:szCs w:val="20"/>
                <w:lang w:val="es-ES"/>
              </w:rPr>
              <w:t>USD 40.00 Por Persona / Por Tramo</w:t>
            </w:r>
          </w:p>
          <w:p w14:paraId="0F31C42D" w14:textId="77777777" w:rsidR="003B0D25" w:rsidRPr="00DF39E5" w:rsidRDefault="003B0D25" w:rsidP="00AF0C57">
            <w:pPr>
              <w:rPr>
                <w:rFonts w:eastAsia="Times New Roman" w:cs="Arial"/>
                <w:sz w:val="20"/>
                <w:szCs w:val="20"/>
                <w:lang w:val="es-ES"/>
              </w:rPr>
            </w:pPr>
            <w:r w:rsidRPr="00DF39E5">
              <w:rPr>
                <w:rFonts w:eastAsia="Times New Roman" w:cs="Arial"/>
                <w:sz w:val="20"/>
                <w:szCs w:val="20"/>
                <w:lang w:val="es-ES"/>
              </w:rPr>
              <w:t>Min 2 Personas</w:t>
            </w:r>
          </w:p>
        </w:tc>
      </w:tr>
      <w:tr w:rsidR="003B0D25" w:rsidRPr="002C109D" w14:paraId="6135F495" w14:textId="77777777" w:rsidTr="00AF0C57">
        <w:trPr>
          <w:trHeight w:val="737"/>
          <w:jc w:val="center"/>
        </w:trPr>
        <w:tc>
          <w:tcPr>
            <w:tcW w:w="8630" w:type="dxa"/>
            <w:gridSpan w:val="2"/>
            <w:shd w:val="clear" w:color="auto" w:fill="FFFFFF" w:themeFill="background1"/>
            <w:vAlign w:val="center"/>
          </w:tcPr>
          <w:p w14:paraId="3AF1CB06" w14:textId="77777777" w:rsidR="003B0D25" w:rsidRPr="00DF39E5" w:rsidRDefault="003B0D25" w:rsidP="00AF0C57">
            <w:pPr>
              <w:rPr>
                <w:rFonts w:eastAsia="Times New Roman" w:cs="Arial"/>
                <w:b/>
                <w:bCs/>
                <w:sz w:val="20"/>
                <w:szCs w:val="20"/>
                <w:u w:val="single"/>
                <w:lang w:val="es-ES"/>
              </w:rPr>
            </w:pPr>
          </w:p>
          <w:p w14:paraId="690680BE" w14:textId="77777777" w:rsidR="003B0D25" w:rsidRDefault="003B0D25" w:rsidP="00AF0C57">
            <w:pPr>
              <w:rPr>
                <w:rFonts w:eastAsia="Times New Roman" w:cs="Arial"/>
                <w:sz w:val="20"/>
                <w:szCs w:val="20"/>
                <w:lang w:val="es-ES"/>
              </w:rPr>
            </w:pPr>
            <w:r w:rsidRPr="002A2FF0">
              <w:rPr>
                <w:rFonts w:eastAsia="Times New Roman" w:cs="Arial"/>
                <w:b/>
                <w:bCs/>
                <w:sz w:val="20"/>
                <w:szCs w:val="20"/>
                <w:lang w:val="es-ES"/>
              </w:rPr>
              <w:t xml:space="preserve">Nota importante: </w:t>
            </w:r>
            <w:r w:rsidRPr="00DF39E5">
              <w:rPr>
                <w:rFonts w:eastAsia="Times New Roman" w:cs="Arial"/>
                <w:sz w:val="20"/>
                <w:szCs w:val="20"/>
                <w:lang w:val="es-ES"/>
              </w:rPr>
              <w:t>para cada reserva está incluido 2 traslados (ida y vuelta), en el caso de que la reserva tiene vuelos diferentes en la llegada o en la salida, habrá suplemento de traslados.</w:t>
            </w:r>
          </w:p>
          <w:p w14:paraId="3985E884" w14:textId="77777777" w:rsidR="003B0D25" w:rsidRPr="005B2EEB" w:rsidRDefault="003B0D25" w:rsidP="00AF0C57">
            <w:pPr>
              <w:rPr>
                <w:rFonts w:eastAsia="Times New Roman" w:cs="Arial"/>
                <w:b/>
                <w:bCs/>
                <w:sz w:val="20"/>
                <w:szCs w:val="20"/>
                <w:u w:val="single"/>
                <w:lang w:val="es-ES"/>
              </w:rPr>
            </w:pPr>
            <w:r w:rsidRPr="00DF39E5">
              <w:rPr>
                <w:rFonts w:eastAsia="Times New Roman" w:cs="Arial"/>
                <w:sz w:val="20"/>
                <w:szCs w:val="20"/>
                <w:lang w:val="es-ES"/>
              </w:rPr>
              <w:t>Los traslados fuera de Estambul con conductores de habla inglés.</w:t>
            </w:r>
          </w:p>
        </w:tc>
      </w:tr>
    </w:tbl>
    <w:p w14:paraId="7B19D293" w14:textId="77777777" w:rsidR="00951A2B" w:rsidRDefault="00951A2B" w:rsidP="00EB7D08">
      <w:pPr>
        <w:rPr>
          <w:rFonts w:cs="Arial"/>
          <w:lang w:val="es-CO"/>
        </w:rPr>
      </w:pPr>
    </w:p>
    <w:p w14:paraId="3E64C6A3" w14:textId="77777777" w:rsidR="002C109D" w:rsidRDefault="002C109D" w:rsidP="00EB7D08">
      <w:pPr>
        <w:rPr>
          <w:rFonts w:cs="Arial"/>
          <w:lang w:val="es-CO"/>
        </w:rPr>
      </w:pPr>
    </w:p>
    <w:p w14:paraId="1CA23512" w14:textId="77777777" w:rsidR="002C109D" w:rsidRDefault="002C109D" w:rsidP="00EB7D08">
      <w:pPr>
        <w:rPr>
          <w:rFonts w:cs="Arial"/>
          <w:lang w:val="es-CO"/>
        </w:rPr>
      </w:pPr>
    </w:p>
    <w:p w14:paraId="046DA647" w14:textId="77777777" w:rsidR="002C109D" w:rsidRDefault="002C109D" w:rsidP="00EB7D08">
      <w:pPr>
        <w:rPr>
          <w:rFonts w:cs="Arial"/>
          <w:lang w:val="es-CO"/>
        </w:rPr>
      </w:pPr>
    </w:p>
    <w:p w14:paraId="328589B4" w14:textId="77777777" w:rsidR="002C109D" w:rsidRDefault="002C109D" w:rsidP="00EB7D08">
      <w:pPr>
        <w:rPr>
          <w:rFonts w:cs="Arial"/>
          <w:lang w:val="es-CO"/>
        </w:rPr>
      </w:pPr>
    </w:p>
    <w:p w14:paraId="57F9F6D5" w14:textId="77777777" w:rsidR="002C109D" w:rsidRDefault="002C109D" w:rsidP="00EB7D08">
      <w:pPr>
        <w:rPr>
          <w:rFonts w:cs="Arial"/>
          <w:lang w:val="es-CO"/>
        </w:rPr>
      </w:pPr>
    </w:p>
    <w:p w14:paraId="47AAAAB0" w14:textId="77777777" w:rsidR="002C109D" w:rsidRDefault="002C109D" w:rsidP="00EB7D08">
      <w:pPr>
        <w:rPr>
          <w:rFonts w:cs="Arial"/>
          <w:lang w:val="es-CO"/>
        </w:rPr>
      </w:pPr>
    </w:p>
    <w:p w14:paraId="65B24F57" w14:textId="77777777" w:rsidR="002C109D" w:rsidRDefault="002C109D" w:rsidP="00EB7D08">
      <w:pPr>
        <w:rPr>
          <w:rFonts w:cs="Arial"/>
          <w:lang w:val="es-CO"/>
        </w:rPr>
      </w:pPr>
    </w:p>
    <w:p w14:paraId="3F3323E8" w14:textId="77777777" w:rsidR="002C109D" w:rsidRDefault="002C109D" w:rsidP="00EB7D08">
      <w:pPr>
        <w:rPr>
          <w:rFonts w:cs="Arial"/>
          <w:lang w:val="es-CO"/>
        </w:rPr>
      </w:pPr>
    </w:p>
    <w:p w14:paraId="08EF2206" w14:textId="77777777" w:rsidR="002C109D" w:rsidRDefault="002C109D" w:rsidP="00EB7D08">
      <w:pPr>
        <w:rPr>
          <w:rFonts w:cs="Arial"/>
          <w:lang w:val="es-CO"/>
        </w:rPr>
      </w:pPr>
    </w:p>
    <w:p w14:paraId="63C4AD63" w14:textId="77777777" w:rsidR="002C109D" w:rsidRDefault="002C109D" w:rsidP="00EB7D08">
      <w:pPr>
        <w:rPr>
          <w:rFonts w:cs="Arial"/>
          <w:lang w:val="es-CO"/>
        </w:rPr>
      </w:pPr>
    </w:p>
    <w:p w14:paraId="30E82401" w14:textId="77777777" w:rsidR="002C109D" w:rsidRDefault="002C109D" w:rsidP="00EB7D08">
      <w:pPr>
        <w:rPr>
          <w:rFonts w:cs="Arial"/>
          <w:lang w:val="es-CO"/>
        </w:rPr>
      </w:pPr>
    </w:p>
    <w:p w14:paraId="4ED7C639" w14:textId="77777777" w:rsidR="00D13534" w:rsidRPr="00372A46" w:rsidRDefault="00D13534" w:rsidP="00D13534">
      <w:pPr>
        <w:pStyle w:val="Ttulo2"/>
        <w:keepNext w:val="0"/>
        <w:keepLines w:val="0"/>
        <w:spacing w:before="0" w:after="120"/>
        <w:rPr>
          <w:rFonts w:ascii="Arial" w:eastAsia="Arial" w:hAnsi="Arial" w:cs="Arial"/>
          <w:color w:val="59C119"/>
          <w:lang w:val="es-419"/>
        </w:rPr>
      </w:pPr>
      <w:r w:rsidRPr="00372A46">
        <w:rPr>
          <w:rFonts w:ascii="Arial" w:eastAsia="Arial" w:hAnsi="Arial" w:cs="Arial"/>
          <w:color w:val="59C119"/>
          <w:lang w:val="es-419"/>
        </w:rPr>
        <w:t>HOSPEDAJE</w:t>
      </w:r>
    </w:p>
    <w:tbl>
      <w:tblPr>
        <w:tblStyle w:val="Tablaconcuadrcula"/>
        <w:tblW w:w="5000" w:type="pct"/>
        <w:tblLook w:val="04A0" w:firstRow="1" w:lastRow="0" w:firstColumn="1" w:lastColumn="0" w:noHBand="0" w:noVBand="1"/>
      </w:tblPr>
      <w:tblGrid>
        <w:gridCol w:w="1256"/>
        <w:gridCol w:w="2077"/>
        <w:gridCol w:w="2072"/>
        <w:gridCol w:w="3225"/>
      </w:tblGrid>
      <w:tr w:rsidR="00D13534" w:rsidRPr="00372A46" w14:paraId="2884237D" w14:textId="77777777" w:rsidTr="00AF0C57">
        <w:trPr>
          <w:trHeight w:val="389"/>
        </w:trPr>
        <w:tc>
          <w:tcPr>
            <w:tcW w:w="162" w:type="pct"/>
            <w:shd w:val="clear" w:color="auto" w:fill="59C119"/>
            <w:vAlign w:val="center"/>
            <w:hideMark/>
          </w:tcPr>
          <w:p w14:paraId="46DC5205" w14:textId="77777777" w:rsidR="00D13534" w:rsidRPr="00372A46" w:rsidRDefault="00D13534" w:rsidP="00AF0C57">
            <w:pPr>
              <w:jc w:val="center"/>
              <w:rPr>
                <w:rFonts w:cs="Arial"/>
                <w:b/>
                <w:bCs/>
                <w:color w:val="FFFFFF" w:themeColor="background1"/>
                <w:lang w:val="es-CO"/>
              </w:rPr>
            </w:pPr>
            <w:r w:rsidRPr="00372A46">
              <w:rPr>
                <w:rFonts w:cs="Arial"/>
                <w:b/>
                <w:bCs/>
                <w:color w:val="FFFFFF" w:themeColor="background1"/>
                <w:lang w:val="es-CO"/>
              </w:rPr>
              <w:t>CIUDAD</w:t>
            </w:r>
          </w:p>
        </w:tc>
        <w:tc>
          <w:tcPr>
            <w:tcW w:w="1392" w:type="pct"/>
            <w:shd w:val="clear" w:color="auto" w:fill="59C119"/>
            <w:vAlign w:val="center"/>
            <w:hideMark/>
          </w:tcPr>
          <w:p w14:paraId="0D437771" w14:textId="77777777" w:rsidR="00D13534" w:rsidRPr="00372A46" w:rsidRDefault="00D13534" w:rsidP="00AF0C57">
            <w:pPr>
              <w:jc w:val="center"/>
              <w:rPr>
                <w:rFonts w:cs="Arial"/>
                <w:b/>
                <w:bCs/>
                <w:color w:val="FFFFFF" w:themeColor="background1"/>
                <w:lang w:val="es-CO"/>
              </w:rPr>
            </w:pPr>
            <w:r w:rsidRPr="00372A46">
              <w:rPr>
                <w:rFonts w:cs="Arial"/>
                <w:b/>
                <w:bCs/>
                <w:color w:val="FFFFFF" w:themeColor="background1"/>
                <w:lang w:val="es-CO"/>
              </w:rPr>
              <w:t>CATEGORÍA</w:t>
            </w:r>
          </w:p>
        </w:tc>
        <w:tc>
          <w:tcPr>
            <w:tcW w:w="1389" w:type="pct"/>
            <w:shd w:val="clear" w:color="auto" w:fill="59C119"/>
            <w:vAlign w:val="center"/>
            <w:hideMark/>
          </w:tcPr>
          <w:p w14:paraId="7049D38F" w14:textId="77777777" w:rsidR="00D13534" w:rsidRPr="00372A46" w:rsidRDefault="00D13534" w:rsidP="00AF0C57">
            <w:pPr>
              <w:jc w:val="center"/>
              <w:rPr>
                <w:rFonts w:cs="Arial"/>
                <w:b/>
                <w:bCs/>
                <w:color w:val="FFFFFF" w:themeColor="background1"/>
                <w:lang w:val="es-CO"/>
              </w:rPr>
            </w:pPr>
            <w:r w:rsidRPr="00372A46">
              <w:rPr>
                <w:rFonts w:cs="Arial"/>
                <w:b/>
                <w:bCs/>
                <w:color w:val="FFFFFF" w:themeColor="background1"/>
                <w:lang w:val="es-CO"/>
              </w:rPr>
              <w:t>NOMBRE</w:t>
            </w:r>
          </w:p>
        </w:tc>
        <w:tc>
          <w:tcPr>
            <w:tcW w:w="2058" w:type="pct"/>
            <w:shd w:val="clear" w:color="auto" w:fill="59C119"/>
            <w:vAlign w:val="center"/>
          </w:tcPr>
          <w:p w14:paraId="5B4606EA" w14:textId="77777777" w:rsidR="00D13534" w:rsidRPr="00372A46" w:rsidRDefault="00D13534" w:rsidP="00AF0C57">
            <w:pPr>
              <w:jc w:val="center"/>
              <w:rPr>
                <w:rFonts w:cs="Arial"/>
                <w:b/>
                <w:bCs/>
                <w:color w:val="FFFFFF" w:themeColor="background1"/>
                <w:lang w:val="es-CO"/>
              </w:rPr>
            </w:pPr>
            <w:r w:rsidRPr="00372A46">
              <w:rPr>
                <w:rFonts w:cs="Arial"/>
                <w:b/>
                <w:bCs/>
                <w:color w:val="FFFFFF" w:themeColor="background1"/>
                <w:lang w:val="es-CO"/>
              </w:rPr>
              <w:t>FOTO DE REFERENCIA</w:t>
            </w:r>
          </w:p>
        </w:tc>
      </w:tr>
      <w:tr w:rsidR="00D13534" w:rsidRPr="00372A46" w14:paraId="4743F0A8" w14:textId="77777777" w:rsidTr="00AF0C57">
        <w:trPr>
          <w:trHeight w:val="1701"/>
        </w:trPr>
        <w:tc>
          <w:tcPr>
            <w:tcW w:w="162" w:type="pct"/>
            <w:vAlign w:val="center"/>
            <w:hideMark/>
          </w:tcPr>
          <w:p w14:paraId="70523C23" w14:textId="227BB60F" w:rsidR="00D13534" w:rsidRPr="00372A46" w:rsidRDefault="00D13534" w:rsidP="00AF0C57">
            <w:pPr>
              <w:jc w:val="center"/>
              <w:rPr>
                <w:rFonts w:cs="Arial"/>
                <w:color w:val="1F1F1F"/>
                <w:lang w:val="es-CO"/>
              </w:rPr>
            </w:pPr>
            <w:proofErr w:type="spellStart"/>
            <w:r w:rsidRPr="00372A46">
              <w:rPr>
                <w:rFonts w:cs="Arial"/>
                <w:color w:val="1F1F1F"/>
              </w:rPr>
              <w:t>Estambul</w:t>
            </w:r>
            <w:proofErr w:type="spellEnd"/>
            <w:r w:rsidRPr="00372A46">
              <w:rPr>
                <w:rFonts w:cs="Arial"/>
                <w:color w:val="1F1F1F"/>
              </w:rPr>
              <w:t xml:space="preserve"> </w:t>
            </w:r>
          </w:p>
        </w:tc>
        <w:tc>
          <w:tcPr>
            <w:tcW w:w="1392" w:type="pct"/>
            <w:vAlign w:val="center"/>
            <w:hideMark/>
          </w:tcPr>
          <w:p w14:paraId="1DDA00BB" w14:textId="77777777" w:rsidR="00D13534" w:rsidRPr="00372A46" w:rsidRDefault="00D13534" w:rsidP="00AF0C57">
            <w:pPr>
              <w:jc w:val="center"/>
              <w:rPr>
                <w:rFonts w:cs="Arial"/>
                <w:color w:val="1F1F1F"/>
                <w:lang w:val="es-CO"/>
              </w:rPr>
            </w:pPr>
            <w:r w:rsidRPr="00372A46">
              <w:rPr>
                <w:rFonts w:cs="Arial"/>
                <w:color w:val="1F1F1F"/>
                <w:lang w:val="es-CO"/>
              </w:rPr>
              <w:t>4 estrellas</w:t>
            </w:r>
          </w:p>
        </w:tc>
        <w:tc>
          <w:tcPr>
            <w:tcW w:w="1389" w:type="pct"/>
            <w:vAlign w:val="center"/>
            <w:hideMark/>
          </w:tcPr>
          <w:p w14:paraId="4F5ABCB5" w14:textId="77777777" w:rsidR="00D13534" w:rsidRPr="00372A46" w:rsidRDefault="00D13534" w:rsidP="00AF0C57">
            <w:pPr>
              <w:jc w:val="center"/>
              <w:rPr>
                <w:rFonts w:cs="Arial"/>
                <w:color w:val="1F1F1F"/>
                <w:lang w:val="es-CO"/>
              </w:rPr>
            </w:pPr>
            <w:r w:rsidRPr="00372A46">
              <w:rPr>
                <w:rFonts w:cs="Arial"/>
                <w:color w:val="1F1F1F"/>
              </w:rPr>
              <w:t xml:space="preserve">Tryp by Wyndham </w:t>
            </w:r>
            <w:proofErr w:type="spellStart"/>
            <w:r w:rsidRPr="00372A46">
              <w:rPr>
                <w:rFonts w:cs="Arial"/>
                <w:color w:val="1F1F1F"/>
              </w:rPr>
              <w:t>Topkapi</w:t>
            </w:r>
            <w:proofErr w:type="spellEnd"/>
          </w:p>
        </w:tc>
        <w:tc>
          <w:tcPr>
            <w:tcW w:w="2058" w:type="pct"/>
            <w:vAlign w:val="center"/>
          </w:tcPr>
          <w:p w14:paraId="67063D20" w14:textId="77777777" w:rsidR="00D13534" w:rsidRPr="00372A46" w:rsidRDefault="00D13534" w:rsidP="00AF0C57">
            <w:pPr>
              <w:jc w:val="center"/>
              <w:rPr>
                <w:rFonts w:cs="Arial"/>
                <w:noProof/>
              </w:rPr>
            </w:pPr>
          </w:p>
          <w:p w14:paraId="7563D880" w14:textId="77777777" w:rsidR="00D13534" w:rsidRPr="00372A46" w:rsidRDefault="00D13534" w:rsidP="00AF0C57">
            <w:pPr>
              <w:jc w:val="center"/>
              <w:rPr>
                <w:rFonts w:cs="Arial"/>
                <w:noProof/>
              </w:rPr>
            </w:pPr>
            <w:r w:rsidRPr="00372A46">
              <w:rPr>
                <w:rFonts w:cs="Arial"/>
                <w:noProof/>
              </w:rPr>
              <w:drawing>
                <wp:inline distT="0" distB="0" distL="0" distR="0" wp14:anchorId="6124CCAF" wp14:editId="19A4FE3C">
                  <wp:extent cx="1269830" cy="705902"/>
                  <wp:effectExtent l="0" t="0" r="6985" b="0"/>
                  <wp:docPr id="364949712" name="Imagen 1" descr="RADISSON BLU HOTEL, ISTANBUL PERA desde $ 454.887 (Estambul, Turquí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SSON BLU HOTEL, ISTANBUL PERA desde $ 454.887 (Estambul, Turquía) -  opiniones y comentarios - hotel - Tripadvis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8789" cy="716441"/>
                          </a:xfrm>
                          <a:prstGeom prst="rect">
                            <a:avLst/>
                          </a:prstGeom>
                          <a:noFill/>
                          <a:ln>
                            <a:noFill/>
                          </a:ln>
                        </pic:spPr>
                      </pic:pic>
                    </a:graphicData>
                  </a:graphic>
                </wp:inline>
              </w:drawing>
            </w:r>
          </w:p>
          <w:p w14:paraId="1275AB93" w14:textId="77777777" w:rsidR="00D13534" w:rsidRPr="00372A46" w:rsidRDefault="00D13534" w:rsidP="00AF0C57">
            <w:pPr>
              <w:rPr>
                <w:rFonts w:cs="Arial"/>
                <w:color w:val="1F1F1F"/>
                <w:lang w:val="es-CO"/>
              </w:rPr>
            </w:pPr>
          </w:p>
        </w:tc>
      </w:tr>
      <w:tr w:rsidR="00D13534" w:rsidRPr="00372A46" w14:paraId="036B4411" w14:textId="77777777" w:rsidTr="00AF0C57">
        <w:trPr>
          <w:trHeight w:val="1701"/>
        </w:trPr>
        <w:tc>
          <w:tcPr>
            <w:tcW w:w="162" w:type="pct"/>
            <w:vAlign w:val="center"/>
            <w:hideMark/>
          </w:tcPr>
          <w:p w14:paraId="14743719" w14:textId="77777777" w:rsidR="00D13534" w:rsidRPr="00372A46" w:rsidRDefault="00D13534" w:rsidP="00AF0C57">
            <w:pPr>
              <w:jc w:val="center"/>
              <w:rPr>
                <w:rFonts w:cs="Arial"/>
                <w:color w:val="1F1F1F"/>
                <w:lang w:val="es-CO"/>
              </w:rPr>
            </w:pPr>
            <w:proofErr w:type="spellStart"/>
            <w:r w:rsidRPr="00372A46">
              <w:rPr>
                <w:rFonts w:cs="Arial"/>
                <w:color w:val="1F1F1F"/>
              </w:rPr>
              <w:t>Estambul</w:t>
            </w:r>
            <w:proofErr w:type="spellEnd"/>
            <w:r w:rsidRPr="00372A46">
              <w:rPr>
                <w:rFonts w:cs="Arial"/>
                <w:color w:val="1F1F1F"/>
              </w:rPr>
              <w:t xml:space="preserve"> – </w:t>
            </w:r>
            <w:proofErr w:type="spellStart"/>
            <w:r w:rsidRPr="00372A46">
              <w:rPr>
                <w:rFonts w:cs="Arial"/>
                <w:color w:val="1F1F1F"/>
              </w:rPr>
              <w:t>Taksim</w:t>
            </w:r>
            <w:proofErr w:type="spellEnd"/>
          </w:p>
        </w:tc>
        <w:tc>
          <w:tcPr>
            <w:tcW w:w="1392" w:type="pct"/>
            <w:vAlign w:val="center"/>
            <w:hideMark/>
          </w:tcPr>
          <w:p w14:paraId="49727A4C" w14:textId="77777777" w:rsidR="00D13534" w:rsidRPr="00372A46" w:rsidRDefault="00D13534" w:rsidP="00AF0C57">
            <w:pPr>
              <w:jc w:val="center"/>
              <w:rPr>
                <w:rFonts w:cs="Arial"/>
                <w:color w:val="1F1F1F"/>
                <w:lang w:val="es-CO"/>
              </w:rPr>
            </w:pPr>
            <w:r w:rsidRPr="00372A46">
              <w:rPr>
                <w:rFonts w:cs="Arial"/>
                <w:color w:val="1F1F1F"/>
                <w:lang w:val="es-CO"/>
              </w:rPr>
              <w:t>4 estrellas</w:t>
            </w:r>
          </w:p>
        </w:tc>
        <w:tc>
          <w:tcPr>
            <w:tcW w:w="1389"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13534" w:rsidRPr="00372A46" w14:paraId="3F027690" w14:textId="77777777" w:rsidTr="00AF0C57">
              <w:trPr>
                <w:tblCellSpacing w:w="15" w:type="dxa"/>
              </w:trPr>
              <w:tc>
                <w:tcPr>
                  <w:tcW w:w="0" w:type="auto"/>
                  <w:vAlign w:val="center"/>
                  <w:hideMark/>
                </w:tcPr>
                <w:p w14:paraId="47CA82A3" w14:textId="77777777" w:rsidR="00D13534" w:rsidRPr="00372A46" w:rsidRDefault="00D13534" w:rsidP="00AF0C57">
                  <w:pPr>
                    <w:spacing w:after="0"/>
                    <w:jc w:val="center"/>
                    <w:rPr>
                      <w:rFonts w:cs="Arial"/>
                      <w:color w:val="1F1F1F"/>
                      <w:lang w:val="es-CO"/>
                    </w:rPr>
                  </w:pPr>
                </w:p>
              </w:tc>
            </w:tr>
          </w:tbl>
          <w:p w14:paraId="5C8B59DD" w14:textId="77777777" w:rsidR="00D13534" w:rsidRPr="00372A46" w:rsidRDefault="00D13534" w:rsidP="00AF0C57">
            <w:pPr>
              <w:jc w:val="center"/>
              <w:rPr>
                <w:rFonts w:cs="Arial"/>
                <w:vanish/>
                <w:color w:val="1F1F1F"/>
                <w:lang w:val="es-CO"/>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856"/>
            </w:tblGrid>
            <w:tr w:rsidR="00D13534" w:rsidRPr="00372A46" w14:paraId="3EDAD47D" w14:textId="77777777" w:rsidTr="00AF0C57">
              <w:trPr>
                <w:tblCellSpacing w:w="15" w:type="dxa"/>
                <w:jc w:val="center"/>
              </w:trPr>
              <w:tc>
                <w:tcPr>
                  <w:tcW w:w="0" w:type="auto"/>
                  <w:vAlign w:val="center"/>
                  <w:hideMark/>
                </w:tcPr>
                <w:p w14:paraId="69034E2C" w14:textId="77777777" w:rsidR="00D13534" w:rsidRPr="00372A46" w:rsidRDefault="00D13534" w:rsidP="00AF0C57">
                  <w:pPr>
                    <w:spacing w:after="0"/>
                    <w:jc w:val="center"/>
                    <w:rPr>
                      <w:rFonts w:cs="Arial"/>
                      <w:color w:val="1F1F1F"/>
                    </w:rPr>
                  </w:pPr>
                  <w:r w:rsidRPr="00372A46">
                    <w:rPr>
                      <w:rFonts w:cs="Arial"/>
                      <w:color w:val="1F1F1F"/>
                    </w:rPr>
                    <w:t xml:space="preserve">Occidental </w:t>
                  </w:r>
                  <w:proofErr w:type="spellStart"/>
                  <w:r w:rsidRPr="00372A46">
                    <w:rPr>
                      <w:rFonts w:cs="Arial"/>
                      <w:color w:val="1F1F1F"/>
                    </w:rPr>
                    <w:t>Taksim</w:t>
                  </w:r>
                  <w:proofErr w:type="spellEnd"/>
                </w:p>
              </w:tc>
            </w:tr>
          </w:tbl>
          <w:p w14:paraId="6C168577" w14:textId="77777777" w:rsidR="00D13534" w:rsidRPr="00372A46" w:rsidRDefault="00D13534" w:rsidP="00AF0C57">
            <w:pPr>
              <w:jc w:val="center"/>
              <w:rPr>
                <w:rFonts w:cs="Arial"/>
                <w:color w:val="1F1F1F"/>
                <w:lang w:val="es-CO"/>
              </w:rPr>
            </w:pPr>
          </w:p>
        </w:tc>
        <w:tc>
          <w:tcPr>
            <w:tcW w:w="2058" w:type="pct"/>
            <w:vAlign w:val="center"/>
          </w:tcPr>
          <w:p w14:paraId="40D9ED24" w14:textId="77777777" w:rsidR="00D13534" w:rsidRPr="00372A46" w:rsidRDefault="00D13534" w:rsidP="00AF0C57">
            <w:pPr>
              <w:spacing w:line="360" w:lineRule="auto"/>
              <w:jc w:val="center"/>
              <w:rPr>
                <w:rFonts w:cs="Arial"/>
                <w:color w:val="1F1F1F"/>
                <w:lang w:val="es-CO"/>
              </w:rPr>
            </w:pPr>
            <w:r w:rsidRPr="00372A46">
              <w:rPr>
                <w:rFonts w:cs="Arial"/>
                <w:noProof/>
              </w:rPr>
              <w:drawing>
                <wp:inline distT="0" distB="0" distL="0" distR="0" wp14:anchorId="6CB463BE" wp14:editId="0D6CFD3E">
                  <wp:extent cx="1331844" cy="740376"/>
                  <wp:effectExtent l="0" t="0" r="1905" b="3175"/>
                  <wp:docPr id="1633235015" name="Imagen 2" descr="OTTOMAN'S LIFE HOTEL DELUXE desde $ 290.441 (Estambul, Turquí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TTOMAN'S LIFE HOTEL DELUXE desde $ 290.441 (Estambul, Turquía) - opiniones  y comentarios - hotel - Tripadvis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9610" cy="750252"/>
                          </a:xfrm>
                          <a:prstGeom prst="rect">
                            <a:avLst/>
                          </a:prstGeom>
                          <a:noFill/>
                          <a:ln>
                            <a:noFill/>
                          </a:ln>
                        </pic:spPr>
                      </pic:pic>
                    </a:graphicData>
                  </a:graphic>
                </wp:inline>
              </w:drawing>
            </w:r>
          </w:p>
        </w:tc>
      </w:tr>
      <w:tr w:rsidR="00D13534" w:rsidRPr="00372A46" w14:paraId="447F48AC" w14:textId="77777777" w:rsidTr="00AF0C57">
        <w:trPr>
          <w:trHeight w:val="389"/>
        </w:trPr>
        <w:tc>
          <w:tcPr>
            <w:tcW w:w="162" w:type="pct"/>
            <w:vAlign w:val="center"/>
            <w:hideMark/>
          </w:tcPr>
          <w:p w14:paraId="451EE650" w14:textId="77777777" w:rsidR="00D13534" w:rsidRPr="00372A46" w:rsidRDefault="00D13534" w:rsidP="00AF0C57">
            <w:pPr>
              <w:rPr>
                <w:rFonts w:cs="Arial"/>
                <w:color w:val="1F1F1F"/>
                <w:lang w:val="es-CO"/>
              </w:rPr>
            </w:pPr>
            <w:proofErr w:type="spellStart"/>
            <w:r w:rsidRPr="00372A46">
              <w:rPr>
                <w:rFonts w:cs="Arial"/>
                <w:color w:val="1F1F1F"/>
              </w:rPr>
              <w:t>Estambul</w:t>
            </w:r>
            <w:proofErr w:type="spellEnd"/>
            <w:r w:rsidRPr="00372A46">
              <w:rPr>
                <w:rFonts w:cs="Arial"/>
                <w:color w:val="1F1F1F"/>
              </w:rPr>
              <w:t xml:space="preserve"> – Old City</w:t>
            </w:r>
          </w:p>
        </w:tc>
        <w:tc>
          <w:tcPr>
            <w:tcW w:w="1392" w:type="pct"/>
            <w:vAlign w:val="center"/>
            <w:hideMark/>
          </w:tcPr>
          <w:p w14:paraId="4D76765C" w14:textId="77777777" w:rsidR="00D13534" w:rsidRPr="00372A46" w:rsidRDefault="00D13534" w:rsidP="00AF0C57">
            <w:pPr>
              <w:jc w:val="center"/>
              <w:rPr>
                <w:rFonts w:cs="Arial"/>
                <w:color w:val="1F1F1F"/>
                <w:lang w:val="es-CO"/>
              </w:rPr>
            </w:pPr>
            <w:r w:rsidRPr="00372A46">
              <w:rPr>
                <w:rFonts w:cs="Arial"/>
                <w:color w:val="1F1F1F"/>
                <w:lang w:val="es-CO"/>
              </w:rPr>
              <w:t>5 estrellas</w:t>
            </w:r>
          </w:p>
        </w:tc>
        <w:tc>
          <w:tcPr>
            <w:tcW w:w="1389"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13534" w:rsidRPr="00372A46" w14:paraId="39B7B1C5" w14:textId="77777777" w:rsidTr="00AF0C57">
              <w:trPr>
                <w:tblCellSpacing w:w="15" w:type="dxa"/>
              </w:trPr>
              <w:tc>
                <w:tcPr>
                  <w:tcW w:w="0" w:type="auto"/>
                  <w:vAlign w:val="center"/>
                  <w:hideMark/>
                </w:tcPr>
                <w:p w14:paraId="54A78575" w14:textId="77777777" w:rsidR="00D13534" w:rsidRPr="00372A46" w:rsidRDefault="00D13534" w:rsidP="00AF0C57">
                  <w:pPr>
                    <w:spacing w:after="0"/>
                    <w:jc w:val="center"/>
                    <w:rPr>
                      <w:rFonts w:cs="Arial"/>
                      <w:color w:val="1F1F1F"/>
                    </w:rPr>
                  </w:pPr>
                </w:p>
              </w:tc>
            </w:tr>
          </w:tbl>
          <w:p w14:paraId="572BAB5B" w14:textId="77777777" w:rsidR="00D13534" w:rsidRPr="00372A46" w:rsidRDefault="00D13534" w:rsidP="00AF0C57">
            <w:pPr>
              <w:jc w:val="center"/>
              <w:rPr>
                <w:rFonts w:cs="Arial"/>
                <w:color w:val="1F1F1F"/>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856"/>
            </w:tblGrid>
            <w:tr w:rsidR="00D13534" w:rsidRPr="00372A46" w14:paraId="2725E810" w14:textId="77777777" w:rsidTr="00AF0C57">
              <w:trPr>
                <w:tblCellSpacing w:w="15" w:type="dxa"/>
                <w:jc w:val="center"/>
              </w:trPr>
              <w:tc>
                <w:tcPr>
                  <w:tcW w:w="0" w:type="auto"/>
                  <w:vAlign w:val="center"/>
                  <w:hideMark/>
                </w:tcPr>
                <w:p w14:paraId="4159A544" w14:textId="77777777" w:rsidR="00D13534" w:rsidRPr="00372A46" w:rsidRDefault="00D13534" w:rsidP="00AF0C57">
                  <w:pPr>
                    <w:spacing w:after="0"/>
                    <w:jc w:val="center"/>
                    <w:rPr>
                      <w:rFonts w:cs="Arial"/>
                      <w:color w:val="1F1F1F"/>
                    </w:rPr>
                  </w:pPr>
                  <w:r w:rsidRPr="00372A46">
                    <w:rPr>
                      <w:rFonts w:cs="Arial"/>
                      <w:color w:val="1F1F1F"/>
                    </w:rPr>
                    <w:t xml:space="preserve">Dosso </w:t>
                  </w:r>
                  <w:proofErr w:type="spellStart"/>
                  <w:r w:rsidRPr="00372A46">
                    <w:rPr>
                      <w:rFonts w:cs="Arial"/>
                      <w:color w:val="1F1F1F"/>
                    </w:rPr>
                    <w:t>Dossi</w:t>
                  </w:r>
                  <w:proofErr w:type="spellEnd"/>
                  <w:r w:rsidRPr="00372A46">
                    <w:rPr>
                      <w:rFonts w:cs="Arial"/>
                      <w:color w:val="1F1F1F"/>
                    </w:rPr>
                    <w:t xml:space="preserve"> </w:t>
                  </w:r>
                  <w:proofErr w:type="gramStart"/>
                  <w:r w:rsidRPr="00372A46">
                    <w:rPr>
                      <w:rFonts w:cs="Arial"/>
                      <w:color w:val="1F1F1F"/>
                    </w:rPr>
                    <w:t>Down town</w:t>
                  </w:r>
                  <w:proofErr w:type="gramEnd"/>
                </w:p>
              </w:tc>
            </w:tr>
          </w:tbl>
          <w:p w14:paraId="744476CA" w14:textId="77777777" w:rsidR="00D13534" w:rsidRPr="00372A46" w:rsidRDefault="00D13534" w:rsidP="00AF0C57">
            <w:pPr>
              <w:jc w:val="center"/>
              <w:rPr>
                <w:rFonts w:cs="Arial"/>
                <w:color w:val="1F1F1F"/>
              </w:rPr>
            </w:pPr>
          </w:p>
        </w:tc>
        <w:tc>
          <w:tcPr>
            <w:tcW w:w="2058" w:type="pct"/>
            <w:vAlign w:val="center"/>
          </w:tcPr>
          <w:p w14:paraId="018E2071" w14:textId="77777777" w:rsidR="00D13534" w:rsidRPr="00372A46" w:rsidRDefault="00D13534" w:rsidP="00AF0C57">
            <w:pPr>
              <w:spacing w:line="360" w:lineRule="auto"/>
              <w:jc w:val="center"/>
              <w:rPr>
                <w:rFonts w:cs="Arial"/>
                <w:color w:val="1F1F1F"/>
              </w:rPr>
            </w:pPr>
            <w:r w:rsidRPr="00372A46">
              <w:rPr>
                <w:rFonts w:cs="Arial"/>
                <w:noProof/>
              </w:rPr>
              <w:drawing>
                <wp:inline distT="0" distB="0" distL="0" distR="0" wp14:anchorId="0245D04F" wp14:editId="270D6DB4">
                  <wp:extent cx="1368490" cy="720090"/>
                  <wp:effectExtent l="0" t="0" r="3175" b="3810"/>
                  <wp:docPr id="56684723" name="Imagen 1" descr="Dosso Dossi Hotels &amp; SPA Downtown, Estambul (precios actualizados al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so Dossi Hotels &amp; SPA Downtown, Estambul (precios actualizados al 20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1447678" cy="761758"/>
                          </a:xfrm>
                          <a:prstGeom prst="rect">
                            <a:avLst/>
                          </a:prstGeom>
                          <a:noFill/>
                          <a:ln>
                            <a:noFill/>
                          </a:ln>
                        </pic:spPr>
                      </pic:pic>
                    </a:graphicData>
                  </a:graphic>
                </wp:inline>
              </w:drawing>
            </w:r>
          </w:p>
        </w:tc>
      </w:tr>
      <w:tr w:rsidR="00D13534" w:rsidRPr="00372A46" w14:paraId="49377B8D" w14:textId="77777777" w:rsidTr="00AF0C57">
        <w:trPr>
          <w:trHeight w:val="389"/>
        </w:trPr>
        <w:tc>
          <w:tcPr>
            <w:tcW w:w="162" w:type="pct"/>
            <w:vAlign w:val="center"/>
            <w:hideMark/>
          </w:tcPr>
          <w:p w14:paraId="6213BC1C" w14:textId="6F2B0FAF" w:rsidR="00D13534" w:rsidRPr="00372A46" w:rsidRDefault="00D13534" w:rsidP="00AF0C57">
            <w:pPr>
              <w:jc w:val="center"/>
              <w:rPr>
                <w:rFonts w:cs="Arial"/>
                <w:color w:val="1F1F1F"/>
                <w:lang w:val="es-CO"/>
              </w:rPr>
            </w:pPr>
            <w:proofErr w:type="spellStart"/>
            <w:r w:rsidRPr="00372A46">
              <w:rPr>
                <w:rFonts w:cs="Arial"/>
                <w:color w:val="1F1F1F"/>
              </w:rPr>
              <w:t>Estambul</w:t>
            </w:r>
            <w:proofErr w:type="spellEnd"/>
            <w:r w:rsidRPr="00372A46">
              <w:rPr>
                <w:rFonts w:cs="Arial"/>
                <w:color w:val="1F1F1F"/>
              </w:rPr>
              <w:t xml:space="preserve"> – </w:t>
            </w:r>
            <w:proofErr w:type="spellStart"/>
            <w:r w:rsidRPr="00372A46">
              <w:rPr>
                <w:rFonts w:cs="Arial"/>
                <w:color w:val="1F1F1F"/>
              </w:rPr>
              <w:t>Taskim</w:t>
            </w:r>
            <w:proofErr w:type="spellEnd"/>
            <w:r w:rsidRPr="00372A46">
              <w:rPr>
                <w:rFonts w:cs="Arial"/>
                <w:color w:val="1F1F1F"/>
              </w:rPr>
              <w:t xml:space="preserve"> </w:t>
            </w:r>
          </w:p>
        </w:tc>
        <w:tc>
          <w:tcPr>
            <w:tcW w:w="1392" w:type="pct"/>
            <w:vAlign w:val="center"/>
            <w:hideMark/>
          </w:tcPr>
          <w:p w14:paraId="2A246A5F" w14:textId="77777777" w:rsidR="00D13534" w:rsidRPr="00372A46" w:rsidRDefault="00D13534" w:rsidP="00AF0C57">
            <w:pPr>
              <w:jc w:val="center"/>
              <w:rPr>
                <w:rFonts w:cs="Arial"/>
                <w:color w:val="1F1F1F"/>
                <w:lang w:val="es-CO"/>
              </w:rPr>
            </w:pPr>
            <w:r w:rsidRPr="00372A46">
              <w:rPr>
                <w:rFonts w:cs="Arial"/>
                <w:color w:val="1F1F1F"/>
                <w:lang w:val="es-CO"/>
              </w:rPr>
              <w:t>5 estrellas</w:t>
            </w:r>
          </w:p>
        </w:tc>
        <w:tc>
          <w:tcPr>
            <w:tcW w:w="1389" w:type="pct"/>
            <w:vAlign w:val="center"/>
            <w:hideMark/>
          </w:tcPr>
          <w:p w14:paraId="52117D13" w14:textId="77777777" w:rsidR="00D13534" w:rsidRPr="00372A46" w:rsidRDefault="00D13534" w:rsidP="00AF0C57">
            <w:pPr>
              <w:jc w:val="center"/>
              <w:rPr>
                <w:rFonts w:cs="Arial"/>
                <w:color w:val="1F1F1F"/>
              </w:rPr>
            </w:pPr>
            <w:r w:rsidRPr="00372A46">
              <w:rPr>
                <w:rFonts w:cs="Arial"/>
                <w:color w:val="1F1F1F"/>
              </w:rPr>
              <w:t xml:space="preserve">Point Hotel </w:t>
            </w:r>
            <w:proofErr w:type="spellStart"/>
            <w:r w:rsidRPr="00372A46">
              <w:rPr>
                <w:rFonts w:cs="Arial"/>
                <w:color w:val="1F1F1F"/>
              </w:rPr>
              <w:t>Taksim</w:t>
            </w:r>
            <w:proofErr w:type="spellEnd"/>
          </w:p>
        </w:tc>
        <w:tc>
          <w:tcPr>
            <w:tcW w:w="2058" w:type="pct"/>
            <w:vAlign w:val="center"/>
          </w:tcPr>
          <w:p w14:paraId="03F83572" w14:textId="77777777" w:rsidR="00D13534" w:rsidRPr="00372A46" w:rsidRDefault="00D13534" w:rsidP="00AF0C57">
            <w:pPr>
              <w:jc w:val="center"/>
              <w:rPr>
                <w:rFonts w:cs="Arial"/>
                <w:noProof/>
              </w:rPr>
            </w:pPr>
          </w:p>
          <w:p w14:paraId="64270D56" w14:textId="77777777" w:rsidR="00D13534" w:rsidRPr="00372A46" w:rsidRDefault="00D13534" w:rsidP="00541DEE">
            <w:pPr>
              <w:spacing w:before="120" w:line="360" w:lineRule="auto"/>
              <w:jc w:val="center"/>
              <w:rPr>
                <w:rFonts w:cs="Arial"/>
                <w:color w:val="1F1F1F"/>
              </w:rPr>
            </w:pPr>
            <w:r w:rsidRPr="00372A46">
              <w:rPr>
                <w:rFonts w:cs="Arial"/>
                <w:noProof/>
              </w:rPr>
              <w:drawing>
                <wp:inline distT="0" distB="0" distL="0" distR="0" wp14:anchorId="18E8B866" wp14:editId="34AB8507">
                  <wp:extent cx="1359390" cy="755374"/>
                  <wp:effectExtent l="0" t="0" r="0" b="6985"/>
                  <wp:docPr id="80635383" name="Imagen 2" descr="POINT HOTEL TAKSIM (Estambul, Turquía): reseñas y preci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INT HOTEL TAKSIM (Estambul, Turquía): reseñas y precios 20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1372213" cy="762499"/>
                          </a:xfrm>
                          <a:prstGeom prst="rect">
                            <a:avLst/>
                          </a:prstGeom>
                          <a:noFill/>
                          <a:ln>
                            <a:noFill/>
                          </a:ln>
                        </pic:spPr>
                      </pic:pic>
                    </a:graphicData>
                  </a:graphic>
                </wp:inline>
              </w:drawing>
            </w:r>
          </w:p>
        </w:tc>
      </w:tr>
      <w:tr w:rsidR="00D13534" w:rsidRPr="00372A46" w14:paraId="169B0BFB" w14:textId="77777777" w:rsidTr="00AF0C57">
        <w:trPr>
          <w:trHeight w:val="389"/>
        </w:trPr>
        <w:tc>
          <w:tcPr>
            <w:tcW w:w="162" w:type="pct"/>
            <w:vAlign w:val="center"/>
            <w:hideMark/>
          </w:tcPr>
          <w:p w14:paraId="708BABDB" w14:textId="77777777" w:rsidR="00D13534" w:rsidRPr="00372A46" w:rsidRDefault="00D13534" w:rsidP="00AF0C57">
            <w:pPr>
              <w:jc w:val="center"/>
              <w:rPr>
                <w:rFonts w:cs="Arial"/>
                <w:color w:val="1F1F1F"/>
                <w:lang w:val="es-CO"/>
              </w:rPr>
            </w:pPr>
            <w:proofErr w:type="spellStart"/>
            <w:r w:rsidRPr="00372A46">
              <w:rPr>
                <w:rFonts w:cs="Arial"/>
                <w:color w:val="1F1F1F"/>
              </w:rPr>
              <w:t>Estambul</w:t>
            </w:r>
            <w:proofErr w:type="spellEnd"/>
            <w:r w:rsidRPr="00372A46">
              <w:rPr>
                <w:rFonts w:cs="Arial"/>
                <w:color w:val="1F1F1F"/>
                <w:lang w:val="es-CO"/>
              </w:rPr>
              <w:t xml:space="preserve">– </w:t>
            </w:r>
            <w:proofErr w:type="spellStart"/>
            <w:r w:rsidRPr="00372A46">
              <w:rPr>
                <w:rFonts w:cs="Arial"/>
                <w:color w:val="1F1F1F"/>
                <w:lang w:val="es-CO"/>
              </w:rPr>
              <w:t>Taskim</w:t>
            </w:r>
            <w:proofErr w:type="spellEnd"/>
            <w:r w:rsidRPr="00372A46">
              <w:rPr>
                <w:rFonts w:cs="Arial"/>
                <w:color w:val="1F1F1F"/>
                <w:lang w:val="es-CO"/>
              </w:rPr>
              <w:t xml:space="preserve"> </w:t>
            </w:r>
          </w:p>
        </w:tc>
        <w:tc>
          <w:tcPr>
            <w:tcW w:w="1392" w:type="pct"/>
            <w:vAlign w:val="center"/>
            <w:hideMark/>
          </w:tcPr>
          <w:p w14:paraId="394CF662" w14:textId="77777777" w:rsidR="00D13534" w:rsidRPr="00372A46" w:rsidRDefault="00D13534" w:rsidP="00AF0C57">
            <w:pPr>
              <w:jc w:val="center"/>
              <w:rPr>
                <w:rFonts w:cs="Arial"/>
                <w:color w:val="1F1F1F"/>
                <w:lang w:val="es-CO"/>
              </w:rPr>
            </w:pPr>
            <w:r w:rsidRPr="00372A46">
              <w:rPr>
                <w:rFonts w:cs="Arial"/>
                <w:color w:val="1F1F1F"/>
                <w:lang w:val="es-CO"/>
              </w:rPr>
              <w:t>5 estrellas</w:t>
            </w:r>
          </w:p>
        </w:tc>
        <w:tc>
          <w:tcPr>
            <w:tcW w:w="1389" w:type="pct"/>
            <w:vAlign w:val="center"/>
            <w:hideMark/>
          </w:tcPr>
          <w:p w14:paraId="5894D0F6" w14:textId="77777777" w:rsidR="00D13534" w:rsidRPr="00372A46" w:rsidRDefault="00D13534" w:rsidP="00AF0C57">
            <w:pPr>
              <w:jc w:val="center"/>
              <w:rPr>
                <w:rFonts w:cs="Arial"/>
                <w:color w:val="1F1F1F"/>
              </w:rPr>
            </w:pPr>
            <w:r w:rsidRPr="00372A46">
              <w:rPr>
                <w:rFonts w:cs="Arial"/>
                <w:color w:val="1F1F1F"/>
              </w:rPr>
              <w:t>Barceló Istanbul</w:t>
            </w:r>
          </w:p>
        </w:tc>
        <w:tc>
          <w:tcPr>
            <w:tcW w:w="2058" w:type="pct"/>
            <w:vAlign w:val="center"/>
          </w:tcPr>
          <w:p w14:paraId="79679A65" w14:textId="0B408097" w:rsidR="00D13534" w:rsidRPr="005164BC" w:rsidRDefault="005164BC" w:rsidP="00541DEE">
            <w:pPr>
              <w:spacing w:before="120" w:line="360" w:lineRule="auto"/>
              <w:jc w:val="center"/>
              <w:rPr>
                <w:rFonts w:cs="Arial"/>
                <w:noProof/>
              </w:rPr>
            </w:pPr>
            <w:r w:rsidRPr="00372A46">
              <w:rPr>
                <w:rFonts w:cs="Arial"/>
                <w:noProof/>
              </w:rPr>
              <w:drawing>
                <wp:inline distT="0" distB="0" distL="0" distR="0" wp14:anchorId="703EE817" wp14:editId="587E8571">
                  <wp:extent cx="1219089" cy="677414"/>
                  <wp:effectExtent l="0" t="0" r="635" b="8890"/>
                  <wp:docPr id="1284260279" name="Imagen 3" descr="BARCELÓ ISTANBUL desde $ 567.669 (Estambul, Turquí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CELÓ ISTANBUL desde $ 567.669 (Estambul, Turquía) - opiniones y  comentarios - hotel - Tripadvis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1241713" cy="689985"/>
                          </a:xfrm>
                          <a:prstGeom prst="rect">
                            <a:avLst/>
                          </a:prstGeom>
                          <a:noFill/>
                          <a:ln>
                            <a:noFill/>
                          </a:ln>
                        </pic:spPr>
                      </pic:pic>
                    </a:graphicData>
                  </a:graphic>
                </wp:inline>
              </w:drawing>
            </w:r>
          </w:p>
        </w:tc>
      </w:tr>
    </w:tbl>
    <w:p w14:paraId="26F09B4E" w14:textId="33D3882B" w:rsidR="00E93531" w:rsidRPr="00541DEE" w:rsidRDefault="00D13534" w:rsidP="005164BC">
      <w:pPr>
        <w:pStyle w:val="Textoindependiente"/>
        <w:widowControl w:val="0"/>
        <w:numPr>
          <w:ilvl w:val="0"/>
          <w:numId w:val="15"/>
        </w:numPr>
        <w:autoSpaceDE w:val="0"/>
        <w:autoSpaceDN w:val="0"/>
        <w:adjustRightInd w:val="0"/>
        <w:spacing w:after="0" w:line="360" w:lineRule="auto"/>
        <w:jc w:val="both"/>
        <w:rPr>
          <w:rFonts w:cs="Arial"/>
          <w:lang w:val="es-CO"/>
        </w:rPr>
      </w:pPr>
      <w:r w:rsidRPr="00372A46">
        <w:rPr>
          <w:rFonts w:cs="Arial"/>
          <w:lang w:val="es-CO"/>
        </w:rPr>
        <w:t>Nota: Los hoteles asignados pueden variar por disponibilidad operativa o factores externos. En caso de cambios, se confirmarán alternativas de categoría similar para garantizar una experiencia adecuada.</w:t>
      </w:r>
    </w:p>
    <w:p w14:paraId="7111CDAF" w14:textId="77777777" w:rsidR="00E93531" w:rsidRPr="005164BC" w:rsidRDefault="00E93531" w:rsidP="005164BC">
      <w:pPr>
        <w:rPr>
          <w:rFonts w:eastAsiaTheme="minorEastAsia" w:cs="Arial"/>
          <w:lang w:val="es-CO"/>
        </w:rPr>
      </w:pPr>
    </w:p>
    <w:p w14:paraId="35C452B4" w14:textId="3A396441" w:rsidR="000040B3" w:rsidRPr="005164BC" w:rsidRDefault="00145FE2" w:rsidP="005164BC">
      <w:pPr>
        <w:pStyle w:val="Ttulo2"/>
        <w:keepNext w:val="0"/>
        <w:keepLines w:val="0"/>
        <w:spacing w:before="0" w:after="120"/>
        <w:rPr>
          <w:rFonts w:ascii="Arial" w:eastAsia="Arial" w:hAnsi="Arial" w:cs="Arial"/>
          <w:color w:val="59C119"/>
          <w:lang w:val="es-419"/>
        </w:rPr>
      </w:pPr>
      <w:r w:rsidRPr="00145FE2">
        <w:rPr>
          <w:rFonts w:ascii="Arial" w:eastAsia="Arial" w:hAnsi="Arial" w:cs="Arial"/>
          <w:color w:val="59C119"/>
          <w:lang w:val="es-419"/>
        </w:rPr>
        <w:t>SALIDA</w:t>
      </w:r>
      <w:r w:rsidR="005164BC">
        <w:rPr>
          <w:rFonts w:ascii="Arial" w:eastAsia="Arial" w:hAnsi="Arial" w:cs="Arial"/>
          <w:color w:val="59C119"/>
          <w:lang w:val="es-419"/>
        </w:rPr>
        <w:t>S</w:t>
      </w:r>
    </w:p>
    <w:tbl>
      <w:tblPr>
        <w:tblStyle w:val="Tablaconcuadrcula"/>
        <w:tblW w:w="5000" w:type="pct"/>
        <w:tblLook w:val="04A0" w:firstRow="1" w:lastRow="0" w:firstColumn="1" w:lastColumn="0" w:noHBand="0" w:noVBand="1"/>
      </w:tblPr>
      <w:tblGrid>
        <w:gridCol w:w="5061"/>
        <w:gridCol w:w="3569"/>
      </w:tblGrid>
      <w:tr w:rsidR="005D40E5" w:rsidRPr="00372A46" w14:paraId="2BF41C47" w14:textId="77777777" w:rsidTr="005164BC">
        <w:tc>
          <w:tcPr>
            <w:tcW w:w="2932" w:type="pct"/>
            <w:shd w:val="clear" w:color="auto" w:fill="59C119"/>
            <w:hideMark/>
          </w:tcPr>
          <w:p w14:paraId="074C7E8C" w14:textId="77777777" w:rsidR="005D40E5" w:rsidRPr="00372A46" w:rsidRDefault="005D40E5" w:rsidP="00AF0C57">
            <w:pPr>
              <w:jc w:val="center"/>
              <w:rPr>
                <w:rFonts w:cs="Arial"/>
                <w:b/>
                <w:bCs/>
                <w:color w:val="FFFFFF" w:themeColor="background1"/>
                <w:lang w:val="es-CO"/>
              </w:rPr>
            </w:pPr>
            <w:r w:rsidRPr="00372A46">
              <w:rPr>
                <w:rFonts w:cs="Arial"/>
                <w:b/>
                <w:bCs/>
                <w:color w:val="FFFFFF" w:themeColor="background1"/>
                <w:lang w:val="es-CO"/>
              </w:rPr>
              <w:t>PERÍODO</w:t>
            </w:r>
          </w:p>
        </w:tc>
        <w:tc>
          <w:tcPr>
            <w:tcW w:w="2068" w:type="pct"/>
            <w:shd w:val="clear" w:color="auto" w:fill="59C119"/>
            <w:hideMark/>
          </w:tcPr>
          <w:p w14:paraId="1C9F7264" w14:textId="77777777" w:rsidR="005D40E5" w:rsidRPr="00372A46" w:rsidRDefault="005D40E5" w:rsidP="00AF0C57">
            <w:pPr>
              <w:jc w:val="center"/>
              <w:rPr>
                <w:rFonts w:cs="Arial"/>
                <w:b/>
                <w:bCs/>
                <w:color w:val="FFFFFF" w:themeColor="background1"/>
                <w:lang w:val="es-CO"/>
              </w:rPr>
            </w:pPr>
            <w:r w:rsidRPr="00372A46">
              <w:rPr>
                <w:rFonts w:cs="Arial"/>
                <w:b/>
                <w:bCs/>
                <w:color w:val="FFFFFF" w:themeColor="background1"/>
                <w:lang w:val="es-CO"/>
              </w:rPr>
              <w:t>DÍAS DE SALIDA</w:t>
            </w:r>
          </w:p>
        </w:tc>
      </w:tr>
      <w:tr w:rsidR="005D40E5" w:rsidRPr="00372A46" w14:paraId="3FBB0351" w14:textId="77777777" w:rsidTr="005164BC">
        <w:tc>
          <w:tcPr>
            <w:tcW w:w="2932" w:type="pct"/>
            <w:hideMark/>
          </w:tcPr>
          <w:p w14:paraId="4EEDA13D" w14:textId="122A339C" w:rsidR="005D40E5" w:rsidRPr="00372A46" w:rsidRDefault="005D40E5" w:rsidP="00AF0C57">
            <w:pPr>
              <w:pStyle w:val="Textoindependiente"/>
              <w:widowControl w:val="0"/>
              <w:autoSpaceDE w:val="0"/>
              <w:autoSpaceDN w:val="0"/>
              <w:adjustRightInd w:val="0"/>
              <w:spacing w:after="0" w:line="360" w:lineRule="auto"/>
              <w:ind w:left="720"/>
              <w:rPr>
                <w:rFonts w:cs="Arial"/>
                <w:lang w:val="es-CO"/>
              </w:rPr>
            </w:pPr>
            <w:r w:rsidRPr="00145FE2">
              <w:rPr>
                <w:rFonts w:eastAsiaTheme="minorEastAsia" w:cs="Arial"/>
                <w:lang w:val="es-CO"/>
              </w:rPr>
              <w:t>01 abril 2026 – 31 marzo 2027</w:t>
            </w:r>
          </w:p>
        </w:tc>
        <w:tc>
          <w:tcPr>
            <w:tcW w:w="2068" w:type="pct"/>
            <w:hideMark/>
          </w:tcPr>
          <w:p w14:paraId="0D4F8C03" w14:textId="66767E42" w:rsidR="005D40E5" w:rsidRPr="00372A46" w:rsidRDefault="005D40E5" w:rsidP="005D40E5">
            <w:pPr>
              <w:pStyle w:val="Textoindependiente"/>
              <w:widowControl w:val="0"/>
              <w:autoSpaceDE w:val="0"/>
              <w:autoSpaceDN w:val="0"/>
              <w:adjustRightInd w:val="0"/>
              <w:spacing w:after="0" w:line="360" w:lineRule="auto"/>
              <w:rPr>
                <w:rFonts w:cs="Arial"/>
                <w:lang w:val="es-CO"/>
              </w:rPr>
            </w:pPr>
            <w:r w:rsidRPr="00372A46">
              <w:rPr>
                <w:rFonts w:cs="Arial"/>
                <w:lang w:val="es-CO"/>
              </w:rPr>
              <w:t xml:space="preserve">Sábado – Domingo - </w:t>
            </w:r>
            <w:proofErr w:type="gramStart"/>
            <w:r w:rsidRPr="00372A46">
              <w:rPr>
                <w:rFonts w:cs="Arial"/>
                <w:lang w:val="es-CO"/>
              </w:rPr>
              <w:t>Lunes</w:t>
            </w:r>
            <w:proofErr w:type="gramEnd"/>
          </w:p>
        </w:tc>
      </w:tr>
    </w:tbl>
    <w:p w14:paraId="7F297DCA" w14:textId="77777777" w:rsidR="00145FE2" w:rsidRDefault="00145FE2" w:rsidP="005D40E5">
      <w:pPr>
        <w:rPr>
          <w:rFonts w:eastAsiaTheme="minorEastAsia" w:cs="Arial"/>
          <w:lang w:val="es-CO"/>
        </w:rPr>
      </w:pPr>
    </w:p>
    <w:p w14:paraId="7E0E09F1" w14:textId="77777777" w:rsidR="002C109D" w:rsidRDefault="002C109D" w:rsidP="005D40E5">
      <w:pPr>
        <w:rPr>
          <w:rFonts w:eastAsiaTheme="minorEastAsia" w:cs="Arial"/>
          <w:lang w:val="es-CO"/>
        </w:rPr>
      </w:pPr>
    </w:p>
    <w:p w14:paraId="550FFFCE" w14:textId="77777777" w:rsidR="002C109D" w:rsidRPr="00372A46" w:rsidRDefault="002C109D" w:rsidP="005D40E5">
      <w:pPr>
        <w:rPr>
          <w:rFonts w:eastAsiaTheme="minorEastAsia" w:cs="Arial"/>
          <w:lang w:val="es-CO"/>
        </w:rPr>
      </w:pPr>
    </w:p>
    <w:p w14:paraId="2311D55F" w14:textId="77777777" w:rsidR="00F63049" w:rsidRPr="00372A46" w:rsidRDefault="00F63049" w:rsidP="00105983">
      <w:pPr>
        <w:pStyle w:val="Ttulo2"/>
        <w:keepNext w:val="0"/>
        <w:keepLines w:val="0"/>
        <w:spacing w:before="0" w:after="120"/>
        <w:rPr>
          <w:rFonts w:ascii="Arial" w:eastAsia="Arial" w:hAnsi="Arial" w:cs="Arial"/>
          <w:color w:val="59C119"/>
          <w:lang w:val="es-419"/>
        </w:rPr>
      </w:pPr>
      <w:r w:rsidRPr="00F63049">
        <w:rPr>
          <w:rFonts w:ascii="Arial" w:eastAsia="Arial" w:hAnsi="Arial" w:cs="Arial"/>
          <w:color w:val="59C119"/>
          <w:lang w:val="es-419"/>
        </w:rPr>
        <w:t>INCLUYE</w:t>
      </w:r>
    </w:p>
    <w:p w14:paraId="31CD093A" w14:textId="410A0567" w:rsidR="007944E4" w:rsidRPr="00F63049" w:rsidRDefault="007944E4" w:rsidP="005164BC">
      <w:pPr>
        <w:pStyle w:val="Prrafodelista"/>
        <w:numPr>
          <w:ilvl w:val="0"/>
          <w:numId w:val="15"/>
        </w:numPr>
        <w:rPr>
          <w:rFonts w:cs="Arial"/>
          <w:lang w:val="es-CO"/>
        </w:rPr>
      </w:pPr>
      <w:r w:rsidRPr="00372A46">
        <w:rPr>
          <w:rFonts w:cs="Arial"/>
          <w:lang w:val="es-CO"/>
        </w:rPr>
        <w:t>Alojamiento en hoteles según categoría elegida.</w:t>
      </w:r>
    </w:p>
    <w:p w14:paraId="06C6F3D2" w14:textId="77777777" w:rsidR="005D40E5" w:rsidRPr="00145FE2" w:rsidRDefault="005D40E5" w:rsidP="005164BC">
      <w:pPr>
        <w:pStyle w:val="Prrafodelista"/>
        <w:numPr>
          <w:ilvl w:val="0"/>
          <w:numId w:val="15"/>
        </w:numPr>
        <w:rPr>
          <w:rFonts w:cs="Arial"/>
          <w:lang w:val="es-CO"/>
        </w:rPr>
      </w:pPr>
      <w:r w:rsidRPr="00145FE2">
        <w:rPr>
          <w:rFonts w:cs="Arial"/>
          <w:lang w:val="es-CO"/>
        </w:rPr>
        <w:t>04 noches Estambul A/D.</w:t>
      </w:r>
    </w:p>
    <w:p w14:paraId="1984734B" w14:textId="77777777" w:rsidR="005D40E5" w:rsidRPr="00145FE2" w:rsidRDefault="005D40E5" w:rsidP="005164BC">
      <w:pPr>
        <w:pStyle w:val="Prrafodelista"/>
        <w:numPr>
          <w:ilvl w:val="0"/>
          <w:numId w:val="15"/>
        </w:numPr>
        <w:rPr>
          <w:rFonts w:cs="Arial"/>
          <w:lang w:val="es-CO"/>
        </w:rPr>
      </w:pPr>
      <w:r w:rsidRPr="00145FE2">
        <w:rPr>
          <w:rFonts w:cs="Arial"/>
          <w:lang w:val="es-CO"/>
        </w:rPr>
        <w:t>02 noches Capadocia M/P.</w:t>
      </w:r>
    </w:p>
    <w:p w14:paraId="0947B9F9" w14:textId="77777777" w:rsidR="005D40E5" w:rsidRPr="00145FE2" w:rsidRDefault="005D40E5" w:rsidP="005164BC">
      <w:pPr>
        <w:pStyle w:val="Prrafodelista"/>
        <w:numPr>
          <w:ilvl w:val="0"/>
          <w:numId w:val="15"/>
        </w:numPr>
        <w:rPr>
          <w:rFonts w:cs="Arial"/>
          <w:lang w:val="es-CO"/>
        </w:rPr>
      </w:pPr>
      <w:r w:rsidRPr="00145FE2">
        <w:rPr>
          <w:rFonts w:cs="Arial"/>
          <w:lang w:val="es-CO"/>
        </w:rPr>
        <w:t xml:space="preserve">01 noche </w:t>
      </w:r>
      <w:proofErr w:type="spellStart"/>
      <w:r w:rsidRPr="00145FE2">
        <w:rPr>
          <w:rFonts w:cs="Arial"/>
          <w:lang w:val="es-CO"/>
        </w:rPr>
        <w:t>Pmaukkale</w:t>
      </w:r>
      <w:proofErr w:type="spellEnd"/>
      <w:r w:rsidRPr="00145FE2">
        <w:rPr>
          <w:rFonts w:cs="Arial"/>
          <w:lang w:val="es-CO"/>
        </w:rPr>
        <w:t xml:space="preserve"> M/P.</w:t>
      </w:r>
    </w:p>
    <w:p w14:paraId="1FB64200" w14:textId="77777777" w:rsidR="005D40E5" w:rsidRPr="00145FE2" w:rsidRDefault="005D40E5" w:rsidP="005164BC">
      <w:pPr>
        <w:pStyle w:val="Prrafodelista"/>
        <w:numPr>
          <w:ilvl w:val="0"/>
          <w:numId w:val="15"/>
        </w:numPr>
        <w:rPr>
          <w:rFonts w:cs="Arial"/>
          <w:lang w:val="es-CO"/>
        </w:rPr>
      </w:pPr>
      <w:r w:rsidRPr="00145FE2">
        <w:rPr>
          <w:rFonts w:cs="Arial"/>
          <w:lang w:val="es-CO"/>
        </w:rPr>
        <w:t xml:space="preserve">02 noche Zona Esmirna o </w:t>
      </w:r>
      <w:proofErr w:type="spellStart"/>
      <w:r w:rsidRPr="00145FE2">
        <w:rPr>
          <w:rFonts w:cs="Arial"/>
          <w:lang w:val="es-CO"/>
        </w:rPr>
        <w:t>Kusadasi</w:t>
      </w:r>
      <w:proofErr w:type="spellEnd"/>
      <w:r w:rsidRPr="00145FE2">
        <w:rPr>
          <w:rFonts w:cs="Arial"/>
          <w:lang w:val="es-CO"/>
        </w:rPr>
        <w:t xml:space="preserve"> M/P.</w:t>
      </w:r>
    </w:p>
    <w:p w14:paraId="2E0ECAD9" w14:textId="0836DE43" w:rsidR="005D40E5" w:rsidRPr="00372A46" w:rsidRDefault="005D40E5" w:rsidP="005164BC">
      <w:pPr>
        <w:pStyle w:val="Prrafodelista"/>
        <w:numPr>
          <w:ilvl w:val="0"/>
          <w:numId w:val="15"/>
        </w:numPr>
        <w:rPr>
          <w:rFonts w:cs="Arial"/>
          <w:lang w:val="es-CO"/>
        </w:rPr>
      </w:pPr>
      <w:r w:rsidRPr="00145FE2">
        <w:rPr>
          <w:rFonts w:cs="Arial"/>
          <w:lang w:val="es-CO"/>
        </w:rPr>
        <w:t xml:space="preserve">Comidas según descriptivo: 9 Desayuno y 5 Cenas </w:t>
      </w:r>
      <w:r w:rsidR="001E752D" w:rsidRPr="00372A46">
        <w:rPr>
          <w:rFonts w:cs="Arial"/>
          <w:lang w:val="es-CO"/>
        </w:rPr>
        <w:t>de acuerdo con</w:t>
      </w:r>
      <w:r w:rsidRPr="00145FE2">
        <w:rPr>
          <w:rFonts w:cs="Arial"/>
          <w:lang w:val="es-CO"/>
        </w:rPr>
        <w:t xml:space="preserve"> itinerario.</w:t>
      </w:r>
    </w:p>
    <w:p w14:paraId="0FD81AEF" w14:textId="404B6C94" w:rsidR="000040B3" w:rsidRPr="00145FE2" w:rsidRDefault="000040B3" w:rsidP="005164BC">
      <w:pPr>
        <w:pStyle w:val="Prrafodelista"/>
        <w:numPr>
          <w:ilvl w:val="0"/>
          <w:numId w:val="15"/>
        </w:numPr>
        <w:rPr>
          <w:rFonts w:cs="Arial"/>
          <w:lang w:val="es-CO"/>
        </w:rPr>
      </w:pPr>
      <w:r w:rsidRPr="00372A46">
        <w:rPr>
          <w:rFonts w:cs="Arial"/>
          <w:lang w:val="es-CO"/>
        </w:rPr>
        <w:t>Almuerzos en restaurantes locales según itinerario.</w:t>
      </w:r>
    </w:p>
    <w:p w14:paraId="0888C04D" w14:textId="77777777" w:rsidR="005D40E5" w:rsidRPr="00145FE2" w:rsidRDefault="005D40E5" w:rsidP="005164BC">
      <w:pPr>
        <w:pStyle w:val="Prrafodelista"/>
        <w:numPr>
          <w:ilvl w:val="0"/>
          <w:numId w:val="15"/>
        </w:numPr>
        <w:rPr>
          <w:rFonts w:cs="Arial"/>
          <w:lang w:val="es-CO"/>
        </w:rPr>
      </w:pPr>
      <w:r w:rsidRPr="00145FE2">
        <w:rPr>
          <w:rFonts w:cs="Arial"/>
          <w:lang w:val="es-CO"/>
        </w:rPr>
        <w:t>Guía profesional de habla hispana.</w:t>
      </w:r>
    </w:p>
    <w:p w14:paraId="3B29EF24" w14:textId="741664E7" w:rsidR="00BD21F2" w:rsidRPr="00BD21F2" w:rsidRDefault="00BD21F2" w:rsidP="005164BC">
      <w:pPr>
        <w:pStyle w:val="Prrafodelista"/>
        <w:numPr>
          <w:ilvl w:val="0"/>
          <w:numId w:val="15"/>
        </w:numPr>
        <w:rPr>
          <w:rFonts w:cs="Arial"/>
          <w:lang w:val="es-CO"/>
        </w:rPr>
      </w:pPr>
      <w:r w:rsidRPr="00BD21F2">
        <w:rPr>
          <w:rFonts w:cs="Arial"/>
          <w:lang w:val="es-CO"/>
        </w:rPr>
        <w:t>Traslados aeropuerto de Estambul.</w:t>
      </w:r>
    </w:p>
    <w:p w14:paraId="52C8148A" w14:textId="5E2452E2" w:rsidR="00BD21F2" w:rsidRPr="00BD21F2" w:rsidRDefault="00BD21F2" w:rsidP="005164BC">
      <w:pPr>
        <w:pStyle w:val="Prrafodelista"/>
        <w:numPr>
          <w:ilvl w:val="0"/>
          <w:numId w:val="15"/>
        </w:numPr>
        <w:rPr>
          <w:rFonts w:cs="Arial"/>
          <w:lang w:val="es-CO"/>
        </w:rPr>
      </w:pPr>
      <w:r w:rsidRPr="00BD21F2">
        <w:rPr>
          <w:rFonts w:cs="Arial"/>
          <w:lang w:val="es-CO"/>
        </w:rPr>
        <w:t>Transporte terrestre durante el circuito.</w:t>
      </w:r>
    </w:p>
    <w:p w14:paraId="60C8D184" w14:textId="02DC4F25" w:rsidR="00BD21F2" w:rsidRPr="00BD21F2" w:rsidRDefault="00BD21F2" w:rsidP="005164BC">
      <w:pPr>
        <w:pStyle w:val="Prrafodelista"/>
        <w:numPr>
          <w:ilvl w:val="0"/>
          <w:numId w:val="15"/>
        </w:numPr>
        <w:rPr>
          <w:rFonts w:cs="Arial"/>
          <w:lang w:val="es-CO"/>
        </w:rPr>
      </w:pPr>
      <w:r w:rsidRPr="00BD21F2">
        <w:rPr>
          <w:rFonts w:cs="Arial"/>
          <w:lang w:val="es-CO"/>
        </w:rPr>
        <w:t>Guía profesional de habla hispana durante las visitas.</w:t>
      </w:r>
    </w:p>
    <w:p w14:paraId="131A9790" w14:textId="72AFAA7F" w:rsidR="00BD21F2" w:rsidRPr="00BD21F2" w:rsidRDefault="00BD21F2" w:rsidP="005164BC">
      <w:pPr>
        <w:pStyle w:val="Prrafodelista"/>
        <w:numPr>
          <w:ilvl w:val="0"/>
          <w:numId w:val="15"/>
        </w:numPr>
        <w:rPr>
          <w:rFonts w:cs="Arial"/>
          <w:lang w:val="es-CO"/>
        </w:rPr>
      </w:pPr>
      <w:r w:rsidRPr="00BD21F2">
        <w:rPr>
          <w:rFonts w:cs="Arial"/>
          <w:lang w:val="es-CO"/>
        </w:rPr>
        <w:t>Visitas indicadas en el programa.</w:t>
      </w:r>
    </w:p>
    <w:p w14:paraId="6C81DE0B" w14:textId="7FB492F9" w:rsidR="000040B3" w:rsidRPr="00372A46" w:rsidRDefault="00BD21F2" w:rsidP="005164BC">
      <w:pPr>
        <w:pStyle w:val="Prrafodelista"/>
        <w:numPr>
          <w:ilvl w:val="0"/>
          <w:numId w:val="15"/>
        </w:numPr>
        <w:rPr>
          <w:rFonts w:cs="Arial"/>
          <w:lang w:val="es-CO"/>
        </w:rPr>
      </w:pPr>
      <w:r w:rsidRPr="00BD21F2">
        <w:rPr>
          <w:rFonts w:cs="Arial"/>
          <w:lang w:val="es-CO"/>
        </w:rPr>
        <w:t>Asistencia médica durante el viaje.</w:t>
      </w:r>
    </w:p>
    <w:p w14:paraId="7ED58ADB" w14:textId="4B5CC72B" w:rsidR="00F63049" w:rsidRPr="00F63049" w:rsidRDefault="00F63049" w:rsidP="0032770C">
      <w:pPr>
        <w:pStyle w:val="Ttulo2"/>
        <w:keepNext w:val="0"/>
        <w:keepLines w:val="0"/>
        <w:spacing w:before="0" w:after="120"/>
        <w:rPr>
          <w:rFonts w:ascii="Arial" w:eastAsia="Arial" w:hAnsi="Arial" w:cs="Arial"/>
          <w:color w:val="59C119"/>
          <w:lang w:val="es-419"/>
        </w:rPr>
      </w:pPr>
      <w:r w:rsidRPr="00F63049">
        <w:rPr>
          <w:rFonts w:ascii="Arial" w:eastAsia="Arial" w:hAnsi="Arial" w:cs="Arial"/>
          <w:color w:val="59C119"/>
          <w:lang w:val="es-419"/>
        </w:rPr>
        <w:t>NO INCLUYE</w:t>
      </w:r>
    </w:p>
    <w:p w14:paraId="231A4073" w14:textId="77777777" w:rsidR="00D26ED8" w:rsidRPr="00372A46" w:rsidRDefault="00D26ED8" w:rsidP="005164BC">
      <w:pPr>
        <w:pStyle w:val="Prrafodelista"/>
        <w:numPr>
          <w:ilvl w:val="0"/>
          <w:numId w:val="16"/>
        </w:numPr>
        <w:ind w:left="709"/>
        <w:rPr>
          <w:rFonts w:cs="Arial"/>
          <w:lang w:val="es-CO"/>
        </w:rPr>
      </w:pPr>
      <w:r w:rsidRPr="00372A46">
        <w:rPr>
          <w:rFonts w:cs="Arial"/>
          <w:lang w:val="es-CO"/>
        </w:rPr>
        <w:t>Trámite de visado.</w:t>
      </w:r>
    </w:p>
    <w:p w14:paraId="41273446" w14:textId="77777777" w:rsidR="00D26ED8" w:rsidRPr="00372A46" w:rsidRDefault="00D26ED8" w:rsidP="005164BC">
      <w:pPr>
        <w:pStyle w:val="Prrafodelista"/>
        <w:numPr>
          <w:ilvl w:val="0"/>
          <w:numId w:val="16"/>
        </w:numPr>
        <w:ind w:left="709"/>
        <w:rPr>
          <w:rFonts w:cs="Arial"/>
          <w:lang w:val="es-CO"/>
        </w:rPr>
      </w:pPr>
      <w:r w:rsidRPr="00372A46">
        <w:rPr>
          <w:rFonts w:cs="Arial"/>
          <w:lang w:val="es-CO"/>
        </w:rPr>
        <w:t>Gastos personales.</w:t>
      </w:r>
    </w:p>
    <w:p w14:paraId="180D39A0" w14:textId="77777777" w:rsidR="00D26ED8" w:rsidRPr="00372A46" w:rsidRDefault="00D26ED8" w:rsidP="005164BC">
      <w:pPr>
        <w:pStyle w:val="Prrafodelista"/>
        <w:numPr>
          <w:ilvl w:val="0"/>
          <w:numId w:val="16"/>
        </w:numPr>
        <w:ind w:left="709"/>
        <w:rPr>
          <w:rFonts w:cs="Arial"/>
          <w:lang w:val="es-CO"/>
        </w:rPr>
      </w:pPr>
      <w:r w:rsidRPr="00372A46">
        <w:rPr>
          <w:rFonts w:cs="Arial"/>
          <w:lang w:val="es-CO"/>
        </w:rPr>
        <w:t>USD 50 tasas de hoteles y cuota de servicio (pago en destino).</w:t>
      </w:r>
    </w:p>
    <w:p w14:paraId="4E685A95" w14:textId="77777777" w:rsidR="00D26ED8" w:rsidRPr="00372A46" w:rsidRDefault="00D26ED8" w:rsidP="005164BC">
      <w:pPr>
        <w:pStyle w:val="Prrafodelista"/>
        <w:numPr>
          <w:ilvl w:val="0"/>
          <w:numId w:val="16"/>
        </w:numPr>
        <w:ind w:left="709"/>
        <w:rPr>
          <w:rFonts w:cs="Arial"/>
          <w:lang w:val="es-CO"/>
        </w:rPr>
      </w:pPr>
      <w:r w:rsidRPr="00372A46">
        <w:rPr>
          <w:rFonts w:cs="Arial"/>
          <w:lang w:val="es-CO"/>
        </w:rPr>
        <w:t>Propinas de guía y conductor.</w:t>
      </w:r>
    </w:p>
    <w:p w14:paraId="1467ED75" w14:textId="77777777" w:rsidR="00D26ED8" w:rsidRPr="00372A46" w:rsidRDefault="00D26ED8" w:rsidP="005164BC">
      <w:pPr>
        <w:pStyle w:val="Prrafodelista"/>
        <w:numPr>
          <w:ilvl w:val="0"/>
          <w:numId w:val="16"/>
        </w:numPr>
        <w:ind w:left="709"/>
        <w:rPr>
          <w:rFonts w:cs="Arial"/>
          <w:lang w:val="es-CO"/>
        </w:rPr>
      </w:pPr>
      <w:r w:rsidRPr="00372A46">
        <w:rPr>
          <w:rFonts w:cs="Arial"/>
          <w:lang w:val="es-CO"/>
        </w:rPr>
        <w:t>Vuelos internacionales y domésticos.</w:t>
      </w:r>
    </w:p>
    <w:p w14:paraId="720D677C" w14:textId="77777777" w:rsidR="00D26ED8" w:rsidRPr="00372A46" w:rsidRDefault="00D26ED8" w:rsidP="005164BC">
      <w:pPr>
        <w:pStyle w:val="Prrafodelista"/>
        <w:numPr>
          <w:ilvl w:val="0"/>
          <w:numId w:val="16"/>
        </w:numPr>
        <w:ind w:left="709"/>
        <w:rPr>
          <w:rFonts w:cs="Arial"/>
          <w:lang w:val="es-CO"/>
        </w:rPr>
      </w:pPr>
      <w:r w:rsidRPr="00372A46">
        <w:rPr>
          <w:rFonts w:cs="Arial"/>
          <w:lang w:val="es-CO"/>
        </w:rPr>
        <w:t>Comidas, bebidas o cualquier gasto no mencionado como incluido.</w:t>
      </w:r>
    </w:p>
    <w:p w14:paraId="3607F062" w14:textId="3F89A0B1" w:rsidR="00893436" w:rsidRPr="00372A46" w:rsidRDefault="00D26ED8" w:rsidP="005164BC">
      <w:pPr>
        <w:pStyle w:val="Prrafodelista"/>
        <w:numPr>
          <w:ilvl w:val="0"/>
          <w:numId w:val="16"/>
        </w:numPr>
        <w:ind w:left="709"/>
        <w:rPr>
          <w:rFonts w:cs="Arial"/>
          <w:lang w:val="es-CO"/>
        </w:rPr>
      </w:pPr>
      <w:r w:rsidRPr="00372A46">
        <w:rPr>
          <w:rFonts w:cs="Arial"/>
          <w:lang w:val="es-CO"/>
        </w:rPr>
        <w:t>Excursiones opcionales.</w:t>
      </w:r>
    </w:p>
    <w:p w14:paraId="5A6E1D43" w14:textId="77777777" w:rsidR="00F06CF6" w:rsidRPr="00372A46" w:rsidRDefault="00F06CF6" w:rsidP="00F06CF6">
      <w:pPr>
        <w:pStyle w:val="Ttulo2"/>
        <w:keepNext w:val="0"/>
        <w:keepLines w:val="0"/>
        <w:spacing w:before="0" w:after="120"/>
        <w:rPr>
          <w:rFonts w:ascii="Arial" w:eastAsia="Arial" w:hAnsi="Arial" w:cs="Arial"/>
          <w:color w:val="59C119"/>
          <w:lang w:val="es-CO"/>
        </w:rPr>
      </w:pPr>
      <w:r w:rsidRPr="00372A46">
        <w:rPr>
          <w:rFonts w:ascii="Arial" w:eastAsia="Arial" w:hAnsi="Arial" w:cs="Arial"/>
          <w:color w:val="59C119"/>
          <w:lang w:val="es-CO"/>
        </w:rPr>
        <w:t>NOTAS IMPORTANTES</w:t>
      </w:r>
    </w:p>
    <w:p w14:paraId="4D656CE1" w14:textId="78E0F3DB" w:rsidR="00F06CF6" w:rsidRPr="00372A46" w:rsidRDefault="00F06CF6" w:rsidP="008E2077">
      <w:pPr>
        <w:pStyle w:val="Prrafodelista"/>
        <w:numPr>
          <w:ilvl w:val="0"/>
          <w:numId w:val="14"/>
        </w:numPr>
        <w:rPr>
          <w:rFonts w:cs="Arial"/>
          <w:lang w:val="es-CO"/>
        </w:rPr>
      </w:pPr>
      <w:r w:rsidRPr="00372A46">
        <w:rPr>
          <w:rFonts w:cs="Arial"/>
          <w:lang w:val="es-CO"/>
        </w:rPr>
        <w:t>En los meses de mayo, junio, julio, agosto y septiembre se operará en Esmirna.</w:t>
      </w:r>
    </w:p>
    <w:p w14:paraId="470ECFE6" w14:textId="590AF0D0" w:rsidR="00F06CF6" w:rsidRPr="00372A46" w:rsidRDefault="008E2077" w:rsidP="008E2077">
      <w:pPr>
        <w:pStyle w:val="Prrafodelista"/>
        <w:numPr>
          <w:ilvl w:val="0"/>
          <w:numId w:val="14"/>
        </w:numPr>
        <w:rPr>
          <w:rFonts w:cs="Arial"/>
          <w:lang w:val="es-CO"/>
        </w:rPr>
      </w:pPr>
      <w:r w:rsidRPr="00372A46">
        <w:rPr>
          <w:rFonts w:cs="Arial"/>
          <w:lang w:val="es-CO"/>
        </w:rPr>
        <w:t>Habitaciones triples</w:t>
      </w:r>
      <w:r w:rsidR="00F06CF6" w:rsidRPr="00372A46">
        <w:rPr>
          <w:rFonts w:cs="Arial"/>
          <w:lang w:val="es-CO"/>
        </w:rPr>
        <w:t>: en la mayoría de los hoteles, habitación doble + cama extra.</w:t>
      </w:r>
    </w:p>
    <w:p w14:paraId="1E4A946E" w14:textId="77777777" w:rsidR="00F06CF6" w:rsidRPr="00372A46" w:rsidRDefault="00F06CF6" w:rsidP="008E2077">
      <w:pPr>
        <w:pStyle w:val="Prrafodelista"/>
        <w:numPr>
          <w:ilvl w:val="0"/>
          <w:numId w:val="14"/>
        </w:numPr>
        <w:rPr>
          <w:rFonts w:cs="Arial"/>
          <w:lang w:val="es-CO"/>
        </w:rPr>
      </w:pPr>
      <w:r w:rsidRPr="00372A46">
        <w:rPr>
          <w:rFonts w:cs="Arial"/>
          <w:lang w:val="es-CO"/>
        </w:rPr>
        <w:t xml:space="preserve">Tener en cuenta que las visitas en Estambul pueden variar </w:t>
      </w:r>
      <w:proofErr w:type="gramStart"/>
      <w:r w:rsidRPr="00372A46">
        <w:rPr>
          <w:rFonts w:cs="Arial"/>
          <w:lang w:val="es-CO"/>
        </w:rPr>
        <w:t>de acuerdo al</w:t>
      </w:r>
      <w:proofErr w:type="gramEnd"/>
      <w:r w:rsidRPr="00372A46">
        <w:rPr>
          <w:rFonts w:cs="Arial"/>
          <w:lang w:val="es-CO"/>
        </w:rPr>
        <w:t xml:space="preserve"> día de llegada.</w:t>
      </w:r>
    </w:p>
    <w:p w14:paraId="2E2D0CB0" w14:textId="77777777" w:rsidR="00F06CF6" w:rsidRPr="00372A46" w:rsidRDefault="00F06CF6" w:rsidP="008E2077">
      <w:pPr>
        <w:pStyle w:val="Prrafodelista"/>
        <w:numPr>
          <w:ilvl w:val="0"/>
          <w:numId w:val="14"/>
        </w:numPr>
        <w:rPr>
          <w:rFonts w:cs="Arial"/>
          <w:lang w:val="es-CO"/>
        </w:rPr>
      </w:pPr>
      <w:r w:rsidRPr="00372A46">
        <w:rPr>
          <w:rFonts w:cs="Arial"/>
          <w:lang w:val="es-CO"/>
        </w:rPr>
        <w:t>Salida regular a Capadocia cada martes.</w:t>
      </w:r>
    </w:p>
    <w:p w14:paraId="51699461" w14:textId="77777777" w:rsidR="00F06CF6" w:rsidRPr="00541DEE" w:rsidRDefault="00F06CF6" w:rsidP="00F06CF6">
      <w:pPr>
        <w:pStyle w:val="Listaconvietas"/>
        <w:numPr>
          <w:ilvl w:val="0"/>
          <w:numId w:val="0"/>
        </w:numPr>
        <w:ind w:left="360" w:hanging="360"/>
        <w:rPr>
          <w:u w:val="single"/>
          <w:lang w:val="es-CO"/>
        </w:rPr>
      </w:pPr>
    </w:p>
    <w:sectPr w:rsidR="00F06CF6" w:rsidRPr="00541DEE"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E0DC03D8"/>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501215D"/>
    <w:multiLevelType w:val="hybridMultilevel"/>
    <w:tmpl w:val="1EB218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09B2159"/>
    <w:multiLevelType w:val="hybridMultilevel"/>
    <w:tmpl w:val="CEE027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2743E0D"/>
    <w:multiLevelType w:val="multilevel"/>
    <w:tmpl w:val="81169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6F5B96"/>
    <w:multiLevelType w:val="hybridMultilevel"/>
    <w:tmpl w:val="98EE599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519F02B0"/>
    <w:multiLevelType w:val="multilevel"/>
    <w:tmpl w:val="B06A6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BC48A5"/>
    <w:multiLevelType w:val="hybridMultilevel"/>
    <w:tmpl w:val="816C7B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E9B12BF"/>
    <w:multiLevelType w:val="hybridMultilevel"/>
    <w:tmpl w:val="C3B6A79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16cid:durableId="1607469960">
    <w:abstractNumId w:val="8"/>
  </w:num>
  <w:num w:numId="2" w16cid:durableId="1158576539">
    <w:abstractNumId w:val="6"/>
  </w:num>
  <w:num w:numId="3" w16cid:durableId="960111645">
    <w:abstractNumId w:val="5"/>
  </w:num>
  <w:num w:numId="4" w16cid:durableId="917402024">
    <w:abstractNumId w:val="4"/>
  </w:num>
  <w:num w:numId="5" w16cid:durableId="637615414">
    <w:abstractNumId w:val="7"/>
  </w:num>
  <w:num w:numId="6" w16cid:durableId="875654928">
    <w:abstractNumId w:val="3"/>
  </w:num>
  <w:num w:numId="7" w16cid:durableId="1431075173">
    <w:abstractNumId w:val="2"/>
  </w:num>
  <w:num w:numId="8" w16cid:durableId="1016887794">
    <w:abstractNumId w:val="1"/>
  </w:num>
  <w:num w:numId="9" w16cid:durableId="371197118">
    <w:abstractNumId w:val="0"/>
  </w:num>
  <w:num w:numId="10" w16cid:durableId="753891444">
    <w:abstractNumId w:val="14"/>
  </w:num>
  <w:num w:numId="11" w16cid:durableId="920791647">
    <w:abstractNumId w:val="13"/>
  </w:num>
  <w:num w:numId="12" w16cid:durableId="1241914307">
    <w:abstractNumId w:val="11"/>
  </w:num>
  <w:num w:numId="13" w16cid:durableId="384840846">
    <w:abstractNumId w:val="15"/>
  </w:num>
  <w:num w:numId="14" w16cid:durableId="913394195">
    <w:abstractNumId w:val="9"/>
  </w:num>
  <w:num w:numId="15" w16cid:durableId="53361414">
    <w:abstractNumId w:val="10"/>
  </w:num>
  <w:num w:numId="16" w16cid:durableId="150111937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40B3"/>
    <w:rsid w:val="00034616"/>
    <w:rsid w:val="00054C30"/>
    <w:rsid w:val="0006063C"/>
    <w:rsid w:val="000A2C03"/>
    <w:rsid w:val="000D043B"/>
    <w:rsid w:val="00105983"/>
    <w:rsid w:val="0013671A"/>
    <w:rsid w:val="00145FE2"/>
    <w:rsid w:val="0015074B"/>
    <w:rsid w:val="001B18A0"/>
    <w:rsid w:val="001E752D"/>
    <w:rsid w:val="002378E3"/>
    <w:rsid w:val="0025094F"/>
    <w:rsid w:val="0029639D"/>
    <w:rsid w:val="002B21E5"/>
    <w:rsid w:val="002C109D"/>
    <w:rsid w:val="002D403D"/>
    <w:rsid w:val="002D6913"/>
    <w:rsid w:val="002E73D6"/>
    <w:rsid w:val="002E7DA3"/>
    <w:rsid w:val="002F3EAB"/>
    <w:rsid w:val="00326F90"/>
    <w:rsid w:val="0032770C"/>
    <w:rsid w:val="00335BBB"/>
    <w:rsid w:val="00353B3C"/>
    <w:rsid w:val="00365F86"/>
    <w:rsid w:val="00372A46"/>
    <w:rsid w:val="003A0A77"/>
    <w:rsid w:val="003B0D25"/>
    <w:rsid w:val="004012B2"/>
    <w:rsid w:val="00481310"/>
    <w:rsid w:val="00490D58"/>
    <w:rsid w:val="004D377C"/>
    <w:rsid w:val="004E0A1D"/>
    <w:rsid w:val="004F1A85"/>
    <w:rsid w:val="0050528F"/>
    <w:rsid w:val="005164BC"/>
    <w:rsid w:val="00541DEE"/>
    <w:rsid w:val="005427FE"/>
    <w:rsid w:val="005D40E5"/>
    <w:rsid w:val="005F00BF"/>
    <w:rsid w:val="00620BE9"/>
    <w:rsid w:val="006A3B7F"/>
    <w:rsid w:val="006F5051"/>
    <w:rsid w:val="0071248C"/>
    <w:rsid w:val="007459A3"/>
    <w:rsid w:val="00751557"/>
    <w:rsid w:val="007944E4"/>
    <w:rsid w:val="007D5280"/>
    <w:rsid w:val="0080279B"/>
    <w:rsid w:val="008620A3"/>
    <w:rsid w:val="00876538"/>
    <w:rsid w:val="00893436"/>
    <w:rsid w:val="00897C04"/>
    <w:rsid w:val="008E2077"/>
    <w:rsid w:val="008E7374"/>
    <w:rsid w:val="009347B0"/>
    <w:rsid w:val="00941FA9"/>
    <w:rsid w:val="00943DF5"/>
    <w:rsid w:val="00951A2B"/>
    <w:rsid w:val="00953E91"/>
    <w:rsid w:val="0099287E"/>
    <w:rsid w:val="009A54C4"/>
    <w:rsid w:val="009D7AD2"/>
    <w:rsid w:val="009E729D"/>
    <w:rsid w:val="009F6C7C"/>
    <w:rsid w:val="009F74F6"/>
    <w:rsid w:val="00AA1D8D"/>
    <w:rsid w:val="00AD4EDA"/>
    <w:rsid w:val="00B47730"/>
    <w:rsid w:val="00B60D84"/>
    <w:rsid w:val="00BA15E7"/>
    <w:rsid w:val="00BA4D08"/>
    <w:rsid w:val="00BD21F2"/>
    <w:rsid w:val="00C139AA"/>
    <w:rsid w:val="00C21905"/>
    <w:rsid w:val="00C23788"/>
    <w:rsid w:val="00C666F7"/>
    <w:rsid w:val="00C736D9"/>
    <w:rsid w:val="00CA37A1"/>
    <w:rsid w:val="00CB0664"/>
    <w:rsid w:val="00CD3128"/>
    <w:rsid w:val="00D13534"/>
    <w:rsid w:val="00D16436"/>
    <w:rsid w:val="00D26ED8"/>
    <w:rsid w:val="00D3366D"/>
    <w:rsid w:val="00DA4E46"/>
    <w:rsid w:val="00DA5EC9"/>
    <w:rsid w:val="00DA7552"/>
    <w:rsid w:val="00E47262"/>
    <w:rsid w:val="00E93531"/>
    <w:rsid w:val="00EB3ADD"/>
    <w:rsid w:val="00EB7D08"/>
    <w:rsid w:val="00EE5C3B"/>
    <w:rsid w:val="00F06CF6"/>
    <w:rsid w:val="00F14BA8"/>
    <w:rsid w:val="00F25074"/>
    <w:rsid w:val="00F26460"/>
    <w:rsid w:val="00F3475C"/>
    <w:rsid w:val="00F45445"/>
    <w:rsid w:val="00F56104"/>
    <w:rsid w:val="00F63049"/>
    <w:rsid w:val="00FB6B5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ADF41E"/>
  <w14:defaultImageDpi w14:val="300"/>
  <w15:docId w15:val="{337965BA-1A0E-4BC8-B908-20BFA1703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rial" w:eastAsia="Arial" w:hAnsi="Arial"/>
    </w:rPr>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Fuerte">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eGrid1">
    <w:name w:val="Table Grid1"/>
    <w:basedOn w:val="Tablanormal"/>
    <w:next w:val="Tablaconcuadrcula"/>
    <w:uiPriority w:val="59"/>
    <w:rsid w:val="0013671A"/>
    <w:pPr>
      <w:spacing w:after="0" w:line="240" w:lineRule="auto"/>
    </w:pPr>
    <w:rPr>
      <w:rFonts w:eastAsiaTheme="minorHAnsi"/>
      <w:sz w:val="24"/>
      <w:szCs w:val="24"/>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0507DBC4C159974ABC24F3DC38850259" ma:contentTypeVersion="4" ma:contentTypeDescription="Crear nuevo documento." ma:contentTypeScope="" ma:versionID="cc52b74718bb1379eeae9045e0f871a5">
  <xsd:schema xmlns:xsd="http://www.w3.org/2001/XMLSchema" xmlns:xs="http://www.w3.org/2001/XMLSchema" xmlns:p="http://schemas.microsoft.com/office/2006/metadata/properties" xmlns:ns3="d7bd4a37-b588-4149-9ed3-6479a36bdc1f" targetNamespace="http://schemas.microsoft.com/office/2006/metadata/properties" ma:root="true" ma:fieldsID="6d2ad8f221577fe1dec26f9860635704" ns3:_="">
    <xsd:import namespace="d7bd4a37-b588-4149-9ed3-6479a36bdc1f"/>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bd4a37-b588-4149-9ed3-6479a36bdc1f"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2.xml><?xml version="1.0" encoding="utf-8"?>
<ds:datastoreItem xmlns:ds="http://schemas.openxmlformats.org/officeDocument/2006/customXml" ds:itemID="{4D5ED8F4-7788-42CA-9D15-A63531F972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bd4a37-b588-4149-9ed3-6479a36bd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5EEF4F-B8BA-46E1-874E-4AA4CD9EB1B1}">
  <ds:schemaRefs>
    <ds:schemaRef ds:uri="http://schemas.microsoft.com/sharepoint/v3/contenttype/forms"/>
  </ds:schemaRefs>
</ds:datastoreItem>
</file>

<file path=customXml/itemProps4.xml><?xml version="1.0" encoding="utf-8"?>
<ds:datastoreItem xmlns:ds="http://schemas.openxmlformats.org/officeDocument/2006/customXml" ds:itemID="{BD9067A1-A0A0-4E19-8FF5-093F3E2506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1853</Words>
  <Characters>9788</Characters>
  <Application>Microsoft Office Word</Application>
  <DocSecurity>0</DocSecurity>
  <Lines>315</Lines>
  <Paragraphs>173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11468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Daniela Torrado</cp:lastModifiedBy>
  <cp:revision>24</cp:revision>
  <dcterms:created xsi:type="dcterms:W3CDTF">2026-03-04T16:36:00Z</dcterms:created>
  <dcterms:modified xsi:type="dcterms:W3CDTF">2026-03-04T22:06:00Z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0x0101000507DBC4C159974ABC24F3DC38850259</vt:lpwstr>
  </property>
</Properties>
</file>