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D6608" w14:textId="600AF7F8" w:rsidR="00891A54" w:rsidRDefault="00A9578E" w:rsidP="004352CB">
      <w:pPr>
        <w:pStyle w:val="Ttulo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F76ECB" wp14:editId="6F6FDA57">
            <wp:simplePos x="0" y="0"/>
            <wp:positionH relativeFrom="column">
              <wp:posOffset>-1072820</wp:posOffset>
            </wp:positionH>
            <wp:positionV relativeFrom="paragraph">
              <wp:posOffset>-929056</wp:posOffset>
            </wp:positionV>
            <wp:extent cx="7776058" cy="10123166"/>
            <wp:effectExtent l="0" t="0" r="0" b="0"/>
            <wp:wrapNone/>
            <wp:docPr id="5910470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367" cy="1014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F6F07" w14:textId="77777777" w:rsidR="004352CB" w:rsidRDefault="004352CB" w:rsidP="004352CB">
      <w:pPr>
        <w:pStyle w:val="Ttulo1"/>
      </w:pPr>
    </w:p>
    <w:p w14:paraId="24D1362A" w14:textId="77777777" w:rsidR="004352CB" w:rsidRDefault="004352CB" w:rsidP="004352CB">
      <w:pPr>
        <w:pStyle w:val="Ttulo1"/>
      </w:pPr>
    </w:p>
    <w:p w14:paraId="6A352658" w14:textId="77777777" w:rsidR="004352CB" w:rsidRDefault="004352CB" w:rsidP="004352CB">
      <w:pPr>
        <w:pStyle w:val="Ttulo1"/>
      </w:pPr>
    </w:p>
    <w:p w14:paraId="5162F0F3" w14:textId="77777777" w:rsidR="004352CB" w:rsidRDefault="004352CB" w:rsidP="004352CB">
      <w:pPr>
        <w:pStyle w:val="Ttulo1"/>
      </w:pPr>
    </w:p>
    <w:p w14:paraId="4E49706E" w14:textId="77777777" w:rsidR="004352CB" w:rsidRDefault="004352CB" w:rsidP="004352CB">
      <w:pPr>
        <w:pStyle w:val="Ttulo1"/>
      </w:pPr>
    </w:p>
    <w:p w14:paraId="11F4F6AE" w14:textId="77777777" w:rsidR="004352CB" w:rsidRDefault="004352CB" w:rsidP="004352CB">
      <w:pPr>
        <w:pStyle w:val="Ttulo1"/>
      </w:pPr>
    </w:p>
    <w:p w14:paraId="34D3D9C9" w14:textId="77777777" w:rsidR="004352CB" w:rsidRDefault="004352CB" w:rsidP="004352CB">
      <w:pPr>
        <w:pStyle w:val="Ttulo1"/>
      </w:pPr>
    </w:p>
    <w:p w14:paraId="21B45326" w14:textId="77777777" w:rsidR="004352CB" w:rsidRDefault="004352CB" w:rsidP="004352CB">
      <w:pPr>
        <w:pStyle w:val="Ttulo1"/>
      </w:pPr>
    </w:p>
    <w:p w14:paraId="34DF06F2" w14:textId="77777777" w:rsidR="004352CB" w:rsidRDefault="004352CB" w:rsidP="004352CB">
      <w:pPr>
        <w:pStyle w:val="Ttulo1"/>
      </w:pPr>
    </w:p>
    <w:p w14:paraId="674CA5A6" w14:textId="77777777" w:rsidR="004352CB" w:rsidRDefault="004352CB" w:rsidP="004352CB">
      <w:pPr>
        <w:pStyle w:val="Ttulo1"/>
      </w:pPr>
    </w:p>
    <w:p w14:paraId="62C53E09" w14:textId="77777777" w:rsidR="004352CB" w:rsidRDefault="004352CB" w:rsidP="004352CB">
      <w:pPr>
        <w:pStyle w:val="Ttulo1"/>
      </w:pPr>
    </w:p>
    <w:p w14:paraId="7AE1F3A6" w14:textId="77777777" w:rsidR="004352CB" w:rsidRDefault="004352CB" w:rsidP="004352CB">
      <w:pPr>
        <w:pStyle w:val="Ttulo1"/>
      </w:pPr>
    </w:p>
    <w:p w14:paraId="31DD01EF" w14:textId="77777777" w:rsidR="004352CB" w:rsidRDefault="004352CB" w:rsidP="004352CB">
      <w:pPr>
        <w:pStyle w:val="Ttulo1"/>
      </w:pPr>
    </w:p>
    <w:p w14:paraId="4438F798" w14:textId="77777777" w:rsidR="004352CB" w:rsidRDefault="004352CB" w:rsidP="004352CB">
      <w:pPr>
        <w:pStyle w:val="Ttulo1"/>
      </w:pPr>
    </w:p>
    <w:p w14:paraId="28B96019" w14:textId="77777777" w:rsidR="004352CB" w:rsidRDefault="004352CB" w:rsidP="004352CB">
      <w:pPr>
        <w:pStyle w:val="Ttulo1"/>
      </w:pPr>
    </w:p>
    <w:p w14:paraId="24692145" w14:textId="32C941B1" w:rsidR="004352CB" w:rsidRPr="00B413BC" w:rsidRDefault="004352CB" w:rsidP="00960C25">
      <w:pPr>
        <w:pStyle w:val="Ttulo1"/>
      </w:pPr>
      <w:r w:rsidRPr="00B413BC">
        <w:lastRenderedPageBreak/>
        <w:t xml:space="preserve">PANAMÁ </w:t>
      </w:r>
      <w:r w:rsidR="00123EA1">
        <w:t xml:space="preserve">Y </w:t>
      </w:r>
      <w:r w:rsidR="00991240">
        <w:t>CONTADORA</w:t>
      </w:r>
    </w:p>
    <w:p w14:paraId="702E2237" w14:textId="77777777" w:rsidR="004352CB" w:rsidRPr="004352CB" w:rsidRDefault="004352CB" w:rsidP="004352CB">
      <w:r w:rsidRPr="004352CB">
        <w:t>Duración: 5 días / 4 noches</w:t>
      </w:r>
    </w:p>
    <w:p w14:paraId="32E1300B" w14:textId="5A120CCA" w:rsidR="004352CB" w:rsidRPr="004352CB" w:rsidRDefault="004352CB" w:rsidP="004352CB">
      <w:r w:rsidRPr="00B413BC">
        <w:t>Salidas: Diarias</w:t>
      </w:r>
    </w:p>
    <w:p w14:paraId="2BF30976" w14:textId="77452674" w:rsidR="007C6F09" w:rsidRPr="00B413BC" w:rsidRDefault="00A34EA6" w:rsidP="004352CB">
      <w:pPr>
        <w:pStyle w:val="Ttulo1"/>
        <w:ind w:left="0"/>
        <w:jc w:val="left"/>
      </w:pPr>
      <w:r w:rsidRPr="00B413BC">
        <w:t>ITINERARIO</w:t>
      </w:r>
    </w:p>
    <w:p w14:paraId="3DA73C61" w14:textId="1CFC3A1A" w:rsidR="007C6F09" w:rsidRPr="004352CB" w:rsidRDefault="00A34EA6" w:rsidP="004352CB">
      <w:pPr>
        <w:pStyle w:val="Ttulo3"/>
      </w:pPr>
      <w:r w:rsidRPr="004352CB">
        <w:t>DÍA 1 – Llegada Ciudad de Panamá</w:t>
      </w:r>
    </w:p>
    <w:p w14:paraId="1E371605" w14:textId="77777777" w:rsidR="000F74CA" w:rsidRDefault="000F74CA" w:rsidP="000F74CA">
      <w:pPr>
        <w:rPr>
          <w:b/>
          <w:bCs/>
        </w:rPr>
      </w:pPr>
      <w:r w:rsidRPr="000F74CA">
        <w:t>Llegada a ciudad de Panamá. Meet &amp; Greet y traslado al hotel seleccionado.</w:t>
      </w:r>
    </w:p>
    <w:p w14:paraId="476C3BC0" w14:textId="7B6F4191" w:rsidR="00891A54" w:rsidRPr="00B413BC" w:rsidRDefault="00A34EA6" w:rsidP="004352CB">
      <w:pPr>
        <w:pStyle w:val="Ttulo3"/>
      </w:pPr>
      <w:r w:rsidRPr="00B413BC">
        <w:t xml:space="preserve">DÍA 2 – Ciudad de Panamá – </w:t>
      </w:r>
      <w:r w:rsidR="000F74CA">
        <w:t>Contadora</w:t>
      </w:r>
    </w:p>
    <w:p w14:paraId="0CD531D5" w14:textId="69579D64" w:rsidR="000F74CA" w:rsidRDefault="000F74CA" w:rsidP="000F74CA">
      <w:pPr>
        <w:pStyle w:val="Ttulo3"/>
        <w:spacing w:before="0"/>
        <w:rPr>
          <w:b w:val="0"/>
          <w:bCs w:val="0"/>
          <w:color w:val="1F1F1F"/>
          <w:sz w:val="22"/>
          <w:szCs w:val="22"/>
        </w:rPr>
      </w:pPr>
      <w:r w:rsidRPr="000F74CA">
        <w:rPr>
          <w:b w:val="0"/>
          <w:bCs w:val="0"/>
          <w:color w:val="1F1F1F"/>
          <w:sz w:val="22"/>
          <w:szCs w:val="22"/>
        </w:rPr>
        <w:t>Desayuno. A la hora indicada, traslado al muelle para abordar ferry hacia Contadora,</w:t>
      </w:r>
      <w:r>
        <w:rPr>
          <w:b w:val="0"/>
          <w:bCs w:val="0"/>
          <w:color w:val="1F1F1F"/>
          <w:sz w:val="22"/>
          <w:szCs w:val="22"/>
        </w:rPr>
        <w:t xml:space="preserve"> </w:t>
      </w:r>
      <w:r w:rsidRPr="000F74CA">
        <w:rPr>
          <w:b w:val="0"/>
          <w:bCs w:val="0"/>
          <w:color w:val="1F1F1F"/>
          <w:sz w:val="22"/>
          <w:szCs w:val="22"/>
        </w:rPr>
        <w:t xml:space="preserve">resto del día libre para conocer la isla y sus playas, </w:t>
      </w:r>
      <w:proofErr w:type="spellStart"/>
      <w:r w:rsidRPr="000F74CA">
        <w:rPr>
          <w:b w:val="0"/>
          <w:bCs w:val="0"/>
          <w:color w:val="1F1F1F"/>
          <w:sz w:val="22"/>
          <w:szCs w:val="22"/>
        </w:rPr>
        <w:t>check</w:t>
      </w:r>
      <w:proofErr w:type="spellEnd"/>
      <w:r w:rsidRPr="000F74CA">
        <w:rPr>
          <w:b w:val="0"/>
          <w:bCs w:val="0"/>
          <w:color w:val="1F1F1F"/>
          <w:sz w:val="22"/>
          <w:szCs w:val="22"/>
        </w:rPr>
        <w:t xml:space="preserve"> in.</w:t>
      </w:r>
    </w:p>
    <w:p w14:paraId="5D9EB64E" w14:textId="3B1E4EA0" w:rsidR="00891A54" w:rsidRPr="00B413BC" w:rsidRDefault="0056702A" w:rsidP="000F74CA">
      <w:pPr>
        <w:pStyle w:val="Ttulo3"/>
      </w:pPr>
      <w:r w:rsidRPr="00B413BC">
        <w:t xml:space="preserve">DÍA 3 – </w:t>
      </w:r>
      <w:r w:rsidR="00165680">
        <w:t>Contadora</w:t>
      </w:r>
      <w:r w:rsidR="00165680" w:rsidRPr="00B413BC">
        <w:t xml:space="preserve"> </w:t>
      </w:r>
      <w:r w:rsidRPr="00B413BC">
        <w:t>– Ciudad de Panamá</w:t>
      </w:r>
    </w:p>
    <w:p w14:paraId="0FA2B745" w14:textId="5815DAE1" w:rsidR="00777E1D" w:rsidRPr="00B413BC" w:rsidRDefault="00165680" w:rsidP="00165680">
      <w:r>
        <w:t>Desayuno. Disfruta la naturaleza y playas de la isla, a la hora indicada, traslado al muelle</w:t>
      </w:r>
      <w:r>
        <w:t xml:space="preserve"> </w:t>
      </w:r>
      <w:r>
        <w:t xml:space="preserve">para su regreso a la ciudad, traslado a su hotel, </w:t>
      </w:r>
      <w:proofErr w:type="spellStart"/>
      <w:r>
        <w:t>check</w:t>
      </w:r>
      <w:proofErr w:type="spellEnd"/>
      <w:r>
        <w:t xml:space="preserve"> in.</w:t>
      </w:r>
    </w:p>
    <w:p w14:paraId="02761AB7" w14:textId="77777777" w:rsidR="00891A54" w:rsidRPr="00B413BC" w:rsidRDefault="00A34EA6" w:rsidP="004352CB">
      <w:pPr>
        <w:pStyle w:val="Ttulo3"/>
      </w:pPr>
      <w:r w:rsidRPr="00B413BC">
        <w:t>DÍA 4 – City Tour + Canal de Panamá</w:t>
      </w:r>
    </w:p>
    <w:p w14:paraId="4FDBA111" w14:textId="52D8BD63" w:rsidR="00A7073F" w:rsidRPr="004352CB" w:rsidRDefault="00165680" w:rsidP="004352CB">
      <w:pPr>
        <w:rPr>
          <w:b/>
          <w:bCs/>
          <w:color w:val="59C119"/>
          <w:sz w:val="26"/>
          <w:szCs w:val="26"/>
        </w:rPr>
      </w:pPr>
      <w:r w:rsidRPr="00165680">
        <w:t>Desayuno. A la hora indicada, gira de ciudad &amp; canal c/e, finalizando en Albrook Mall</w:t>
      </w:r>
      <w:r w:rsidR="00A34EA6" w:rsidRPr="00B413BC">
        <w:t>.</w:t>
      </w:r>
      <w:r w:rsidR="00891A54" w:rsidRPr="00B413BC">
        <w:rPr>
          <w:b/>
          <w:bCs/>
          <w:color w:val="59C119"/>
          <w:sz w:val="26"/>
          <w:szCs w:val="26"/>
        </w:rPr>
        <w:t xml:space="preserve">     </w:t>
      </w:r>
    </w:p>
    <w:p w14:paraId="111EF2D2" w14:textId="1DB55070" w:rsidR="00891A54" w:rsidRPr="00B413BC" w:rsidRDefault="00891A54" w:rsidP="004352CB">
      <w:pPr>
        <w:pStyle w:val="Ttulo3"/>
        <w:rPr>
          <w:color w:val="1F1F1F"/>
        </w:rPr>
      </w:pPr>
      <w:r w:rsidRPr="00B413BC">
        <w:t>DÍA 5 – Salida</w:t>
      </w:r>
    </w:p>
    <w:p w14:paraId="47955A72" w14:textId="50B91A6C" w:rsidR="00A7073F" w:rsidRPr="00F130ED" w:rsidRDefault="00C36CE6" w:rsidP="00F130ED">
      <w:r w:rsidRPr="00C36CE6">
        <w:t>Desayuno. Mañana libre, a la hora indicada traslado al aeropuerto.</w:t>
      </w:r>
    </w:p>
    <w:p w14:paraId="1FFAE031" w14:textId="4E5D6CC7" w:rsidR="00960C25" w:rsidRPr="00960C25" w:rsidRDefault="0056702A" w:rsidP="00A27111">
      <w:pPr>
        <w:pStyle w:val="Ttulo1"/>
        <w:ind w:left="0"/>
        <w:jc w:val="left"/>
        <w:rPr>
          <w:lang w:val="es-CO"/>
        </w:rPr>
      </w:pPr>
      <w:r w:rsidRPr="00B413BC">
        <w:rPr>
          <w:lang w:val="es-CO"/>
        </w:rPr>
        <w:t>TARIFAS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96"/>
        <w:gridCol w:w="1065"/>
        <w:gridCol w:w="1268"/>
        <w:gridCol w:w="1298"/>
        <w:gridCol w:w="1164"/>
        <w:gridCol w:w="1653"/>
        <w:gridCol w:w="1084"/>
      </w:tblGrid>
      <w:tr w:rsidR="002E17A8" w:rsidRPr="002C14ED" w14:paraId="7E8FF932" w14:textId="46441058" w:rsidTr="00D469F2">
        <w:tc>
          <w:tcPr>
            <w:tcW w:w="734" w:type="pct"/>
            <w:shd w:val="clear" w:color="auto" w:fill="59C119"/>
            <w:vAlign w:val="center"/>
          </w:tcPr>
          <w:p w14:paraId="7D465555" w14:textId="40793B28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CATEGORIA</w:t>
            </w:r>
          </w:p>
        </w:tc>
        <w:tc>
          <w:tcPr>
            <w:tcW w:w="1322" w:type="pct"/>
            <w:gridSpan w:val="2"/>
            <w:shd w:val="clear" w:color="auto" w:fill="59C119"/>
            <w:vAlign w:val="center"/>
          </w:tcPr>
          <w:p w14:paraId="547B6270" w14:textId="400E8197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TURISTA</w:t>
            </w:r>
          </w:p>
        </w:tc>
        <w:tc>
          <w:tcPr>
            <w:tcW w:w="1394" w:type="pct"/>
            <w:gridSpan w:val="2"/>
            <w:shd w:val="clear" w:color="auto" w:fill="59C119"/>
            <w:vAlign w:val="center"/>
          </w:tcPr>
          <w:p w14:paraId="65DA30D3" w14:textId="498CDA01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TURISTA SUPERIOR</w:t>
            </w:r>
          </w:p>
        </w:tc>
        <w:tc>
          <w:tcPr>
            <w:tcW w:w="1550" w:type="pct"/>
            <w:gridSpan w:val="2"/>
            <w:shd w:val="clear" w:color="auto" w:fill="59C119"/>
            <w:vAlign w:val="center"/>
          </w:tcPr>
          <w:p w14:paraId="235BBF36" w14:textId="53F97982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LUJO</w:t>
            </w:r>
          </w:p>
        </w:tc>
      </w:tr>
      <w:tr w:rsidR="00246164" w:rsidRPr="002C14ED" w14:paraId="579194D8" w14:textId="0DA9BA45" w:rsidTr="00D469F2">
        <w:trPr>
          <w:trHeight w:val="550"/>
        </w:trPr>
        <w:tc>
          <w:tcPr>
            <w:tcW w:w="734" w:type="pct"/>
            <w:shd w:val="clear" w:color="auto" w:fill="59C119"/>
            <w:vAlign w:val="center"/>
          </w:tcPr>
          <w:p w14:paraId="028AD337" w14:textId="2FAB205F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4"/>
                <w:szCs w:val="14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HOTEL</w:t>
            </w:r>
          </w:p>
        </w:tc>
        <w:tc>
          <w:tcPr>
            <w:tcW w:w="604" w:type="pct"/>
            <w:shd w:val="clear" w:color="auto" w:fill="59C119"/>
            <w:vAlign w:val="center"/>
          </w:tcPr>
          <w:p w14:paraId="4292C32C" w14:textId="45A64B40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HILTON GARDEN</w:t>
            </w:r>
          </w:p>
        </w:tc>
        <w:tc>
          <w:tcPr>
            <w:tcW w:w="718" w:type="pct"/>
            <w:shd w:val="clear" w:color="auto" w:fill="59C119"/>
            <w:vAlign w:val="center"/>
          </w:tcPr>
          <w:p w14:paraId="135644C8" w14:textId="09949CD2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DECAPOLIS</w:t>
            </w:r>
          </w:p>
        </w:tc>
        <w:tc>
          <w:tcPr>
            <w:tcW w:w="735" w:type="pct"/>
            <w:shd w:val="clear" w:color="auto" w:fill="59C119"/>
            <w:vAlign w:val="center"/>
          </w:tcPr>
          <w:p w14:paraId="6F995F4E" w14:textId="27A0A0D4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MEGÁPOLIS</w:t>
            </w:r>
          </w:p>
        </w:tc>
        <w:tc>
          <w:tcPr>
            <w:tcW w:w="659" w:type="pct"/>
            <w:shd w:val="clear" w:color="auto" w:fill="59C119"/>
            <w:vAlign w:val="center"/>
          </w:tcPr>
          <w:p w14:paraId="69EA2B72" w14:textId="24D649FB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MARRIOT PANAMÁ</w:t>
            </w:r>
          </w:p>
        </w:tc>
        <w:tc>
          <w:tcPr>
            <w:tcW w:w="936" w:type="pct"/>
            <w:shd w:val="clear" w:color="auto" w:fill="59C119"/>
            <w:vAlign w:val="center"/>
          </w:tcPr>
          <w:p w14:paraId="56CEC2FC" w14:textId="0C771A4D" w:rsidR="000257A5" w:rsidRPr="003465C7" w:rsidRDefault="000257A5" w:rsidP="000257A5">
            <w:pPr>
              <w:spacing w:after="0"/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LAS AMERICAS GOLDEN TOWER</w:t>
            </w:r>
          </w:p>
        </w:tc>
        <w:tc>
          <w:tcPr>
            <w:tcW w:w="614" w:type="pct"/>
            <w:shd w:val="clear" w:color="auto" w:fill="59C119"/>
            <w:vAlign w:val="center"/>
          </w:tcPr>
          <w:p w14:paraId="050F8436" w14:textId="2AE8F25B" w:rsidR="000257A5" w:rsidRPr="003465C7" w:rsidRDefault="000257A5" w:rsidP="000257A5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</w:pPr>
            <w:r w:rsidRPr="003465C7">
              <w:rPr>
                <w:b/>
                <w:bCs/>
                <w:color w:val="FFFFFF" w:themeColor="background1"/>
                <w:sz w:val="18"/>
                <w:szCs w:val="18"/>
                <w:lang w:val="es-CO"/>
              </w:rPr>
              <w:t>W PANAMA</w:t>
            </w:r>
          </w:p>
        </w:tc>
      </w:tr>
      <w:tr w:rsidR="00246164" w:rsidRPr="002C14ED" w14:paraId="55841075" w14:textId="111BBF76" w:rsidTr="00D469F2">
        <w:tc>
          <w:tcPr>
            <w:tcW w:w="734" w:type="pct"/>
            <w:vAlign w:val="center"/>
          </w:tcPr>
          <w:p w14:paraId="34F5B914" w14:textId="18021080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>Doble</w:t>
            </w:r>
          </w:p>
        </w:tc>
        <w:tc>
          <w:tcPr>
            <w:tcW w:w="604" w:type="pct"/>
            <w:vAlign w:val="center"/>
          </w:tcPr>
          <w:p w14:paraId="6ECF5B7E" w14:textId="5985927C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 </w:t>
            </w:r>
            <w:r w:rsidR="008B26EE">
              <w:rPr>
                <w:sz w:val="18"/>
                <w:szCs w:val="18"/>
              </w:rPr>
              <w:t>626</w:t>
            </w:r>
          </w:p>
        </w:tc>
        <w:tc>
          <w:tcPr>
            <w:tcW w:w="718" w:type="pct"/>
            <w:vAlign w:val="center"/>
          </w:tcPr>
          <w:p w14:paraId="23F5F33A" w14:textId="064AC54D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 </w:t>
            </w:r>
            <w:r w:rsidR="00434D2A">
              <w:rPr>
                <w:sz w:val="18"/>
                <w:szCs w:val="18"/>
              </w:rPr>
              <w:t>674</w:t>
            </w:r>
          </w:p>
        </w:tc>
        <w:tc>
          <w:tcPr>
            <w:tcW w:w="735" w:type="pct"/>
            <w:vAlign w:val="center"/>
          </w:tcPr>
          <w:p w14:paraId="2D80B4B0" w14:textId="450495ED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5115BF">
              <w:rPr>
                <w:sz w:val="18"/>
                <w:szCs w:val="18"/>
              </w:rPr>
              <w:t>738</w:t>
            </w:r>
          </w:p>
        </w:tc>
        <w:tc>
          <w:tcPr>
            <w:tcW w:w="659" w:type="pct"/>
            <w:vAlign w:val="center"/>
          </w:tcPr>
          <w:p w14:paraId="3DA09BC1" w14:textId="2686F925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5115BF">
              <w:rPr>
                <w:sz w:val="18"/>
                <w:szCs w:val="18"/>
              </w:rPr>
              <w:t>730</w:t>
            </w:r>
          </w:p>
        </w:tc>
        <w:tc>
          <w:tcPr>
            <w:tcW w:w="936" w:type="pct"/>
            <w:vAlign w:val="center"/>
          </w:tcPr>
          <w:p w14:paraId="6CA8D4C6" w14:textId="6BC52622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</w:t>
            </w:r>
            <w:r w:rsidR="00801DB6">
              <w:rPr>
                <w:sz w:val="18"/>
                <w:szCs w:val="18"/>
              </w:rPr>
              <w:t>686</w:t>
            </w:r>
          </w:p>
        </w:tc>
        <w:tc>
          <w:tcPr>
            <w:tcW w:w="614" w:type="pct"/>
            <w:vAlign w:val="center"/>
          </w:tcPr>
          <w:p w14:paraId="57CF4C3B" w14:textId="336B1AB9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801DB6">
              <w:rPr>
                <w:sz w:val="18"/>
                <w:szCs w:val="18"/>
              </w:rPr>
              <w:t>834</w:t>
            </w:r>
          </w:p>
        </w:tc>
      </w:tr>
      <w:tr w:rsidR="00246164" w:rsidRPr="002C14ED" w14:paraId="50A64ACF" w14:textId="6993F7D4" w:rsidTr="00D469F2">
        <w:tc>
          <w:tcPr>
            <w:tcW w:w="734" w:type="pct"/>
            <w:vAlign w:val="center"/>
          </w:tcPr>
          <w:p w14:paraId="6149F5A5" w14:textId="0195AA3F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>Niño</w:t>
            </w:r>
          </w:p>
        </w:tc>
        <w:tc>
          <w:tcPr>
            <w:tcW w:w="604" w:type="pct"/>
            <w:vAlign w:val="center"/>
          </w:tcPr>
          <w:p w14:paraId="0B8C5304" w14:textId="0FFD9AA1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 </w:t>
            </w:r>
            <w:r w:rsidR="00434D2A">
              <w:rPr>
                <w:sz w:val="18"/>
                <w:szCs w:val="18"/>
              </w:rPr>
              <w:t>364</w:t>
            </w:r>
          </w:p>
        </w:tc>
        <w:tc>
          <w:tcPr>
            <w:tcW w:w="718" w:type="pct"/>
            <w:vAlign w:val="center"/>
          </w:tcPr>
          <w:p w14:paraId="21597834" w14:textId="4A4CD622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 </w:t>
            </w:r>
            <w:r w:rsidR="00434D2A">
              <w:rPr>
                <w:sz w:val="18"/>
                <w:szCs w:val="18"/>
              </w:rPr>
              <w:t>284</w:t>
            </w:r>
          </w:p>
        </w:tc>
        <w:tc>
          <w:tcPr>
            <w:tcW w:w="735" w:type="pct"/>
            <w:vAlign w:val="center"/>
          </w:tcPr>
          <w:p w14:paraId="00651BC4" w14:textId="2AFB9EC9" w:rsidR="000257A5" w:rsidRPr="003465C7" w:rsidRDefault="000257A5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5115BF">
              <w:rPr>
                <w:sz w:val="18"/>
                <w:szCs w:val="18"/>
              </w:rPr>
              <w:t>284</w:t>
            </w:r>
          </w:p>
        </w:tc>
        <w:tc>
          <w:tcPr>
            <w:tcW w:w="659" w:type="pct"/>
            <w:vAlign w:val="center"/>
          </w:tcPr>
          <w:p w14:paraId="41E6DC82" w14:textId="75CBA838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5115BF">
              <w:rPr>
                <w:sz w:val="18"/>
                <w:szCs w:val="18"/>
              </w:rPr>
              <w:t>284</w:t>
            </w:r>
          </w:p>
        </w:tc>
        <w:tc>
          <w:tcPr>
            <w:tcW w:w="936" w:type="pct"/>
            <w:vAlign w:val="center"/>
          </w:tcPr>
          <w:p w14:paraId="4188BDAB" w14:textId="3A6D774E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801DB6">
              <w:rPr>
                <w:sz w:val="18"/>
                <w:szCs w:val="18"/>
              </w:rPr>
              <w:t>356</w:t>
            </w:r>
          </w:p>
        </w:tc>
        <w:tc>
          <w:tcPr>
            <w:tcW w:w="614" w:type="pct"/>
            <w:vAlign w:val="center"/>
          </w:tcPr>
          <w:p w14:paraId="107259C0" w14:textId="0F844BA0" w:rsidR="000257A5" w:rsidRPr="003465C7" w:rsidRDefault="00F64097" w:rsidP="000257A5">
            <w:pPr>
              <w:jc w:val="center"/>
              <w:rPr>
                <w:sz w:val="18"/>
                <w:szCs w:val="18"/>
              </w:rPr>
            </w:pPr>
            <w:r w:rsidRPr="003465C7">
              <w:rPr>
                <w:sz w:val="18"/>
                <w:szCs w:val="18"/>
              </w:rPr>
              <w:t xml:space="preserve">USD  </w:t>
            </w:r>
            <w:r w:rsidR="00801DB6">
              <w:rPr>
                <w:sz w:val="18"/>
                <w:szCs w:val="18"/>
              </w:rPr>
              <w:t>364</w:t>
            </w:r>
          </w:p>
        </w:tc>
      </w:tr>
    </w:tbl>
    <w:p w14:paraId="1690B86D" w14:textId="15050C45" w:rsidR="0056702A" w:rsidRPr="00C520EC" w:rsidRDefault="00C520EC" w:rsidP="00C520EC">
      <w:pPr>
        <w:pStyle w:val="Prrafodelista"/>
        <w:numPr>
          <w:ilvl w:val="0"/>
          <w:numId w:val="13"/>
        </w:numPr>
        <w:rPr>
          <w:lang w:val="es-CO"/>
        </w:rPr>
      </w:pPr>
      <w:r w:rsidRPr="00C520EC">
        <w:rPr>
          <w:lang w:val="es-CO"/>
        </w:rPr>
        <w:t>Tarifas validas desde 01 de marzo, hasta el 14 de diciembre del 2026</w:t>
      </w:r>
    </w:p>
    <w:p w14:paraId="0DF3E6FB" w14:textId="073B4608" w:rsidR="00C520EC" w:rsidRPr="00C520EC" w:rsidRDefault="00C520EC" w:rsidP="00C520EC">
      <w:pPr>
        <w:pStyle w:val="Prrafodelista"/>
        <w:numPr>
          <w:ilvl w:val="0"/>
          <w:numId w:val="13"/>
        </w:numPr>
        <w:rPr>
          <w:lang w:val="es-CO"/>
        </w:rPr>
      </w:pPr>
      <w:r w:rsidRPr="00C520EC">
        <w:rPr>
          <w:lang w:val="es-CO"/>
        </w:rPr>
        <w:t>Tarifas por persona en dólares</w:t>
      </w:r>
    </w:p>
    <w:p w14:paraId="44D4AB44" w14:textId="77777777" w:rsidR="003E7BEE" w:rsidRPr="00B413BC" w:rsidRDefault="003E7BEE" w:rsidP="004352CB">
      <w:pPr>
        <w:rPr>
          <w:lang w:val="es-CO"/>
        </w:rPr>
      </w:pPr>
    </w:p>
    <w:p w14:paraId="01B0FA1A" w14:textId="77777777" w:rsidR="003E7BEE" w:rsidRPr="00B413BC" w:rsidRDefault="003E7BEE" w:rsidP="004352CB">
      <w:pPr>
        <w:rPr>
          <w:lang w:val="es-CO"/>
        </w:rPr>
      </w:pPr>
    </w:p>
    <w:p w14:paraId="33A3CAAE" w14:textId="5AA982B7" w:rsidR="001C09C9" w:rsidRPr="00D80A51" w:rsidRDefault="00367849" w:rsidP="00D80A51">
      <w:pPr>
        <w:pStyle w:val="Ttulo2"/>
      </w:pPr>
      <w:r w:rsidRPr="00D00BB7"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65"/>
        <w:gridCol w:w="3512"/>
        <w:gridCol w:w="3551"/>
      </w:tblGrid>
      <w:tr w:rsidR="002E17A8" w:rsidRPr="00B413BC" w14:paraId="15DD1E0C" w14:textId="77777777" w:rsidTr="002E17A8">
        <w:trPr>
          <w:trHeight w:val="389"/>
        </w:trPr>
        <w:tc>
          <w:tcPr>
            <w:tcW w:w="1000" w:type="pct"/>
            <w:shd w:val="clear" w:color="auto" w:fill="59C119"/>
            <w:vAlign w:val="center"/>
            <w:hideMark/>
          </w:tcPr>
          <w:p w14:paraId="68EF2780" w14:textId="77777777" w:rsidR="002E17A8" w:rsidRPr="00D80A51" w:rsidRDefault="002E17A8" w:rsidP="00F02C78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D80A51">
              <w:rPr>
                <w:b/>
                <w:bCs/>
                <w:color w:val="FFFFFF" w:themeColor="background1"/>
                <w:lang w:val="es-CO"/>
              </w:rPr>
              <w:t>CATEGORÍA</w:t>
            </w:r>
          </w:p>
        </w:tc>
        <w:tc>
          <w:tcPr>
            <w:tcW w:w="1989" w:type="pct"/>
            <w:shd w:val="clear" w:color="auto" w:fill="59C119"/>
            <w:vAlign w:val="center"/>
            <w:hideMark/>
          </w:tcPr>
          <w:p w14:paraId="39CB57C1" w14:textId="77777777" w:rsidR="002E17A8" w:rsidRPr="00D80A51" w:rsidRDefault="002E17A8" w:rsidP="00F02C78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D80A51">
              <w:rPr>
                <w:b/>
                <w:bCs/>
                <w:color w:val="FFFFFF" w:themeColor="background1"/>
                <w:lang w:val="es-CO"/>
              </w:rPr>
              <w:t>NOMBRE</w:t>
            </w:r>
          </w:p>
        </w:tc>
        <w:tc>
          <w:tcPr>
            <w:tcW w:w="2011" w:type="pct"/>
            <w:shd w:val="clear" w:color="auto" w:fill="59C119"/>
            <w:vAlign w:val="center"/>
          </w:tcPr>
          <w:p w14:paraId="48F2636D" w14:textId="77777777" w:rsidR="002E17A8" w:rsidRPr="00D80A51" w:rsidRDefault="002E17A8" w:rsidP="00F02C78">
            <w:pPr>
              <w:jc w:val="center"/>
              <w:rPr>
                <w:b/>
                <w:bCs/>
                <w:color w:val="FFFFFF" w:themeColor="background1"/>
                <w:lang w:val="es-CO"/>
              </w:rPr>
            </w:pPr>
            <w:r w:rsidRPr="00D80A51">
              <w:rPr>
                <w:b/>
                <w:bCs/>
                <w:color w:val="FFFFFF" w:themeColor="background1"/>
                <w:lang w:val="es-CO"/>
              </w:rPr>
              <w:t>FOTO DE REFERENCIA</w:t>
            </w:r>
          </w:p>
        </w:tc>
      </w:tr>
      <w:tr w:rsidR="002E17A8" w:rsidRPr="00B413BC" w14:paraId="66B5852B" w14:textId="77777777" w:rsidTr="002E17A8">
        <w:trPr>
          <w:trHeight w:val="1701"/>
        </w:trPr>
        <w:tc>
          <w:tcPr>
            <w:tcW w:w="1000" w:type="pct"/>
            <w:vAlign w:val="center"/>
          </w:tcPr>
          <w:p w14:paraId="649A170E" w14:textId="6851A562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4 estrellas</w:t>
            </w:r>
          </w:p>
        </w:tc>
        <w:tc>
          <w:tcPr>
            <w:tcW w:w="1989" w:type="pct"/>
            <w:vAlign w:val="center"/>
          </w:tcPr>
          <w:p w14:paraId="06736515" w14:textId="416F0CF4" w:rsidR="002E17A8" w:rsidRPr="00B413BC" w:rsidRDefault="002E17A8" w:rsidP="00F02C78">
            <w:pPr>
              <w:jc w:val="center"/>
              <w:rPr>
                <w:lang w:val="es-CO"/>
              </w:rPr>
            </w:pPr>
            <w:r w:rsidRPr="00C05CED">
              <w:rPr>
                <w:lang w:val="es-CO"/>
              </w:rPr>
              <w:t>Hilton Garden Inn</w:t>
            </w:r>
          </w:p>
        </w:tc>
        <w:tc>
          <w:tcPr>
            <w:tcW w:w="2011" w:type="pct"/>
            <w:vAlign w:val="center"/>
          </w:tcPr>
          <w:p w14:paraId="13F986D0" w14:textId="5448FDE5" w:rsidR="002E17A8" w:rsidRPr="00B413BC" w:rsidRDefault="002E17A8" w:rsidP="00F02C78">
            <w:pPr>
              <w:jc w:val="center"/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6ADAA9FB" wp14:editId="4A4684BD">
                  <wp:extent cx="1475660" cy="826618"/>
                  <wp:effectExtent l="0" t="0" r="0" b="0"/>
                  <wp:docPr id="465762741" name="Imagen 7" descr="Hilton Garden Inn Panama City Air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ilton Garden Inn Panama City Air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00" cy="8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7BDD6E15" w14:textId="77777777" w:rsidTr="002E17A8">
        <w:trPr>
          <w:trHeight w:val="1701"/>
        </w:trPr>
        <w:tc>
          <w:tcPr>
            <w:tcW w:w="1000" w:type="pct"/>
            <w:vAlign w:val="center"/>
          </w:tcPr>
          <w:p w14:paraId="35153D35" w14:textId="0F4556CD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0AD9E782" w14:textId="62F33C52" w:rsidR="002E17A8" w:rsidRPr="00B413BC" w:rsidRDefault="002E17A8" w:rsidP="00F02C78">
            <w:pPr>
              <w:jc w:val="center"/>
              <w:rPr>
                <w:lang w:val="es-CO"/>
              </w:rPr>
            </w:pPr>
            <w:proofErr w:type="spellStart"/>
            <w:r w:rsidRPr="00F72FF1">
              <w:rPr>
                <w:lang w:val="es-CO"/>
              </w:rPr>
              <w:t>Decapolis</w:t>
            </w:r>
            <w:proofErr w:type="spellEnd"/>
          </w:p>
        </w:tc>
        <w:tc>
          <w:tcPr>
            <w:tcW w:w="2011" w:type="pct"/>
            <w:vAlign w:val="center"/>
          </w:tcPr>
          <w:p w14:paraId="6493241E" w14:textId="4341B90D" w:rsidR="002E17A8" w:rsidRPr="00B413BC" w:rsidRDefault="002E17A8" w:rsidP="00F02C78">
            <w:pPr>
              <w:jc w:val="center"/>
              <w:rPr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677B0A18" wp14:editId="24E17C46">
                  <wp:extent cx="1477366" cy="826618"/>
                  <wp:effectExtent l="0" t="0" r="8890" b="0"/>
                  <wp:docPr id="1979967778" name="Imagen 8" descr="Decapolis Hotel | Hotel en Ciudad de Pan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ecapolis Hotel | Hotel en Ciudad de Panam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32" cy="84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10218A56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22ECE84D" w14:textId="21620386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7598A703" w14:textId="100A87C2" w:rsidR="002E17A8" w:rsidRPr="00B413BC" w:rsidRDefault="002E17A8" w:rsidP="00F02C78">
            <w:pPr>
              <w:jc w:val="center"/>
            </w:pPr>
            <w:proofErr w:type="spellStart"/>
            <w:r w:rsidRPr="00D352C2">
              <w:rPr>
                <w:lang w:val="es-CO"/>
              </w:rPr>
              <w:t>Megapolis</w:t>
            </w:r>
            <w:proofErr w:type="spellEnd"/>
          </w:p>
        </w:tc>
        <w:tc>
          <w:tcPr>
            <w:tcW w:w="2011" w:type="pct"/>
            <w:vAlign w:val="center"/>
          </w:tcPr>
          <w:p w14:paraId="7C4C2482" w14:textId="7909EF05" w:rsidR="002E17A8" w:rsidRPr="00B413BC" w:rsidRDefault="002E17A8" w:rsidP="00F02C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10AAED" wp14:editId="4BF2D7A3">
                  <wp:extent cx="1449961" cy="775412"/>
                  <wp:effectExtent l="0" t="0" r="0" b="5715"/>
                  <wp:docPr id="940594716" name="Imagen 9" descr="MEGAPOLIS HOTEL PANAMÁ desde $ 409.774 (Ciudad de Panamá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EGAPOLIS HOTEL PANAMÁ desde $ 409.774 (Ciudad de Panamá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17" cy="79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29FB9C16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7B9D3F59" w14:textId="38D81B33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5A944200" w14:textId="2368AF5C" w:rsidR="002E17A8" w:rsidRPr="00D352C2" w:rsidRDefault="002E17A8" w:rsidP="00F02C78">
            <w:pPr>
              <w:jc w:val="center"/>
              <w:rPr>
                <w:lang w:val="es-CO"/>
              </w:rPr>
            </w:pPr>
            <w:r w:rsidRPr="009F711B">
              <w:rPr>
                <w:lang w:val="es-CO"/>
              </w:rPr>
              <w:t>Marriott Panamá</w:t>
            </w:r>
          </w:p>
        </w:tc>
        <w:tc>
          <w:tcPr>
            <w:tcW w:w="2011" w:type="pct"/>
            <w:vAlign w:val="center"/>
          </w:tcPr>
          <w:p w14:paraId="04B4DFD5" w14:textId="0E4203B1" w:rsidR="002E17A8" w:rsidRPr="00B413BC" w:rsidRDefault="002E17A8" w:rsidP="00F02C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AC0F6" wp14:editId="02BB2BE0">
                  <wp:extent cx="1442445" cy="798519"/>
                  <wp:effectExtent l="0" t="0" r="5715" b="1905"/>
                  <wp:docPr id="493050008" name="Imagen 10" descr="MARRIOTT PANAMA HOTEL desde $ 575.188 (Ciudad de Panamá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MARRIOTT PANAMA HOTEL desde $ 575.188 (Ciudad de Panamá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67" cy="81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00DF6157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161C3B14" w14:textId="5AFDE3EF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5413244A" w14:textId="71072F0E" w:rsidR="002E17A8" w:rsidRPr="009F711B" w:rsidRDefault="002E17A8" w:rsidP="00F02C78">
            <w:pPr>
              <w:jc w:val="center"/>
              <w:rPr>
                <w:lang w:val="es-CO"/>
              </w:rPr>
            </w:pPr>
            <w:r w:rsidRPr="008344E4">
              <w:rPr>
                <w:lang w:val="es-CO"/>
              </w:rPr>
              <w:t>Las Americas Golden Tower</w:t>
            </w:r>
          </w:p>
        </w:tc>
        <w:tc>
          <w:tcPr>
            <w:tcW w:w="2011" w:type="pct"/>
            <w:vAlign w:val="center"/>
          </w:tcPr>
          <w:p w14:paraId="7D64034B" w14:textId="40726886" w:rsidR="002E17A8" w:rsidRPr="00B413BC" w:rsidRDefault="002E17A8" w:rsidP="00F02C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0B43E2" wp14:editId="6441586F">
                  <wp:extent cx="1384246" cy="775412"/>
                  <wp:effectExtent l="0" t="0" r="6985" b="5715"/>
                  <wp:docPr id="1037598082" name="Imagen 11" descr="HOTEL LAS AMÉRICAS GOLDEN TOWER PANAMÁ desde $ 421.053 (Ciudad de Panamá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OTEL LAS AMÉRICAS GOLDEN TOWER PANAMÁ desde $ 421.053 (Ciudad de Panamá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69" cy="7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7A8" w:rsidRPr="00B413BC" w14:paraId="62477B94" w14:textId="77777777" w:rsidTr="002E17A8">
        <w:trPr>
          <w:trHeight w:val="389"/>
        </w:trPr>
        <w:tc>
          <w:tcPr>
            <w:tcW w:w="1000" w:type="pct"/>
            <w:vAlign w:val="center"/>
          </w:tcPr>
          <w:p w14:paraId="590E8947" w14:textId="5181A9AE" w:rsidR="002E17A8" w:rsidRPr="00C14999" w:rsidRDefault="002E17A8" w:rsidP="00F02C78">
            <w:pPr>
              <w:jc w:val="center"/>
              <w:rPr>
                <w:lang w:val="es-CO"/>
              </w:rPr>
            </w:pPr>
            <w:r w:rsidRPr="00C14999">
              <w:t>5 estrellas</w:t>
            </w:r>
          </w:p>
        </w:tc>
        <w:tc>
          <w:tcPr>
            <w:tcW w:w="1989" w:type="pct"/>
            <w:vAlign w:val="center"/>
          </w:tcPr>
          <w:p w14:paraId="1DB53C1E" w14:textId="14B04569" w:rsidR="002E17A8" w:rsidRPr="008344E4" w:rsidRDefault="002E17A8" w:rsidP="00F02C78">
            <w:pPr>
              <w:jc w:val="center"/>
              <w:rPr>
                <w:lang w:val="es-CO"/>
              </w:rPr>
            </w:pPr>
            <w:r w:rsidRPr="005D0B4E">
              <w:rPr>
                <w:lang w:val="es-CO"/>
              </w:rPr>
              <w:t>W Panama</w:t>
            </w:r>
          </w:p>
        </w:tc>
        <w:tc>
          <w:tcPr>
            <w:tcW w:w="2011" w:type="pct"/>
            <w:vAlign w:val="center"/>
          </w:tcPr>
          <w:p w14:paraId="4CCFFDC6" w14:textId="3741902C" w:rsidR="002E17A8" w:rsidRPr="00B413BC" w:rsidRDefault="002E17A8" w:rsidP="00F02C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81A29" wp14:editId="66D0EAFD">
                  <wp:extent cx="1410363" cy="790041"/>
                  <wp:effectExtent l="0" t="0" r="0" b="0"/>
                  <wp:docPr id="1318506198" name="Imagen 12" descr="W Pan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W Panam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090" cy="79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7FFF9" w14:textId="18B81C09" w:rsidR="00416C5D" w:rsidRDefault="00D80A51" w:rsidP="00D80A51">
      <w:pPr>
        <w:pStyle w:val="Prrafodelista"/>
        <w:numPr>
          <w:ilvl w:val="0"/>
          <w:numId w:val="12"/>
        </w:numPr>
        <w:rPr>
          <w:lang w:val="es-CO"/>
        </w:rPr>
      </w:pPr>
      <w:r w:rsidRPr="00D80A51">
        <w:rPr>
          <w:lang w:val="es-CO"/>
        </w:rPr>
        <w:t>Nota: Los hoteles asignados pueden variar por disponibilidad operativa o factores externos. En caso de cambios, se confirmarán alternativas de categoría similar para garantizar una experiencia adecuada.</w:t>
      </w:r>
    </w:p>
    <w:p w14:paraId="6359C022" w14:textId="77777777" w:rsidR="002E17A8" w:rsidRPr="00D80A51" w:rsidRDefault="002E17A8" w:rsidP="002E17A8">
      <w:pPr>
        <w:pStyle w:val="Prrafodelista"/>
        <w:rPr>
          <w:lang w:val="es-CO"/>
        </w:rPr>
      </w:pPr>
    </w:p>
    <w:p w14:paraId="5A98BDEB" w14:textId="77777777" w:rsidR="00777E1D" w:rsidRPr="00B413BC" w:rsidRDefault="00A34EA6" w:rsidP="00D00BB7">
      <w:pPr>
        <w:pStyle w:val="Ttulo2"/>
      </w:pPr>
      <w:r w:rsidRPr="00B413BC">
        <w:lastRenderedPageBreak/>
        <w:t>INCLUYE</w:t>
      </w:r>
    </w:p>
    <w:p w14:paraId="461742DD" w14:textId="76F1633F" w:rsidR="00560B80" w:rsidRPr="00560B80" w:rsidRDefault="00560B80" w:rsidP="00560B80">
      <w:pPr>
        <w:numPr>
          <w:ilvl w:val="0"/>
          <w:numId w:val="15"/>
        </w:numPr>
        <w:spacing w:after="0"/>
        <w:rPr>
          <w:lang w:val="es-CO"/>
        </w:rPr>
      </w:pPr>
      <w:r w:rsidRPr="00560B80">
        <w:rPr>
          <w:lang w:val="es-CO"/>
        </w:rPr>
        <w:t>3 noches de alojamiento en Ciudad de Panamá (hotel según categoría)</w:t>
      </w:r>
    </w:p>
    <w:p w14:paraId="056CFBA5" w14:textId="28A6DB63" w:rsidR="00560B80" w:rsidRPr="00560B80" w:rsidRDefault="00560B80" w:rsidP="00560B80">
      <w:pPr>
        <w:numPr>
          <w:ilvl w:val="0"/>
          <w:numId w:val="15"/>
        </w:numPr>
        <w:spacing w:after="0"/>
        <w:rPr>
          <w:lang w:val="es-CO"/>
        </w:rPr>
      </w:pPr>
      <w:r w:rsidRPr="00560B80">
        <w:rPr>
          <w:lang w:val="es-CO"/>
        </w:rPr>
        <w:t>1 noche en Isla Contadora (Hotel Mar &amp; Oro)</w:t>
      </w:r>
    </w:p>
    <w:p w14:paraId="40FE96DF" w14:textId="3945C95E" w:rsidR="00560B80" w:rsidRPr="00560B80" w:rsidRDefault="00560B80" w:rsidP="00560B80">
      <w:pPr>
        <w:numPr>
          <w:ilvl w:val="0"/>
          <w:numId w:val="15"/>
        </w:numPr>
        <w:spacing w:after="0"/>
        <w:rPr>
          <w:lang w:val="es-CO"/>
        </w:rPr>
      </w:pPr>
      <w:r w:rsidRPr="00560B80">
        <w:rPr>
          <w:lang w:val="es-CO"/>
        </w:rPr>
        <w:t xml:space="preserve">Desayunos </w:t>
      </w:r>
    </w:p>
    <w:p w14:paraId="01EED01E" w14:textId="454AE6C0" w:rsidR="00560B80" w:rsidRPr="00560B80" w:rsidRDefault="00560B80" w:rsidP="00560B80">
      <w:pPr>
        <w:numPr>
          <w:ilvl w:val="0"/>
          <w:numId w:val="15"/>
        </w:numPr>
        <w:spacing w:after="0"/>
        <w:rPr>
          <w:lang w:val="es-CO"/>
        </w:rPr>
      </w:pPr>
      <w:r w:rsidRPr="00560B80">
        <w:rPr>
          <w:lang w:val="es-CO"/>
        </w:rPr>
        <w:t>Traslados compartidos (aeropuerto/hotel/aeropuerto + muelle/hotel según itinerario)</w:t>
      </w:r>
    </w:p>
    <w:p w14:paraId="41B2BFFA" w14:textId="760E194A" w:rsidR="00560B80" w:rsidRPr="00560B80" w:rsidRDefault="00560B80" w:rsidP="00560B80">
      <w:pPr>
        <w:numPr>
          <w:ilvl w:val="0"/>
          <w:numId w:val="15"/>
        </w:numPr>
        <w:spacing w:after="0"/>
        <w:rPr>
          <w:lang w:val="es-CO"/>
        </w:rPr>
      </w:pPr>
      <w:r w:rsidRPr="00560B80">
        <w:rPr>
          <w:lang w:val="es-CO"/>
        </w:rPr>
        <w:t>Ferry ida y vuelta a Isla Contadora (según operación regular)</w:t>
      </w:r>
    </w:p>
    <w:p w14:paraId="017BB2B1" w14:textId="45D8444A" w:rsidR="00560B80" w:rsidRPr="00560B80" w:rsidRDefault="00560B80" w:rsidP="00560B80">
      <w:pPr>
        <w:numPr>
          <w:ilvl w:val="0"/>
          <w:numId w:val="15"/>
        </w:numPr>
        <w:spacing w:after="0"/>
        <w:rPr>
          <w:lang w:val="es-CO"/>
        </w:rPr>
      </w:pPr>
      <w:r w:rsidRPr="00560B80">
        <w:rPr>
          <w:lang w:val="es-CO"/>
        </w:rPr>
        <w:t>Gira de Ciudad + Canal de Panamá (Centro de Visitantes)</w:t>
      </w:r>
    </w:p>
    <w:p w14:paraId="0182E4C1" w14:textId="3DC9BB63" w:rsidR="00560B80" w:rsidRPr="00560B80" w:rsidRDefault="00560B80" w:rsidP="00560B80">
      <w:pPr>
        <w:numPr>
          <w:ilvl w:val="1"/>
          <w:numId w:val="15"/>
        </w:numPr>
        <w:spacing w:after="0"/>
        <w:rPr>
          <w:lang w:val="es-CO"/>
        </w:rPr>
      </w:pPr>
      <w:r w:rsidRPr="00560B80">
        <w:rPr>
          <w:lang w:val="es-CO"/>
        </w:rPr>
        <w:t>Finaliza en Albrook Mall</w:t>
      </w:r>
    </w:p>
    <w:p w14:paraId="158E794A" w14:textId="77777777" w:rsidR="00560B80" w:rsidRPr="00560B80" w:rsidRDefault="00560B80" w:rsidP="00560B80">
      <w:pPr>
        <w:numPr>
          <w:ilvl w:val="0"/>
          <w:numId w:val="15"/>
        </w:numPr>
        <w:spacing w:after="0"/>
        <w:rPr>
          <w:lang w:val="es-CO"/>
        </w:rPr>
      </w:pPr>
      <w:r w:rsidRPr="00560B80">
        <w:rPr>
          <w:lang w:val="es-CO"/>
        </w:rPr>
        <w:t>Seguro médico: USD 3 por día por persona (5 días)</w:t>
      </w:r>
    </w:p>
    <w:p w14:paraId="4D338023" w14:textId="77777777" w:rsidR="00560B80" w:rsidRPr="002E17A8" w:rsidRDefault="00560B80" w:rsidP="002E17A8">
      <w:pPr>
        <w:spacing w:after="0"/>
        <w:rPr>
          <w:lang w:val="es-CO"/>
        </w:rPr>
      </w:pPr>
    </w:p>
    <w:p w14:paraId="156472C3" w14:textId="77777777" w:rsidR="00777E1D" w:rsidRPr="00B413BC" w:rsidRDefault="00A34EA6" w:rsidP="00D00BB7">
      <w:pPr>
        <w:pStyle w:val="Ttulo2"/>
      </w:pPr>
      <w:r w:rsidRPr="00B413BC">
        <w:t>NO INCLUYE</w:t>
      </w:r>
    </w:p>
    <w:p w14:paraId="49935411" w14:textId="46AC2219" w:rsidR="00777E1D" w:rsidRPr="002E17A8" w:rsidRDefault="00A34EA6" w:rsidP="002E17A8">
      <w:pPr>
        <w:spacing w:after="0"/>
        <w:rPr>
          <w:lang w:val="es-CO"/>
        </w:rPr>
      </w:pPr>
      <w:r w:rsidRPr="002E17A8">
        <w:rPr>
          <w:lang w:val="es-CO"/>
        </w:rPr>
        <w:t xml:space="preserve">• </w:t>
      </w:r>
      <w:r w:rsidR="002E17A8" w:rsidRPr="002E17A8">
        <w:rPr>
          <w:lang w:val="es-CO"/>
        </w:rPr>
        <w:t>Vuelos</w:t>
      </w:r>
      <w:r w:rsidRPr="002E17A8">
        <w:rPr>
          <w:lang w:val="es-CO"/>
        </w:rPr>
        <w:t xml:space="preserve"> internacionales</w:t>
      </w:r>
      <w:r w:rsidR="00A34B47" w:rsidRPr="002E17A8">
        <w:rPr>
          <w:lang w:val="es-CO"/>
        </w:rPr>
        <w:t xml:space="preserve"> o </w:t>
      </w:r>
      <w:r w:rsidR="00560B80" w:rsidRPr="002E17A8">
        <w:rPr>
          <w:lang w:val="es-CO"/>
        </w:rPr>
        <w:t>domésticos</w:t>
      </w:r>
    </w:p>
    <w:p w14:paraId="340CF6FA" w14:textId="77777777" w:rsidR="00777E1D" w:rsidRPr="002E17A8" w:rsidRDefault="00A34EA6" w:rsidP="002E17A8">
      <w:pPr>
        <w:spacing w:after="0"/>
        <w:rPr>
          <w:lang w:val="es-CO"/>
        </w:rPr>
      </w:pPr>
      <w:r w:rsidRPr="002E17A8">
        <w:rPr>
          <w:lang w:val="es-CO"/>
        </w:rPr>
        <w:t>• Impuestos aeroportuarios</w:t>
      </w:r>
    </w:p>
    <w:p w14:paraId="706BB6C0" w14:textId="77777777" w:rsidR="00777E1D" w:rsidRPr="002E17A8" w:rsidRDefault="00A34EA6" w:rsidP="002E17A8">
      <w:pPr>
        <w:spacing w:after="0"/>
        <w:rPr>
          <w:lang w:val="es-CO"/>
        </w:rPr>
      </w:pPr>
      <w:r w:rsidRPr="002E17A8">
        <w:rPr>
          <w:lang w:val="es-CO"/>
        </w:rPr>
        <w:t>• Bebidas no especificadas</w:t>
      </w:r>
    </w:p>
    <w:p w14:paraId="6F4ECD19" w14:textId="6B3D9707" w:rsidR="00777E1D" w:rsidRPr="002E17A8" w:rsidRDefault="00A34EA6" w:rsidP="002E17A8">
      <w:pPr>
        <w:spacing w:after="0"/>
        <w:rPr>
          <w:lang w:val="es-CO"/>
        </w:rPr>
      </w:pPr>
      <w:r w:rsidRPr="002E17A8">
        <w:rPr>
          <w:lang w:val="es-CO"/>
        </w:rPr>
        <w:t>• Propinas</w:t>
      </w:r>
      <w:r w:rsidR="00A34B47" w:rsidRPr="002E17A8">
        <w:rPr>
          <w:lang w:val="es-CO"/>
        </w:rPr>
        <w:t xml:space="preserve"> (guías, choferes, maleteros)</w:t>
      </w:r>
    </w:p>
    <w:p w14:paraId="3D1F20E8" w14:textId="432188FB" w:rsidR="00777E1D" w:rsidRPr="002E17A8" w:rsidRDefault="00A34EA6" w:rsidP="002E17A8">
      <w:pPr>
        <w:spacing w:after="0"/>
        <w:rPr>
          <w:lang w:val="es-CO"/>
        </w:rPr>
      </w:pPr>
      <w:r w:rsidRPr="002E17A8">
        <w:rPr>
          <w:lang w:val="es-CO"/>
        </w:rPr>
        <w:t>• Gastos personales</w:t>
      </w:r>
      <w:r w:rsidR="00A34B47" w:rsidRPr="002E17A8">
        <w:rPr>
          <w:lang w:val="es-CO"/>
        </w:rPr>
        <w:t xml:space="preserve"> (minibar, lavandería, llamadas, etc.)</w:t>
      </w:r>
    </w:p>
    <w:p w14:paraId="0386F6CF" w14:textId="494BDCCB" w:rsidR="00A34B47" w:rsidRPr="002E17A8" w:rsidRDefault="00A34B47" w:rsidP="002E17A8">
      <w:pPr>
        <w:spacing w:after="0"/>
        <w:rPr>
          <w:lang w:val="es-CO"/>
        </w:rPr>
      </w:pPr>
      <w:r w:rsidRPr="002E17A8">
        <w:rPr>
          <w:lang w:val="es-CO"/>
        </w:rPr>
        <w:t>• Tours o excursiones opcionales no descritos</w:t>
      </w:r>
    </w:p>
    <w:p w14:paraId="339427F2" w14:textId="57EA00D9" w:rsidR="00A34B47" w:rsidRPr="002E17A8" w:rsidRDefault="00A34B47" w:rsidP="002E17A8">
      <w:pPr>
        <w:spacing w:after="0"/>
        <w:rPr>
          <w:sz w:val="24"/>
          <w:szCs w:val="24"/>
          <w:lang w:val="es-CO"/>
        </w:rPr>
      </w:pPr>
      <w:r w:rsidRPr="002E17A8">
        <w:rPr>
          <w:lang w:val="es-CO"/>
        </w:rPr>
        <w:t>•  Entradas no indicadas como incluidas (si algún atractivo extra no está en el tour base)</w:t>
      </w:r>
    </w:p>
    <w:p w14:paraId="14AF83E5" w14:textId="555332C2" w:rsidR="00A34B47" w:rsidRPr="002E17A8" w:rsidRDefault="00A34B47" w:rsidP="002E17A8">
      <w:pPr>
        <w:spacing w:after="0"/>
        <w:rPr>
          <w:lang w:val="es-CO"/>
        </w:rPr>
      </w:pPr>
      <w:r w:rsidRPr="002E17A8">
        <w:rPr>
          <w:lang w:val="es-CO"/>
        </w:rPr>
        <w:t>• Cargos por cambios de horario</w:t>
      </w:r>
    </w:p>
    <w:p w14:paraId="658E752C" w14:textId="77777777" w:rsidR="00777E1D" w:rsidRDefault="00A34EA6" w:rsidP="00D00BB7">
      <w:pPr>
        <w:pStyle w:val="Ttulo2"/>
      </w:pPr>
      <w:r w:rsidRPr="00B413BC">
        <w:t>NOTAS IMPORTANTES</w:t>
      </w:r>
    </w:p>
    <w:p w14:paraId="73DD91D0" w14:textId="77777777" w:rsidR="009D41B2" w:rsidRPr="009D41B2" w:rsidRDefault="009D41B2" w:rsidP="009D41B2">
      <w:pPr>
        <w:numPr>
          <w:ilvl w:val="0"/>
          <w:numId w:val="14"/>
        </w:numPr>
        <w:tabs>
          <w:tab w:val="clear" w:pos="720"/>
          <w:tab w:val="num" w:pos="284"/>
        </w:tabs>
        <w:spacing w:after="0"/>
        <w:ind w:left="142" w:hanging="142"/>
        <w:rPr>
          <w:lang w:val="es-CO"/>
        </w:rPr>
      </w:pPr>
      <w:r w:rsidRPr="009D41B2">
        <w:rPr>
          <w:lang w:val="es-CO"/>
        </w:rPr>
        <w:t>Ferry sujeto a condiciones climáticas</w:t>
      </w:r>
    </w:p>
    <w:p w14:paraId="6FAFB1AE" w14:textId="19838F6E" w:rsidR="009D41B2" w:rsidRPr="009D41B2" w:rsidRDefault="009D41B2" w:rsidP="009D41B2">
      <w:pPr>
        <w:numPr>
          <w:ilvl w:val="0"/>
          <w:numId w:val="14"/>
        </w:numPr>
        <w:tabs>
          <w:tab w:val="clear" w:pos="720"/>
          <w:tab w:val="num" w:pos="284"/>
        </w:tabs>
        <w:spacing w:after="0"/>
        <w:ind w:left="142" w:hanging="142"/>
        <w:rPr>
          <w:lang w:val="es-CO"/>
        </w:rPr>
      </w:pPr>
      <w:r w:rsidRPr="009D41B2">
        <w:rPr>
          <w:lang w:val="es-CO"/>
        </w:rPr>
        <w:t>Temporada alta: Ene 01 – Abr 30</w:t>
      </w:r>
    </w:p>
    <w:p w14:paraId="253207CE" w14:textId="77777777" w:rsidR="00777E1D" w:rsidRPr="00B413BC" w:rsidRDefault="00A34EA6" w:rsidP="009D41B2">
      <w:pPr>
        <w:tabs>
          <w:tab w:val="num" w:pos="284"/>
        </w:tabs>
        <w:spacing w:after="0"/>
        <w:ind w:left="142" w:hanging="142"/>
        <w:rPr>
          <w:lang w:val="es-CO"/>
        </w:rPr>
      </w:pPr>
      <w:r w:rsidRPr="00B413BC">
        <w:rPr>
          <w:lang w:val="es-CO"/>
        </w:rPr>
        <w:t>• No aplica en Carnavales, Semana Santa ni Fiestas Patrias</w:t>
      </w:r>
    </w:p>
    <w:p w14:paraId="393C8A7F" w14:textId="27C1950F" w:rsidR="00777E1D" w:rsidRPr="00B413BC" w:rsidRDefault="00A34EA6" w:rsidP="009D41B2">
      <w:pPr>
        <w:tabs>
          <w:tab w:val="num" w:pos="284"/>
        </w:tabs>
        <w:spacing w:after="0"/>
        <w:ind w:left="142" w:hanging="142"/>
        <w:rPr>
          <w:lang w:val="es-CO"/>
        </w:rPr>
      </w:pPr>
      <w:r w:rsidRPr="00B413BC">
        <w:rPr>
          <w:lang w:val="es-CO"/>
        </w:rPr>
        <w:t>• Edad CHD: 2 a 11 años• Tarifas sujetas a disponibilidad</w:t>
      </w:r>
    </w:p>
    <w:p w14:paraId="6C6AA3A4" w14:textId="6913ADE6" w:rsidR="007851CE" w:rsidRPr="00B413BC" w:rsidRDefault="00A34EA6" w:rsidP="002E17A8">
      <w:pPr>
        <w:spacing w:after="0"/>
        <w:rPr>
          <w:u w:val="single"/>
          <w:lang w:val="es-CO"/>
        </w:rPr>
      </w:pPr>
      <w:r w:rsidRPr="00B413BC">
        <w:rPr>
          <w:lang w:val="es-CO"/>
        </w:rPr>
        <w:t>• Programa terrestre únicamente</w:t>
      </w:r>
    </w:p>
    <w:sectPr w:rsidR="007851CE" w:rsidRPr="00B413BC" w:rsidSect="000C423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88B51E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09B2159"/>
    <w:multiLevelType w:val="hybridMultilevel"/>
    <w:tmpl w:val="772AFD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B696A"/>
    <w:multiLevelType w:val="multilevel"/>
    <w:tmpl w:val="BE52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C5535"/>
    <w:multiLevelType w:val="multilevel"/>
    <w:tmpl w:val="4D68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661AF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EB3922"/>
    <w:multiLevelType w:val="hybridMultilevel"/>
    <w:tmpl w:val="0DEEE6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845098">
    <w:abstractNumId w:val="8"/>
  </w:num>
  <w:num w:numId="2" w16cid:durableId="1696612511">
    <w:abstractNumId w:val="6"/>
  </w:num>
  <w:num w:numId="3" w16cid:durableId="605507405">
    <w:abstractNumId w:val="5"/>
  </w:num>
  <w:num w:numId="4" w16cid:durableId="27999774">
    <w:abstractNumId w:val="4"/>
  </w:num>
  <w:num w:numId="5" w16cid:durableId="20782430">
    <w:abstractNumId w:val="7"/>
  </w:num>
  <w:num w:numId="6" w16cid:durableId="1323461192">
    <w:abstractNumId w:val="3"/>
  </w:num>
  <w:num w:numId="7" w16cid:durableId="1077022074">
    <w:abstractNumId w:val="2"/>
  </w:num>
  <w:num w:numId="8" w16cid:durableId="1504668081">
    <w:abstractNumId w:val="1"/>
  </w:num>
  <w:num w:numId="9" w16cid:durableId="6520252">
    <w:abstractNumId w:val="0"/>
  </w:num>
  <w:num w:numId="10" w16cid:durableId="469830082">
    <w:abstractNumId w:val="9"/>
  </w:num>
  <w:num w:numId="11" w16cid:durableId="1357341902">
    <w:abstractNumId w:val="13"/>
  </w:num>
  <w:num w:numId="12" w16cid:durableId="53361414">
    <w:abstractNumId w:val="10"/>
  </w:num>
  <w:num w:numId="13" w16cid:durableId="456802976">
    <w:abstractNumId w:val="14"/>
  </w:num>
  <w:num w:numId="14" w16cid:durableId="2000385288">
    <w:abstractNumId w:val="12"/>
  </w:num>
  <w:num w:numId="15" w16cid:durableId="14061478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7A5"/>
    <w:rsid w:val="00034616"/>
    <w:rsid w:val="00037AC8"/>
    <w:rsid w:val="0006063C"/>
    <w:rsid w:val="00061EA2"/>
    <w:rsid w:val="000625F8"/>
    <w:rsid w:val="000947F1"/>
    <w:rsid w:val="000C4232"/>
    <w:rsid w:val="000D0516"/>
    <w:rsid w:val="000D23A9"/>
    <w:rsid w:val="000F74CA"/>
    <w:rsid w:val="00123EA1"/>
    <w:rsid w:val="0015074B"/>
    <w:rsid w:val="001553AB"/>
    <w:rsid w:val="00165680"/>
    <w:rsid w:val="00183288"/>
    <w:rsid w:val="001C09C9"/>
    <w:rsid w:val="001C4C66"/>
    <w:rsid w:val="001E737C"/>
    <w:rsid w:val="00243BA8"/>
    <w:rsid w:val="00246164"/>
    <w:rsid w:val="00257314"/>
    <w:rsid w:val="002859E3"/>
    <w:rsid w:val="0029639D"/>
    <w:rsid w:val="002C14ED"/>
    <w:rsid w:val="002E17A8"/>
    <w:rsid w:val="0032503C"/>
    <w:rsid w:val="00326F90"/>
    <w:rsid w:val="0033225A"/>
    <w:rsid w:val="00343B30"/>
    <w:rsid w:val="003465C7"/>
    <w:rsid w:val="00367849"/>
    <w:rsid w:val="003E7BEE"/>
    <w:rsid w:val="003F538A"/>
    <w:rsid w:val="00416C5D"/>
    <w:rsid w:val="00434D2A"/>
    <w:rsid w:val="004352CB"/>
    <w:rsid w:val="004603F5"/>
    <w:rsid w:val="004771B0"/>
    <w:rsid w:val="005115BF"/>
    <w:rsid w:val="00560B80"/>
    <w:rsid w:val="0056702A"/>
    <w:rsid w:val="0057281E"/>
    <w:rsid w:val="00586AB0"/>
    <w:rsid w:val="005A335B"/>
    <w:rsid w:val="005C1C78"/>
    <w:rsid w:val="005D0B4E"/>
    <w:rsid w:val="00673F13"/>
    <w:rsid w:val="006D676A"/>
    <w:rsid w:val="00712F5E"/>
    <w:rsid w:val="0074509C"/>
    <w:rsid w:val="00777E1D"/>
    <w:rsid w:val="007851CE"/>
    <w:rsid w:val="007C6F09"/>
    <w:rsid w:val="00801DB6"/>
    <w:rsid w:val="00806250"/>
    <w:rsid w:val="008344E4"/>
    <w:rsid w:val="00857032"/>
    <w:rsid w:val="00872619"/>
    <w:rsid w:val="00890B70"/>
    <w:rsid w:val="00891A54"/>
    <w:rsid w:val="008A5D1D"/>
    <w:rsid w:val="008B26EE"/>
    <w:rsid w:val="00917160"/>
    <w:rsid w:val="00927831"/>
    <w:rsid w:val="00944145"/>
    <w:rsid w:val="00960C25"/>
    <w:rsid w:val="0097022E"/>
    <w:rsid w:val="009765C9"/>
    <w:rsid w:val="00991108"/>
    <w:rsid w:val="00991240"/>
    <w:rsid w:val="009D41B2"/>
    <w:rsid w:val="009E26A7"/>
    <w:rsid w:val="009F711B"/>
    <w:rsid w:val="00A27111"/>
    <w:rsid w:val="00A34B47"/>
    <w:rsid w:val="00A34EA6"/>
    <w:rsid w:val="00A7073F"/>
    <w:rsid w:val="00A9578E"/>
    <w:rsid w:val="00AA1D8D"/>
    <w:rsid w:val="00AA272F"/>
    <w:rsid w:val="00AB2522"/>
    <w:rsid w:val="00AF6A95"/>
    <w:rsid w:val="00B413BC"/>
    <w:rsid w:val="00B47730"/>
    <w:rsid w:val="00BF27B6"/>
    <w:rsid w:val="00BF6FF6"/>
    <w:rsid w:val="00C05CED"/>
    <w:rsid w:val="00C14999"/>
    <w:rsid w:val="00C36CE6"/>
    <w:rsid w:val="00C520EC"/>
    <w:rsid w:val="00C52270"/>
    <w:rsid w:val="00C671BC"/>
    <w:rsid w:val="00CB0664"/>
    <w:rsid w:val="00CD4B66"/>
    <w:rsid w:val="00CF29E3"/>
    <w:rsid w:val="00D00BB7"/>
    <w:rsid w:val="00D02671"/>
    <w:rsid w:val="00D352C2"/>
    <w:rsid w:val="00D469F2"/>
    <w:rsid w:val="00D80A51"/>
    <w:rsid w:val="00D93EF4"/>
    <w:rsid w:val="00DD39B2"/>
    <w:rsid w:val="00DF1551"/>
    <w:rsid w:val="00E5612A"/>
    <w:rsid w:val="00E725BE"/>
    <w:rsid w:val="00F02C78"/>
    <w:rsid w:val="00F04727"/>
    <w:rsid w:val="00F130ED"/>
    <w:rsid w:val="00F32E3D"/>
    <w:rsid w:val="00F64097"/>
    <w:rsid w:val="00F72FF1"/>
    <w:rsid w:val="00FA5ABF"/>
    <w:rsid w:val="00FC1197"/>
    <w:rsid w:val="00FC693F"/>
    <w:rsid w:val="4FF0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4CDA85"/>
  <w14:defaultImageDpi w14:val="300"/>
  <w15:docId w15:val="{D4770E96-0639-4719-A92D-9D4C38E4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2CB"/>
    <w:pPr>
      <w:spacing w:after="240" w:line="360" w:lineRule="auto"/>
    </w:pPr>
    <w:rPr>
      <w:rFonts w:ascii="Arial" w:eastAsia="Arial" w:hAnsi="Arial" w:cs="Arial"/>
      <w:color w:val="1F1F1F"/>
      <w:lang w:val="es-419"/>
    </w:rPr>
  </w:style>
  <w:style w:type="paragraph" w:styleId="Ttulo1">
    <w:name w:val="heading 1"/>
    <w:basedOn w:val="Ttulo3"/>
    <w:next w:val="Normal"/>
    <w:link w:val="Ttulo1Car"/>
    <w:uiPriority w:val="9"/>
    <w:qFormat/>
    <w:rsid w:val="009765C9"/>
    <w:pPr>
      <w:ind w:left="360"/>
      <w:jc w:val="center"/>
      <w:outlineLvl w:val="0"/>
    </w:pPr>
    <w:rPr>
      <w:sz w:val="32"/>
      <w:szCs w:val="32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D00BB7"/>
    <w:pPr>
      <w:outlineLvl w:val="1"/>
    </w:pPr>
    <w:rPr>
      <w:lang w:val="es-CO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52CB"/>
    <w:pPr>
      <w:spacing w:before="240" w:after="0"/>
      <w:outlineLvl w:val="2"/>
    </w:pPr>
    <w:rPr>
      <w:b/>
      <w:bCs/>
      <w:color w:val="59C119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765C9"/>
    <w:rPr>
      <w:rFonts w:ascii="Arial" w:eastAsia="Arial" w:hAnsi="Arial" w:cs="Arial"/>
      <w:b/>
      <w:bCs/>
      <w:color w:val="59C119"/>
      <w:sz w:val="32"/>
      <w:szCs w:val="32"/>
      <w:lang w:val="es-419"/>
    </w:rPr>
  </w:style>
  <w:style w:type="character" w:customStyle="1" w:styleId="Ttulo2Car">
    <w:name w:val="Título 2 Car"/>
    <w:basedOn w:val="Fuentedeprrafopredeter"/>
    <w:link w:val="Ttulo2"/>
    <w:uiPriority w:val="9"/>
    <w:rsid w:val="00D00BB7"/>
    <w:rPr>
      <w:rFonts w:ascii="Arial" w:eastAsia="Arial" w:hAnsi="Arial" w:cs="Arial"/>
      <w:b/>
      <w:bCs/>
      <w:color w:val="59C119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4352CB"/>
    <w:rPr>
      <w:rFonts w:ascii="Arial" w:eastAsia="Arial" w:hAnsi="Arial" w:cs="Arial"/>
      <w:b/>
      <w:bCs/>
      <w:color w:val="59C119"/>
      <w:sz w:val="26"/>
      <w:szCs w:val="26"/>
      <w:lang w:val="es-419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07DBC4C159974ABC24F3DC38850259" ma:contentTypeVersion="4" ma:contentTypeDescription="Crear nuevo documento." ma:contentTypeScope="" ma:versionID="cc52b74718bb1379eeae9045e0f871a5">
  <xsd:schema xmlns:xsd="http://www.w3.org/2001/XMLSchema" xmlns:xs="http://www.w3.org/2001/XMLSchema" xmlns:p="http://schemas.microsoft.com/office/2006/metadata/properties" xmlns:ns3="d7bd4a37-b588-4149-9ed3-6479a36bdc1f" targetNamespace="http://schemas.microsoft.com/office/2006/metadata/properties" ma:root="true" ma:fieldsID="6d2ad8f221577fe1dec26f9860635704" ns3:_="">
    <xsd:import namespace="d7bd4a37-b588-4149-9ed3-6479a36bdc1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d4a37-b588-4149-9ed3-6479a36bdc1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DB418E-8E38-4DF4-BD96-8EEFD594D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d4a37-b588-4149-9ed3-6479a36b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7DBF3E-6A15-402E-8E92-ECE6EEF77F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D7FA35-D90D-49E7-9129-71A6707A8F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389</Words>
  <Characters>2210</Characters>
  <Application>Microsoft Office Word</Application>
  <DocSecurity>0</DocSecurity>
  <Lines>130</Lines>
  <Paragraphs>89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Daniela Torrado</cp:lastModifiedBy>
  <cp:revision>93</cp:revision>
  <dcterms:created xsi:type="dcterms:W3CDTF">2026-02-25T19:16:00Z</dcterms:created>
  <dcterms:modified xsi:type="dcterms:W3CDTF">2026-03-02T19:09:00Z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0x0101000507DBC4C159974ABC24F3DC38850259</vt:lpwstr>
  </property>
</Properties>
</file>