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BA9F0" w14:textId="500E162E" w:rsidR="00746C48" w:rsidRDefault="0071793A" w:rsidP="00746C48">
      <w:pPr>
        <w:pStyle w:val="Heading3"/>
        <w:keepNext w:val="0"/>
        <w:keepLines w:val="0"/>
        <w:spacing w:before="240"/>
        <w:ind w:left="360"/>
        <w:jc w:val="center"/>
        <w:rPr>
          <w:rFonts w:ascii="Arial" w:eastAsia="Arial" w:hAnsi="Arial" w:cs="Arial"/>
          <w:color w:val="59C119"/>
          <w:sz w:val="32"/>
          <w:szCs w:val="32"/>
          <w:lang w:val="es-419"/>
        </w:rPr>
      </w:pPr>
      <w:r>
        <w:rPr>
          <w:rFonts w:ascii="Arial" w:eastAsia="Arial" w:hAnsi="Arial" w:cs="Arial"/>
          <w:noProof/>
          <w:color w:val="59C119"/>
          <w:sz w:val="32"/>
          <w:szCs w:val="32"/>
          <w:lang w:val="es-419"/>
        </w:rPr>
        <w:drawing>
          <wp:anchor distT="0" distB="0" distL="114300" distR="114300" simplePos="0" relativeHeight="251658240" behindDoc="0" locked="0" layoutInCell="1" allowOverlap="1" wp14:anchorId="4775C936" wp14:editId="1C8EFB1B">
            <wp:simplePos x="0" y="0"/>
            <wp:positionH relativeFrom="page">
              <wp:align>right</wp:align>
            </wp:positionH>
            <wp:positionV relativeFrom="paragraph">
              <wp:posOffset>-914400</wp:posOffset>
            </wp:positionV>
            <wp:extent cx="7731760" cy="10047990"/>
            <wp:effectExtent l="0" t="0" r="2540" b="0"/>
            <wp:wrapNone/>
            <wp:docPr id="5386342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634271" name="Imagen 538634271"/>
                    <pic:cNvPicPr/>
                  </pic:nvPicPr>
                  <pic:blipFill>
                    <a:blip r:embed="rId6"/>
                    <a:stretch>
                      <a:fillRect/>
                    </a:stretch>
                  </pic:blipFill>
                  <pic:spPr>
                    <a:xfrm>
                      <a:off x="0" y="0"/>
                      <a:ext cx="7731760" cy="10047990"/>
                    </a:xfrm>
                    <a:prstGeom prst="rect">
                      <a:avLst/>
                    </a:prstGeom>
                  </pic:spPr>
                </pic:pic>
              </a:graphicData>
            </a:graphic>
            <wp14:sizeRelH relativeFrom="page">
              <wp14:pctWidth>0</wp14:pctWidth>
            </wp14:sizeRelH>
            <wp14:sizeRelV relativeFrom="page">
              <wp14:pctHeight>0</wp14:pctHeight>
            </wp14:sizeRelV>
          </wp:anchor>
        </w:drawing>
      </w:r>
    </w:p>
    <w:p w14:paraId="56BC2545" w14:textId="56609B69" w:rsidR="00746C48" w:rsidRDefault="00746C48" w:rsidP="00746C48">
      <w:pPr>
        <w:pStyle w:val="Heading3"/>
        <w:keepNext w:val="0"/>
        <w:keepLines w:val="0"/>
        <w:spacing w:before="240"/>
        <w:ind w:left="360"/>
        <w:jc w:val="center"/>
        <w:rPr>
          <w:rFonts w:ascii="Arial" w:eastAsia="Arial" w:hAnsi="Arial" w:cs="Arial"/>
          <w:color w:val="59C119"/>
          <w:sz w:val="32"/>
          <w:szCs w:val="32"/>
          <w:lang w:val="es-419"/>
        </w:rPr>
      </w:pPr>
    </w:p>
    <w:p w14:paraId="000DEFB9" w14:textId="15B156C9" w:rsidR="00746C48" w:rsidRDefault="00746C48" w:rsidP="00746C48">
      <w:pPr>
        <w:pStyle w:val="Heading3"/>
        <w:keepNext w:val="0"/>
        <w:keepLines w:val="0"/>
        <w:spacing w:before="240"/>
        <w:ind w:left="360"/>
        <w:jc w:val="center"/>
        <w:rPr>
          <w:rFonts w:ascii="Arial" w:eastAsia="Arial" w:hAnsi="Arial" w:cs="Arial"/>
          <w:color w:val="59C119"/>
          <w:sz w:val="32"/>
          <w:szCs w:val="32"/>
          <w:lang w:val="es-419"/>
        </w:rPr>
      </w:pPr>
    </w:p>
    <w:p w14:paraId="1FFF7A34" w14:textId="47D72E29" w:rsidR="00746C48" w:rsidRDefault="00746C48" w:rsidP="00746C48">
      <w:pPr>
        <w:pStyle w:val="Heading3"/>
        <w:keepNext w:val="0"/>
        <w:keepLines w:val="0"/>
        <w:spacing w:before="240"/>
        <w:ind w:left="360"/>
        <w:jc w:val="center"/>
        <w:rPr>
          <w:rFonts w:ascii="Arial" w:eastAsia="Arial" w:hAnsi="Arial" w:cs="Arial"/>
          <w:color w:val="59C119"/>
          <w:sz w:val="32"/>
          <w:szCs w:val="32"/>
          <w:lang w:val="es-419"/>
        </w:rPr>
      </w:pPr>
    </w:p>
    <w:p w14:paraId="42E5E9E9" w14:textId="67D8054F" w:rsidR="00746C48" w:rsidRDefault="00746C48" w:rsidP="00746C48">
      <w:pPr>
        <w:pStyle w:val="Heading3"/>
        <w:keepNext w:val="0"/>
        <w:keepLines w:val="0"/>
        <w:spacing w:before="240"/>
        <w:ind w:left="360"/>
        <w:jc w:val="center"/>
        <w:rPr>
          <w:rFonts w:ascii="Arial" w:eastAsia="Arial" w:hAnsi="Arial" w:cs="Arial"/>
          <w:color w:val="59C119"/>
          <w:sz w:val="32"/>
          <w:szCs w:val="32"/>
          <w:lang w:val="es-419"/>
        </w:rPr>
      </w:pPr>
    </w:p>
    <w:p w14:paraId="2C42F56B" w14:textId="77777777" w:rsidR="00746C48" w:rsidRDefault="00746C48" w:rsidP="00746C48">
      <w:pPr>
        <w:pStyle w:val="Heading3"/>
        <w:keepNext w:val="0"/>
        <w:keepLines w:val="0"/>
        <w:spacing w:before="240"/>
        <w:ind w:left="360"/>
        <w:jc w:val="center"/>
        <w:rPr>
          <w:rFonts w:ascii="Arial" w:eastAsia="Arial" w:hAnsi="Arial" w:cs="Arial"/>
          <w:color w:val="59C119"/>
          <w:sz w:val="32"/>
          <w:szCs w:val="32"/>
          <w:lang w:val="es-419"/>
        </w:rPr>
      </w:pPr>
    </w:p>
    <w:p w14:paraId="38E7ABD1" w14:textId="77777777" w:rsidR="00746C48" w:rsidRDefault="00746C48" w:rsidP="00746C48">
      <w:pPr>
        <w:pStyle w:val="Heading3"/>
        <w:keepNext w:val="0"/>
        <w:keepLines w:val="0"/>
        <w:spacing w:before="240"/>
        <w:ind w:left="360"/>
        <w:jc w:val="center"/>
        <w:rPr>
          <w:rFonts w:ascii="Arial" w:eastAsia="Arial" w:hAnsi="Arial" w:cs="Arial"/>
          <w:color w:val="59C119"/>
          <w:sz w:val="32"/>
          <w:szCs w:val="32"/>
          <w:lang w:val="es-419"/>
        </w:rPr>
      </w:pPr>
    </w:p>
    <w:p w14:paraId="51F612D1" w14:textId="77777777" w:rsidR="00746C48" w:rsidRDefault="00746C48" w:rsidP="00746C48">
      <w:pPr>
        <w:pStyle w:val="Heading3"/>
        <w:keepNext w:val="0"/>
        <w:keepLines w:val="0"/>
        <w:spacing w:before="240"/>
        <w:ind w:left="360"/>
        <w:jc w:val="center"/>
        <w:rPr>
          <w:rFonts w:ascii="Arial" w:eastAsia="Arial" w:hAnsi="Arial" w:cs="Arial"/>
          <w:color w:val="59C119"/>
          <w:sz w:val="32"/>
          <w:szCs w:val="32"/>
          <w:lang w:val="es-419"/>
        </w:rPr>
      </w:pPr>
    </w:p>
    <w:p w14:paraId="7F156F57" w14:textId="77777777" w:rsidR="00746C48" w:rsidRDefault="00746C48" w:rsidP="00746C48">
      <w:pPr>
        <w:pStyle w:val="Heading3"/>
        <w:keepNext w:val="0"/>
        <w:keepLines w:val="0"/>
        <w:spacing w:before="240"/>
        <w:ind w:left="360"/>
        <w:jc w:val="center"/>
        <w:rPr>
          <w:rFonts w:ascii="Arial" w:eastAsia="Arial" w:hAnsi="Arial" w:cs="Arial"/>
          <w:color w:val="59C119"/>
          <w:sz w:val="32"/>
          <w:szCs w:val="32"/>
          <w:lang w:val="es-419"/>
        </w:rPr>
      </w:pPr>
    </w:p>
    <w:p w14:paraId="3E818E91" w14:textId="77777777" w:rsidR="00746C48" w:rsidRDefault="00746C48" w:rsidP="00746C48">
      <w:pPr>
        <w:pStyle w:val="Heading3"/>
        <w:keepNext w:val="0"/>
        <w:keepLines w:val="0"/>
        <w:spacing w:before="240"/>
        <w:ind w:left="360"/>
        <w:jc w:val="center"/>
        <w:rPr>
          <w:rFonts w:ascii="Arial" w:eastAsia="Arial" w:hAnsi="Arial" w:cs="Arial"/>
          <w:color w:val="59C119"/>
          <w:sz w:val="32"/>
          <w:szCs w:val="32"/>
          <w:lang w:val="es-419"/>
        </w:rPr>
      </w:pPr>
    </w:p>
    <w:p w14:paraId="44EED359" w14:textId="77777777" w:rsidR="00746C48" w:rsidRDefault="00746C48" w:rsidP="00746C48">
      <w:pPr>
        <w:pStyle w:val="Heading3"/>
        <w:keepNext w:val="0"/>
        <w:keepLines w:val="0"/>
        <w:spacing w:before="240"/>
        <w:ind w:left="360"/>
        <w:jc w:val="center"/>
        <w:rPr>
          <w:rFonts w:ascii="Arial" w:eastAsia="Arial" w:hAnsi="Arial" w:cs="Arial"/>
          <w:color w:val="59C119"/>
          <w:sz w:val="32"/>
          <w:szCs w:val="32"/>
          <w:lang w:val="es-419"/>
        </w:rPr>
      </w:pPr>
    </w:p>
    <w:p w14:paraId="35A83D28" w14:textId="77777777" w:rsidR="00746C48" w:rsidRDefault="00746C48" w:rsidP="00746C48">
      <w:pPr>
        <w:pStyle w:val="Heading3"/>
        <w:keepNext w:val="0"/>
        <w:keepLines w:val="0"/>
        <w:spacing w:before="240"/>
        <w:ind w:left="360"/>
        <w:jc w:val="center"/>
        <w:rPr>
          <w:rFonts w:ascii="Arial" w:eastAsia="Arial" w:hAnsi="Arial" w:cs="Arial"/>
          <w:color w:val="59C119"/>
          <w:sz w:val="32"/>
          <w:szCs w:val="32"/>
          <w:lang w:val="es-419"/>
        </w:rPr>
      </w:pPr>
    </w:p>
    <w:p w14:paraId="14BFFB39" w14:textId="77777777" w:rsidR="00746C48" w:rsidRDefault="00746C48" w:rsidP="00746C48">
      <w:pPr>
        <w:pStyle w:val="Heading3"/>
        <w:keepNext w:val="0"/>
        <w:keepLines w:val="0"/>
        <w:spacing w:before="240"/>
        <w:ind w:left="360"/>
        <w:jc w:val="center"/>
        <w:rPr>
          <w:rFonts w:ascii="Arial" w:eastAsia="Arial" w:hAnsi="Arial" w:cs="Arial"/>
          <w:color w:val="59C119"/>
          <w:sz w:val="32"/>
          <w:szCs w:val="32"/>
          <w:lang w:val="es-419"/>
        </w:rPr>
      </w:pPr>
    </w:p>
    <w:p w14:paraId="66D0A14F" w14:textId="77777777" w:rsidR="00746C48" w:rsidRDefault="00746C48" w:rsidP="00746C48">
      <w:pPr>
        <w:pStyle w:val="Heading3"/>
        <w:keepNext w:val="0"/>
        <w:keepLines w:val="0"/>
        <w:spacing w:before="240"/>
        <w:ind w:left="360"/>
        <w:jc w:val="center"/>
        <w:rPr>
          <w:rFonts w:ascii="Arial" w:eastAsia="Arial" w:hAnsi="Arial" w:cs="Arial"/>
          <w:color w:val="59C119"/>
          <w:sz w:val="32"/>
          <w:szCs w:val="32"/>
          <w:lang w:val="es-419"/>
        </w:rPr>
      </w:pPr>
    </w:p>
    <w:p w14:paraId="02BB958F" w14:textId="77777777" w:rsidR="00746C48" w:rsidRDefault="00746C48" w:rsidP="00746C48">
      <w:pPr>
        <w:pStyle w:val="Heading3"/>
        <w:keepNext w:val="0"/>
        <w:keepLines w:val="0"/>
        <w:spacing w:before="240"/>
        <w:ind w:left="360"/>
        <w:jc w:val="center"/>
        <w:rPr>
          <w:rFonts w:ascii="Arial" w:eastAsia="Arial" w:hAnsi="Arial" w:cs="Arial"/>
          <w:color w:val="59C119"/>
          <w:sz w:val="32"/>
          <w:szCs w:val="32"/>
          <w:lang w:val="es-419"/>
        </w:rPr>
      </w:pPr>
    </w:p>
    <w:p w14:paraId="5575987A" w14:textId="77777777" w:rsidR="00746C48" w:rsidRDefault="00746C48" w:rsidP="00746C48">
      <w:pPr>
        <w:pStyle w:val="Heading3"/>
        <w:keepNext w:val="0"/>
        <w:keepLines w:val="0"/>
        <w:spacing w:before="240"/>
        <w:ind w:left="360"/>
        <w:jc w:val="center"/>
        <w:rPr>
          <w:rFonts w:ascii="Arial" w:eastAsia="Arial" w:hAnsi="Arial" w:cs="Arial"/>
          <w:color w:val="59C119"/>
          <w:sz w:val="32"/>
          <w:szCs w:val="32"/>
          <w:lang w:val="es-419"/>
        </w:rPr>
      </w:pPr>
    </w:p>
    <w:p w14:paraId="689E55AF" w14:textId="77777777" w:rsidR="00746C48" w:rsidRDefault="00746C48" w:rsidP="00746C48">
      <w:pPr>
        <w:pStyle w:val="Heading3"/>
        <w:keepNext w:val="0"/>
        <w:keepLines w:val="0"/>
        <w:spacing w:before="240"/>
        <w:ind w:left="360"/>
        <w:jc w:val="center"/>
        <w:rPr>
          <w:rFonts w:ascii="Arial" w:eastAsia="Arial" w:hAnsi="Arial" w:cs="Arial"/>
          <w:color w:val="59C119"/>
          <w:sz w:val="32"/>
          <w:szCs w:val="32"/>
          <w:lang w:val="es-419"/>
        </w:rPr>
      </w:pPr>
    </w:p>
    <w:p w14:paraId="3AF2C401" w14:textId="77777777" w:rsidR="00746C48" w:rsidRDefault="00746C48" w:rsidP="00746C48">
      <w:pPr>
        <w:pStyle w:val="Heading3"/>
        <w:keepNext w:val="0"/>
        <w:keepLines w:val="0"/>
        <w:spacing w:before="240"/>
        <w:ind w:left="360"/>
        <w:jc w:val="center"/>
        <w:rPr>
          <w:rFonts w:ascii="Arial" w:eastAsia="Arial" w:hAnsi="Arial" w:cs="Arial"/>
          <w:color w:val="59C119"/>
          <w:sz w:val="32"/>
          <w:szCs w:val="32"/>
          <w:lang w:val="es-419"/>
        </w:rPr>
      </w:pPr>
    </w:p>
    <w:p w14:paraId="1D70B14E" w14:textId="77777777" w:rsidR="00746C48" w:rsidRDefault="00746C48" w:rsidP="00746C48">
      <w:pPr>
        <w:pStyle w:val="Heading3"/>
        <w:keepNext w:val="0"/>
        <w:keepLines w:val="0"/>
        <w:spacing w:before="240"/>
        <w:ind w:left="360"/>
        <w:jc w:val="center"/>
        <w:rPr>
          <w:rFonts w:ascii="Arial" w:eastAsia="Arial" w:hAnsi="Arial" w:cs="Arial"/>
          <w:color w:val="59C119"/>
          <w:sz w:val="32"/>
          <w:szCs w:val="32"/>
          <w:lang w:val="es-419"/>
        </w:rPr>
      </w:pPr>
    </w:p>
    <w:p w14:paraId="53E49F21" w14:textId="744EF75D" w:rsidR="00157BE0" w:rsidRPr="0071793A" w:rsidRDefault="008139F8" w:rsidP="00A27974">
      <w:pPr>
        <w:pStyle w:val="Heading3"/>
        <w:keepNext w:val="0"/>
        <w:keepLines w:val="0"/>
        <w:spacing w:before="240"/>
        <w:jc w:val="center"/>
        <w:rPr>
          <w:rFonts w:ascii="Arial" w:eastAsia="Arial" w:hAnsi="Arial" w:cs="Arial"/>
          <w:color w:val="59C119"/>
          <w:sz w:val="32"/>
          <w:szCs w:val="32"/>
          <w:lang w:val="es-419"/>
        </w:rPr>
      </w:pPr>
      <w:r w:rsidRPr="0071793A">
        <w:rPr>
          <w:rFonts w:ascii="Arial" w:eastAsia="Arial" w:hAnsi="Arial" w:cs="Arial"/>
          <w:color w:val="59C119"/>
          <w:sz w:val="32"/>
          <w:szCs w:val="32"/>
          <w:lang w:val="es-419"/>
        </w:rPr>
        <w:t>MARAVILLAS DE TURQUÍA</w:t>
      </w:r>
    </w:p>
    <w:p w14:paraId="3A0594E3" w14:textId="77777777" w:rsidR="00746C48" w:rsidRPr="0071793A" w:rsidRDefault="00746C48" w:rsidP="00746C48">
      <w:pPr>
        <w:rPr>
          <w:rFonts w:ascii="Arial" w:hAnsi="Arial" w:cs="Arial"/>
          <w:lang w:val="es-419"/>
        </w:rPr>
      </w:pPr>
    </w:p>
    <w:p w14:paraId="04B994C0" w14:textId="77777777" w:rsidR="00157BE0" w:rsidRPr="0071793A" w:rsidRDefault="008139F8" w:rsidP="00476E66">
      <w:pPr>
        <w:rPr>
          <w:rFonts w:ascii="Arial" w:hAnsi="Arial" w:cs="Arial"/>
          <w:lang w:val="es-CO"/>
        </w:rPr>
      </w:pPr>
      <w:r w:rsidRPr="001445F0">
        <w:rPr>
          <w:rFonts w:ascii="Arial" w:hAnsi="Arial" w:cs="Arial"/>
          <w:b/>
          <w:bCs/>
          <w:lang w:val="es-CO"/>
        </w:rPr>
        <w:t>Duración</w:t>
      </w:r>
      <w:r w:rsidRPr="0071793A">
        <w:rPr>
          <w:rFonts w:ascii="Arial" w:hAnsi="Arial" w:cs="Arial"/>
          <w:lang w:val="es-CO"/>
        </w:rPr>
        <w:t>: 9 días / 8 noches</w:t>
      </w:r>
    </w:p>
    <w:p w14:paraId="46871B3E" w14:textId="21AC63B3" w:rsidR="006432D5" w:rsidRPr="0071793A" w:rsidRDefault="006432D5" w:rsidP="001445F0">
      <w:pPr>
        <w:pStyle w:val="BodyText"/>
        <w:widowControl w:val="0"/>
        <w:autoSpaceDE w:val="0"/>
        <w:autoSpaceDN w:val="0"/>
        <w:adjustRightInd w:val="0"/>
        <w:spacing w:after="0" w:line="360" w:lineRule="auto"/>
        <w:rPr>
          <w:rFonts w:ascii="Arial" w:hAnsi="Arial" w:cs="Arial"/>
          <w:lang w:val="es-CO"/>
        </w:rPr>
      </w:pPr>
      <w:r w:rsidRPr="001445F0">
        <w:rPr>
          <w:rFonts w:ascii="Arial" w:hAnsi="Arial" w:cs="Arial"/>
          <w:b/>
          <w:bCs/>
          <w:lang w:val="es-CO"/>
        </w:rPr>
        <w:t>Salidas</w:t>
      </w:r>
      <w:r w:rsidR="001445F0">
        <w:rPr>
          <w:rFonts w:ascii="Arial" w:hAnsi="Arial" w:cs="Arial"/>
          <w:lang w:val="es-CO"/>
        </w:rPr>
        <w:t xml:space="preserve">: </w:t>
      </w:r>
      <w:r w:rsidR="001445F0" w:rsidRPr="0071793A">
        <w:rPr>
          <w:rFonts w:ascii="Arial" w:hAnsi="Arial" w:cs="Arial"/>
          <w:lang w:val="es-CO"/>
        </w:rPr>
        <w:t>Viernes – Sábado – Martes – Miércoles</w:t>
      </w:r>
    </w:p>
    <w:p w14:paraId="5E8C4278" w14:textId="77777777" w:rsidR="00157BE0" w:rsidRPr="0071793A" w:rsidRDefault="008139F8" w:rsidP="00476E66">
      <w:pPr>
        <w:rPr>
          <w:rFonts w:ascii="Arial" w:hAnsi="Arial" w:cs="Arial"/>
          <w:lang w:val="es-CO"/>
        </w:rPr>
      </w:pPr>
      <w:r w:rsidRPr="001445F0">
        <w:rPr>
          <w:rFonts w:ascii="Arial" w:hAnsi="Arial" w:cs="Arial"/>
          <w:b/>
          <w:bCs/>
          <w:lang w:val="es-CO"/>
        </w:rPr>
        <w:t>Ciudades</w:t>
      </w:r>
      <w:r w:rsidRPr="0071793A">
        <w:rPr>
          <w:rFonts w:ascii="Arial" w:hAnsi="Arial" w:cs="Arial"/>
          <w:lang w:val="es-CO"/>
        </w:rPr>
        <w:t xml:space="preserve">: Estambul – Ankara – Capadocia – </w:t>
      </w:r>
      <w:proofErr w:type="spellStart"/>
      <w:r w:rsidRPr="0071793A">
        <w:rPr>
          <w:rFonts w:ascii="Arial" w:hAnsi="Arial" w:cs="Arial"/>
          <w:lang w:val="es-CO"/>
        </w:rPr>
        <w:t>Pamukkale</w:t>
      </w:r>
      <w:proofErr w:type="spellEnd"/>
      <w:r w:rsidRPr="0071793A">
        <w:rPr>
          <w:rFonts w:ascii="Arial" w:hAnsi="Arial" w:cs="Arial"/>
          <w:lang w:val="es-CO"/>
        </w:rPr>
        <w:t xml:space="preserve"> – Éfeso – Esmirna</w:t>
      </w:r>
    </w:p>
    <w:p w14:paraId="2A9FB7D4" w14:textId="62E982CD" w:rsidR="00CE0619" w:rsidRPr="0071793A" w:rsidRDefault="008139F8" w:rsidP="00CE0619">
      <w:pPr>
        <w:pStyle w:val="Heading2"/>
        <w:keepNext w:val="0"/>
        <w:keepLines w:val="0"/>
        <w:spacing w:before="0" w:after="120"/>
        <w:rPr>
          <w:rFonts w:ascii="Arial" w:eastAsia="Arial" w:hAnsi="Arial" w:cs="Arial"/>
          <w:color w:val="59C119"/>
          <w:lang w:val="es-CO"/>
        </w:rPr>
      </w:pPr>
      <w:r w:rsidRPr="0071793A">
        <w:rPr>
          <w:rFonts w:ascii="Arial" w:eastAsia="Arial" w:hAnsi="Arial" w:cs="Arial"/>
          <w:color w:val="59C119"/>
          <w:lang w:val="es-CO"/>
        </w:rPr>
        <w:t>ITINERARIO</w:t>
      </w:r>
    </w:p>
    <w:p w14:paraId="05898728" w14:textId="77777777" w:rsidR="00157BE0" w:rsidRPr="0071793A" w:rsidRDefault="008139F8" w:rsidP="00746C48">
      <w:pPr>
        <w:pStyle w:val="Heading2"/>
        <w:keepNext w:val="0"/>
        <w:keepLines w:val="0"/>
        <w:spacing w:before="0" w:after="120"/>
        <w:rPr>
          <w:rFonts w:ascii="Arial" w:eastAsia="Arial" w:hAnsi="Arial" w:cs="Arial"/>
          <w:color w:val="59C119"/>
          <w:lang w:val="es-419"/>
        </w:rPr>
      </w:pPr>
      <w:r w:rsidRPr="0071793A">
        <w:rPr>
          <w:rFonts w:ascii="Arial" w:eastAsia="Arial" w:hAnsi="Arial" w:cs="Arial"/>
          <w:color w:val="59C119"/>
          <w:lang w:val="es-419"/>
        </w:rPr>
        <w:t>DÍA 1 – DESTINO – ESTAMBUL.</w:t>
      </w:r>
    </w:p>
    <w:p w14:paraId="0812ADBA" w14:textId="77777777" w:rsidR="00157BE0" w:rsidRPr="0071793A" w:rsidRDefault="008139F8" w:rsidP="00476E66">
      <w:pPr>
        <w:rPr>
          <w:rFonts w:ascii="Arial" w:hAnsi="Arial" w:cs="Arial"/>
          <w:lang w:val="es-CO"/>
        </w:rPr>
      </w:pPr>
      <w:r w:rsidRPr="0071793A">
        <w:rPr>
          <w:rFonts w:ascii="Arial" w:hAnsi="Arial" w:cs="Arial"/>
          <w:lang w:val="es-CO"/>
        </w:rPr>
        <w:t>Llegada a Estambul. Traslado al hotel y alojamiento.</w:t>
      </w:r>
    </w:p>
    <w:p w14:paraId="1E88ED9E" w14:textId="77777777" w:rsidR="00CE0619" w:rsidRPr="0071793A" w:rsidRDefault="00CE0619" w:rsidP="00746C48">
      <w:pPr>
        <w:spacing w:after="0"/>
        <w:ind w:left="360"/>
        <w:rPr>
          <w:rFonts w:ascii="Arial" w:eastAsia="Arial" w:hAnsi="Arial" w:cs="Arial"/>
          <w:color w:val="1F1F1F"/>
          <w:lang w:val="es-419"/>
        </w:rPr>
      </w:pPr>
    </w:p>
    <w:p w14:paraId="535AF3D3" w14:textId="77777777" w:rsidR="002F2EFF" w:rsidRPr="0071793A" w:rsidRDefault="008139F8" w:rsidP="00746C48">
      <w:pPr>
        <w:pStyle w:val="Heading2"/>
        <w:keepNext w:val="0"/>
        <w:keepLines w:val="0"/>
        <w:spacing w:before="0" w:after="120"/>
        <w:rPr>
          <w:rFonts w:ascii="Arial" w:eastAsia="Arial" w:hAnsi="Arial" w:cs="Arial"/>
          <w:color w:val="59C119"/>
          <w:lang w:val="es-419"/>
        </w:rPr>
      </w:pPr>
      <w:r w:rsidRPr="0071793A">
        <w:rPr>
          <w:rFonts w:ascii="Arial" w:eastAsia="Arial" w:hAnsi="Arial" w:cs="Arial"/>
          <w:color w:val="59C119"/>
          <w:lang w:val="es-419"/>
        </w:rPr>
        <w:t xml:space="preserve">DÍA 2 – ESTAMBUL – ANKARA – </w:t>
      </w:r>
      <w:r w:rsidRPr="0071793A">
        <w:rPr>
          <w:rFonts w:ascii="Arial" w:eastAsia="Arial" w:hAnsi="Arial" w:cs="Arial"/>
          <w:color w:val="59C119"/>
          <w:u w:val="single"/>
          <w:lang w:val="es-419"/>
        </w:rPr>
        <w:t>CAPADOCIA</w:t>
      </w:r>
      <w:r w:rsidRPr="0071793A">
        <w:rPr>
          <w:rFonts w:ascii="Arial" w:eastAsia="Arial" w:hAnsi="Arial" w:cs="Arial"/>
          <w:color w:val="59C119"/>
          <w:lang w:val="es-419"/>
        </w:rPr>
        <w:t xml:space="preserve">. </w:t>
      </w:r>
    </w:p>
    <w:p w14:paraId="4F9F61C8" w14:textId="0DD22ED2" w:rsidR="00157BE0" w:rsidRPr="0071793A" w:rsidRDefault="008139F8" w:rsidP="00746C48">
      <w:pPr>
        <w:pStyle w:val="Heading2"/>
        <w:keepNext w:val="0"/>
        <w:keepLines w:val="0"/>
        <w:spacing w:before="0" w:after="120"/>
        <w:rPr>
          <w:rFonts w:ascii="Arial" w:eastAsia="Arial" w:hAnsi="Arial" w:cs="Arial"/>
          <w:color w:val="59C119"/>
          <w:lang w:val="es-419"/>
        </w:rPr>
      </w:pPr>
      <w:r w:rsidRPr="0071793A">
        <w:rPr>
          <w:rFonts w:ascii="Arial" w:eastAsia="Arial" w:hAnsi="Arial" w:cs="Arial"/>
          <w:color w:val="59C119"/>
          <w:lang w:val="es-419"/>
        </w:rPr>
        <w:t>(DESAYUNO – ALMUERZO – CENA) (DOMINGO – JUEVES)</w:t>
      </w:r>
    </w:p>
    <w:p w14:paraId="30770BC0" w14:textId="77777777" w:rsidR="00157BE0" w:rsidRPr="0071793A" w:rsidRDefault="008139F8" w:rsidP="001B2268">
      <w:pPr>
        <w:jc w:val="both"/>
        <w:rPr>
          <w:rFonts w:ascii="Arial" w:hAnsi="Arial" w:cs="Arial"/>
          <w:lang w:val="es-CO"/>
        </w:rPr>
      </w:pPr>
      <w:r w:rsidRPr="0071793A">
        <w:rPr>
          <w:rFonts w:ascii="Arial" w:hAnsi="Arial" w:cs="Arial"/>
          <w:lang w:val="es-CO"/>
        </w:rPr>
        <w:t xml:space="preserve">Desayuno y salida por la mañana temprano hacia Ankara pasando por las montañas de Bolu. En Ankara la visita del mausoleo de </w:t>
      </w:r>
      <w:proofErr w:type="spellStart"/>
      <w:r w:rsidRPr="0071793A">
        <w:rPr>
          <w:rFonts w:ascii="Arial" w:hAnsi="Arial" w:cs="Arial"/>
          <w:lang w:val="es-CO"/>
        </w:rPr>
        <w:t>Ataturk</w:t>
      </w:r>
      <w:proofErr w:type="spellEnd"/>
      <w:r w:rsidRPr="0071793A">
        <w:rPr>
          <w:rFonts w:ascii="Arial" w:hAnsi="Arial" w:cs="Arial"/>
          <w:lang w:val="es-CO"/>
        </w:rPr>
        <w:t xml:space="preserve"> En 1953 fue inaugurado este Mausoleo dedicado al fundador de la Turquía moderna, </w:t>
      </w:r>
      <w:proofErr w:type="spellStart"/>
      <w:r w:rsidRPr="0071793A">
        <w:rPr>
          <w:rFonts w:ascii="Arial" w:hAnsi="Arial" w:cs="Arial"/>
          <w:lang w:val="es-CO"/>
        </w:rPr>
        <w:t>Ataturk</w:t>
      </w:r>
      <w:proofErr w:type="spellEnd"/>
      <w:r w:rsidRPr="0071793A">
        <w:rPr>
          <w:rFonts w:ascii="Arial" w:hAnsi="Arial" w:cs="Arial"/>
          <w:lang w:val="es-CO"/>
        </w:rPr>
        <w:t>. Es un bloque de mármol con columnas de 40 toneladas, al que se llega por una larga calle con leones a sus lados, acabada en una inmensa plaza. Almuerzo en restaurante local y a continuación hacia capadocia. En la ruta visitaremos también el lago salado. Llegada, cena y alojamiento en el hotel.</w:t>
      </w:r>
    </w:p>
    <w:p w14:paraId="49047110" w14:textId="77777777" w:rsidR="00CE0619" w:rsidRPr="0071793A" w:rsidRDefault="00CE0619" w:rsidP="00746C48">
      <w:pPr>
        <w:spacing w:after="0"/>
        <w:ind w:left="360"/>
        <w:rPr>
          <w:rFonts w:ascii="Arial" w:eastAsia="Arial" w:hAnsi="Arial" w:cs="Arial"/>
          <w:color w:val="1F1F1F"/>
          <w:lang w:val="es-419"/>
        </w:rPr>
      </w:pPr>
    </w:p>
    <w:p w14:paraId="620A9346" w14:textId="77777777" w:rsidR="00157BE0" w:rsidRPr="0071793A" w:rsidRDefault="008139F8" w:rsidP="00746C48">
      <w:pPr>
        <w:pStyle w:val="Heading2"/>
        <w:keepNext w:val="0"/>
        <w:keepLines w:val="0"/>
        <w:spacing w:before="0" w:after="120"/>
        <w:rPr>
          <w:rFonts w:ascii="Arial" w:eastAsia="Arial" w:hAnsi="Arial" w:cs="Arial"/>
          <w:color w:val="59C119"/>
          <w:lang w:val="es-419"/>
        </w:rPr>
      </w:pPr>
      <w:r w:rsidRPr="0071793A">
        <w:rPr>
          <w:rFonts w:ascii="Arial" w:eastAsia="Arial" w:hAnsi="Arial" w:cs="Arial"/>
          <w:color w:val="59C119"/>
          <w:lang w:val="es-419"/>
        </w:rPr>
        <w:t>DÍA 3 – CAPADOCIA. (DESAYUNO – ALMUERZO – CENA)</w:t>
      </w:r>
    </w:p>
    <w:p w14:paraId="4AC0CC0E" w14:textId="77777777" w:rsidR="00157BE0" w:rsidRPr="0071793A" w:rsidRDefault="008139F8" w:rsidP="001B2268">
      <w:pPr>
        <w:jc w:val="both"/>
        <w:rPr>
          <w:rFonts w:ascii="Arial" w:hAnsi="Arial" w:cs="Arial"/>
          <w:lang w:val="es-CO"/>
        </w:rPr>
      </w:pPr>
      <w:r w:rsidRPr="0071793A">
        <w:rPr>
          <w:rFonts w:ascii="Arial" w:hAnsi="Arial" w:cs="Arial"/>
          <w:lang w:val="es-CO"/>
        </w:rPr>
        <w:t xml:space="preserve">Desayuno en el hotel. Visita de esta fascinante región y de original paisaje, formado por la lava arrojada por los volcanes </w:t>
      </w:r>
      <w:proofErr w:type="spellStart"/>
      <w:r w:rsidRPr="0071793A">
        <w:rPr>
          <w:rFonts w:ascii="Arial" w:hAnsi="Arial" w:cs="Arial"/>
          <w:lang w:val="es-CO"/>
        </w:rPr>
        <w:t>Erciyes</w:t>
      </w:r>
      <w:proofErr w:type="spellEnd"/>
      <w:r w:rsidRPr="0071793A">
        <w:rPr>
          <w:rFonts w:ascii="Arial" w:hAnsi="Arial" w:cs="Arial"/>
          <w:lang w:val="es-CO"/>
        </w:rPr>
        <w:t xml:space="preserve"> y Hasan hace 3 millones de años. Visita del museo al aire libre el valle de </w:t>
      </w:r>
      <w:proofErr w:type="spellStart"/>
      <w:r w:rsidRPr="0071793A">
        <w:rPr>
          <w:rFonts w:ascii="Arial" w:hAnsi="Arial" w:cs="Arial"/>
          <w:lang w:val="es-CO"/>
        </w:rPr>
        <w:t>Goreme</w:t>
      </w:r>
      <w:proofErr w:type="spellEnd"/>
      <w:r w:rsidRPr="0071793A">
        <w:rPr>
          <w:rFonts w:ascii="Arial" w:hAnsi="Arial" w:cs="Arial"/>
          <w:lang w:val="es-CO"/>
        </w:rPr>
        <w:t xml:space="preserve">, increíble complejo monástico Bizantino integrado por iglesias excavadas en la roca con bellísimos frescos. Visita de los valles de </w:t>
      </w:r>
      <w:proofErr w:type="spellStart"/>
      <w:r w:rsidRPr="0071793A">
        <w:rPr>
          <w:rFonts w:ascii="Arial" w:hAnsi="Arial" w:cs="Arial"/>
          <w:lang w:val="es-CO"/>
        </w:rPr>
        <w:t>Avcilar</w:t>
      </w:r>
      <w:proofErr w:type="spellEnd"/>
      <w:r w:rsidRPr="0071793A">
        <w:rPr>
          <w:rFonts w:ascii="Arial" w:hAnsi="Arial" w:cs="Arial"/>
          <w:lang w:val="es-CO"/>
        </w:rPr>
        <w:t xml:space="preserve"> y </w:t>
      </w:r>
      <w:proofErr w:type="spellStart"/>
      <w:r w:rsidRPr="0071793A">
        <w:rPr>
          <w:rFonts w:ascii="Arial" w:hAnsi="Arial" w:cs="Arial"/>
          <w:lang w:val="es-CO"/>
        </w:rPr>
        <w:t>Güvercinlik</w:t>
      </w:r>
      <w:proofErr w:type="spellEnd"/>
      <w:r w:rsidRPr="0071793A">
        <w:rPr>
          <w:rFonts w:ascii="Arial" w:hAnsi="Arial" w:cs="Arial"/>
          <w:lang w:val="es-CO"/>
        </w:rPr>
        <w:t>, los cuales tienen un paisaje espectacular de las llamadas Chimeneas de Hadas, Almuerzo durante la visita en un restaurante local. Seguiremos con las visitas panorámicas de los valles de capadocia. Durante la excursión tendremos la oportunidad de visitar unas típicas visitas de los talleres de alfombras, ónix y turquesa donde se puede encontrar la calidad y el buen precio. Cena en el hotel. Alojamiento en hotel en Capadocia.</w:t>
      </w:r>
    </w:p>
    <w:p w14:paraId="616116F1" w14:textId="77777777" w:rsidR="00157BE0" w:rsidRPr="0071793A" w:rsidRDefault="008139F8" w:rsidP="00476E66">
      <w:pPr>
        <w:rPr>
          <w:rFonts w:ascii="Arial" w:hAnsi="Arial" w:cs="Arial"/>
          <w:lang w:val="es-CO"/>
        </w:rPr>
      </w:pPr>
      <w:r w:rsidRPr="0071793A">
        <w:rPr>
          <w:rFonts w:ascii="Arial" w:hAnsi="Arial" w:cs="Arial"/>
          <w:lang w:val="es-CO"/>
        </w:rPr>
        <w:t>(Durante su estancia en Capadocia tendrá la posibilidad de participar en un espectáculo de los bailes folklóricos en una típica cueva con bebidas regionales ilimitadas y realizar una excursión de globo aerostático opcionalmente al amanecer).</w:t>
      </w:r>
    </w:p>
    <w:p w14:paraId="4D5E7D4B" w14:textId="77777777" w:rsidR="00CE0619" w:rsidRPr="0071793A" w:rsidRDefault="00CE0619" w:rsidP="00746C48">
      <w:pPr>
        <w:spacing w:after="0"/>
        <w:ind w:left="360"/>
        <w:rPr>
          <w:rFonts w:ascii="Arial" w:eastAsia="Arial" w:hAnsi="Arial" w:cs="Arial"/>
          <w:color w:val="1F1F1F"/>
          <w:lang w:val="es-419"/>
        </w:rPr>
      </w:pPr>
    </w:p>
    <w:p w14:paraId="7F73B903" w14:textId="77777777" w:rsidR="001B2268" w:rsidRDefault="001B2268" w:rsidP="00746C48">
      <w:pPr>
        <w:spacing w:after="0"/>
        <w:ind w:left="360"/>
        <w:rPr>
          <w:rFonts w:ascii="Arial" w:eastAsia="Arial" w:hAnsi="Arial" w:cs="Arial"/>
          <w:color w:val="1F1F1F"/>
          <w:lang w:val="es-419"/>
        </w:rPr>
      </w:pPr>
    </w:p>
    <w:p w14:paraId="780DA517" w14:textId="77777777" w:rsidR="001B2268" w:rsidRDefault="001B2268" w:rsidP="00746C48">
      <w:pPr>
        <w:spacing w:after="0"/>
        <w:ind w:left="360"/>
        <w:rPr>
          <w:rFonts w:ascii="Arial" w:eastAsia="Arial" w:hAnsi="Arial" w:cs="Arial"/>
          <w:color w:val="1F1F1F"/>
          <w:lang w:val="es-419"/>
        </w:rPr>
      </w:pPr>
    </w:p>
    <w:p w14:paraId="4E397D2E" w14:textId="77777777" w:rsidR="001B2268" w:rsidRDefault="001B2268" w:rsidP="00746C48">
      <w:pPr>
        <w:spacing w:after="0"/>
        <w:ind w:left="360"/>
        <w:rPr>
          <w:rFonts w:ascii="Arial" w:eastAsia="Arial" w:hAnsi="Arial" w:cs="Arial"/>
          <w:color w:val="1F1F1F"/>
          <w:lang w:val="es-419"/>
        </w:rPr>
      </w:pPr>
    </w:p>
    <w:p w14:paraId="0066ACF5" w14:textId="77777777" w:rsidR="001B2268" w:rsidRPr="006F77EB" w:rsidRDefault="001B2268" w:rsidP="00746C48">
      <w:pPr>
        <w:spacing w:after="0"/>
        <w:ind w:left="360"/>
        <w:rPr>
          <w:rFonts w:ascii="Arial" w:eastAsia="Arial" w:hAnsi="Arial" w:cs="Arial"/>
          <w:color w:val="1F1F1F"/>
          <w:lang w:val="es-419"/>
        </w:rPr>
      </w:pPr>
    </w:p>
    <w:p w14:paraId="182854D3" w14:textId="77777777" w:rsidR="002F2EFF" w:rsidRPr="0071793A" w:rsidRDefault="008139F8" w:rsidP="00746C48">
      <w:pPr>
        <w:pStyle w:val="Heading2"/>
        <w:keepNext w:val="0"/>
        <w:keepLines w:val="0"/>
        <w:spacing w:before="0" w:after="120"/>
        <w:rPr>
          <w:rFonts w:ascii="Arial" w:eastAsia="Arial" w:hAnsi="Arial" w:cs="Arial"/>
          <w:color w:val="59C119"/>
          <w:lang w:val="es-419"/>
        </w:rPr>
      </w:pPr>
      <w:r w:rsidRPr="0071793A">
        <w:rPr>
          <w:rFonts w:ascii="Arial" w:eastAsia="Arial" w:hAnsi="Arial" w:cs="Arial"/>
          <w:color w:val="59C119"/>
          <w:lang w:val="es-419"/>
        </w:rPr>
        <w:t>DÍA 4 – CAPADOCIA – PAMUKKALE.</w:t>
      </w:r>
    </w:p>
    <w:p w14:paraId="64B9FDEE" w14:textId="5F53426E" w:rsidR="00157BE0" w:rsidRPr="0071793A" w:rsidRDefault="008139F8" w:rsidP="00746C48">
      <w:pPr>
        <w:pStyle w:val="Heading2"/>
        <w:keepNext w:val="0"/>
        <w:keepLines w:val="0"/>
        <w:spacing w:before="0" w:after="120"/>
        <w:rPr>
          <w:rFonts w:ascii="Arial" w:eastAsia="Arial" w:hAnsi="Arial" w:cs="Arial"/>
          <w:color w:val="59C119"/>
          <w:lang w:val="es-419"/>
        </w:rPr>
      </w:pPr>
      <w:r w:rsidRPr="0071793A">
        <w:rPr>
          <w:rFonts w:ascii="Arial" w:eastAsia="Arial" w:hAnsi="Arial" w:cs="Arial"/>
          <w:color w:val="59C119"/>
          <w:lang w:val="es-419"/>
        </w:rPr>
        <w:t>(DESAYUNO – ALMUERZO – CENA)</w:t>
      </w:r>
    </w:p>
    <w:p w14:paraId="4E4F8042" w14:textId="77777777" w:rsidR="00157BE0" w:rsidRPr="0071793A" w:rsidRDefault="008139F8" w:rsidP="001B2268">
      <w:pPr>
        <w:jc w:val="both"/>
        <w:rPr>
          <w:rFonts w:ascii="Arial" w:hAnsi="Arial" w:cs="Arial"/>
          <w:lang w:val="es-CO"/>
        </w:rPr>
      </w:pPr>
      <w:r w:rsidRPr="0071793A">
        <w:rPr>
          <w:rFonts w:ascii="Arial" w:hAnsi="Arial" w:cs="Arial"/>
          <w:lang w:val="es-CO"/>
        </w:rPr>
        <w:t xml:space="preserve">Desayuno y salida para </w:t>
      </w:r>
      <w:proofErr w:type="spellStart"/>
      <w:r w:rsidRPr="0071793A">
        <w:rPr>
          <w:rFonts w:ascii="Arial" w:hAnsi="Arial" w:cs="Arial"/>
          <w:lang w:val="es-CO"/>
        </w:rPr>
        <w:t>Pamukkale</w:t>
      </w:r>
      <w:proofErr w:type="spellEnd"/>
      <w:r w:rsidRPr="0071793A">
        <w:rPr>
          <w:rFonts w:ascii="Arial" w:hAnsi="Arial" w:cs="Arial"/>
          <w:lang w:val="es-CO"/>
        </w:rPr>
        <w:t xml:space="preserve">. Por el camino visita de un </w:t>
      </w:r>
      <w:proofErr w:type="spellStart"/>
      <w:r w:rsidRPr="0071793A">
        <w:rPr>
          <w:rFonts w:ascii="Arial" w:hAnsi="Arial" w:cs="Arial"/>
          <w:lang w:val="es-CO"/>
        </w:rPr>
        <w:t>caravansaray</w:t>
      </w:r>
      <w:proofErr w:type="spellEnd"/>
      <w:r w:rsidRPr="0071793A">
        <w:rPr>
          <w:rFonts w:ascii="Arial" w:hAnsi="Arial" w:cs="Arial"/>
          <w:lang w:val="es-CO"/>
        </w:rPr>
        <w:t xml:space="preserve">, es un antiguo tipo de edificación surgido a lo largo de los principales caminos donde las caravanas que hacían largos viajes de muchas jornadas —de comercio, peregrinaje o militares. Almuerzo en un restaurante local. a continuación, a </w:t>
      </w:r>
      <w:proofErr w:type="spellStart"/>
      <w:r w:rsidRPr="0071793A">
        <w:rPr>
          <w:rFonts w:ascii="Arial" w:hAnsi="Arial" w:cs="Arial"/>
          <w:lang w:val="es-CO"/>
        </w:rPr>
        <w:t>Pamukkale</w:t>
      </w:r>
      <w:proofErr w:type="spellEnd"/>
      <w:r w:rsidRPr="0071793A">
        <w:rPr>
          <w:rFonts w:ascii="Arial" w:hAnsi="Arial" w:cs="Arial"/>
          <w:lang w:val="es-CO"/>
        </w:rPr>
        <w:t>, lugar donde la alta concentración calcárea de sus aguas ha creado una de las formaciones más espectaculares del mundo. Cena y alojamiento en el hotel.</w:t>
      </w:r>
    </w:p>
    <w:p w14:paraId="5AF833EC" w14:textId="77777777" w:rsidR="00157BE0" w:rsidRPr="0071793A" w:rsidRDefault="008139F8" w:rsidP="00476E66">
      <w:pPr>
        <w:rPr>
          <w:rFonts w:ascii="Arial" w:hAnsi="Arial" w:cs="Arial"/>
          <w:lang w:val="es-CO"/>
        </w:rPr>
      </w:pPr>
      <w:r w:rsidRPr="0071793A">
        <w:rPr>
          <w:rFonts w:ascii="Arial" w:hAnsi="Arial" w:cs="Arial"/>
          <w:lang w:val="es-CO"/>
        </w:rPr>
        <w:t xml:space="preserve">Nota: la visita de </w:t>
      </w:r>
      <w:proofErr w:type="spellStart"/>
      <w:r w:rsidRPr="0071793A">
        <w:rPr>
          <w:rFonts w:ascii="Arial" w:hAnsi="Arial" w:cs="Arial"/>
          <w:lang w:val="es-CO"/>
        </w:rPr>
        <w:t>Pmaukkale</w:t>
      </w:r>
      <w:proofErr w:type="spellEnd"/>
      <w:r w:rsidRPr="0071793A">
        <w:rPr>
          <w:rFonts w:ascii="Arial" w:hAnsi="Arial" w:cs="Arial"/>
          <w:lang w:val="es-CO"/>
        </w:rPr>
        <w:t xml:space="preserve"> (castillo de algodón), la podemos realizar este día según la hora de llegada a </w:t>
      </w:r>
      <w:proofErr w:type="spellStart"/>
      <w:r w:rsidRPr="0071793A">
        <w:rPr>
          <w:rFonts w:ascii="Arial" w:hAnsi="Arial" w:cs="Arial"/>
          <w:lang w:val="es-CO"/>
        </w:rPr>
        <w:t>Pmaukkale</w:t>
      </w:r>
      <w:proofErr w:type="spellEnd"/>
      <w:r w:rsidRPr="0071793A">
        <w:rPr>
          <w:rFonts w:ascii="Arial" w:hAnsi="Arial" w:cs="Arial"/>
          <w:lang w:val="es-CO"/>
        </w:rPr>
        <w:t>.</w:t>
      </w:r>
    </w:p>
    <w:p w14:paraId="765CD282" w14:textId="77777777" w:rsidR="00CE0619" w:rsidRPr="0071793A" w:rsidRDefault="00CE0619" w:rsidP="00746C48">
      <w:pPr>
        <w:spacing w:after="0"/>
        <w:ind w:left="360"/>
        <w:rPr>
          <w:rFonts w:ascii="Arial" w:eastAsia="Arial" w:hAnsi="Arial" w:cs="Arial"/>
          <w:color w:val="1F1F1F"/>
          <w:lang w:val="es-419"/>
        </w:rPr>
      </w:pPr>
    </w:p>
    <w:p w14:paraId="6CD0CDA7" w14:textId="77777777" w:rsidR="009526DE" w:rsidRPr="0071793A" w:rsidRDefault="008139F8" w:rsidP="00746C48">
      <w:pPr>
        <w:pStyle w:val="Heading2"/>
        <w:keepNext w:val="0"/>
        <w:keepLines w:val="0"/>
        <w:spacing w:before="0" w:after="120"/>
        <w:rPr>
          <w:rFonts w:ascii="Arial" w:eastAsia="Arial" w:hAnsi="Arial" w:cs="Arial"/>
          <w:color w:val="59C119"/>
          <w:lang w:val="es-419"/>
        </w:rPr>
      </w:pPr>
      <w:r w:rsidRPr="0071793A">
        <w:rPr>
          <w:rFonts w:ascii="Arial" w:eastAsia="Arial" w:hAnsi="Arial" w:cs="Arial"/>
          <w:color w:val="59C119"/>
          <w:lang w:val="es-419"/>
        </w:rPr>
        <w:t xml:space="preserve">DÍA 5 – PAMUKKALE – EFESO – ZONA ESMIRNA. </w:t>
      </w:r>
    </w:p>
    <w:p w14:paraId="7EECDDAA" w14:textId="58B32CF6" w:rsidR="00157BE0" w:rsidRPr="0071793A" w:rsidRDefault="008139F8" w:rsidP="00746C48">
      <w:pPr>
        <w:pStyle w:val="Heading2"/>
        <w:keepNext w:val="0"/>
        <w:keepLines w:val="0"/>
        <w:spacing w:before="0" w:after="120"/>
        <w:rPr>
          <w:rFonts w:ascii="Arial" w:eastAsia="Arial" w:hAnsi="Arial" w:cs="Arial"/>
          <w:color w:val="59C119"/>
          <w:lang w:val="es-419"/>
        </w:rPr>
      </w:pPr>
      <w:r w:rsidRPr="0071793A">
        <w:rPr>
          <w:rFonts w:ascii="Arial" w:eastAsia="Arial" w:hAnsi="Arial" w:cs="Arial"/>
          <w:color w:val="59C119"/>
          <w:lang w:val="es-419"/>
        </w:rPr>
        <w:t>(DESAYUNO – ALMUERZO – CENA)</w:t>
      </w:r>
    </w:p>
    <w:p w14:paraId="6000C967" w14:textId="77777777" w:rsidR="00157BE0" w:rsidRPr="0071793A" w:rsidRDefault="008139F8" w:rsidP="001B2268">
      <w:pPr>
        <w:jc w:val="both"/>
        <w:rPr>
          <w:rFonts w:ascii="Arial" w:hAnsi="Arial" w:cs="Arial"/>
          <w:lang w:val="es-CO"/>
        </w:rPr>
      </w:pPr>
      <w:r w:rsidRPr="0071793A">
        <w:rPr>
          <w:rFonts w:ascii="Arial" w:hAnsi="Arial" w:cs="Arial"/>
          <w:lang w:val="es-CO"/>
        </w:rPr>
        <w:t xml:space="preserve">Desayuno en hotel. Salida hacia el </w:t>
      </w:r>
      <w:proofErr w:type="spellStart"/>
      <w:r w:rsidRPr="0071793A">
        <w:rPr>
          <w:rFonts w:ascii="Arial" w:hAnsi="Arial" w:cs="Arial"/>
          <w:lang w:val="es-CO"/>
        </w:rPr>
        <w:t>Herapolis</w:t>
      </w:r>
      <w:proofErr w:type="spellEnd"/>
      <w:r w:rsidRPr="0071793A">
        <w:rPr>
          <w:rFonts w:ascii="Arial" w:hAnsi="Arial" w:cs="Arial"/>
          <w:lang w:val="es-CO"/>
        </w:rPr>
        <w:t>, antigua ciudad helenística que hoy se encuentra en ruinas. Visita al famoso castillo de algodón, maravilla natural de gigantescas cascadas blancas, estalactitas y piscinas naturales formadas a lo largo de los siglos por el paso de las aguas cargadas de sales calcáreas procedentes de fuentes termales. continuación a Selcuk, centro de Éfeso Excursión, la ciudad antigua mejor conservada de Asia Menor durante los siglos І y ІІ tuvo una población de 250.000 habitantes, monopolizo la riqueza de medio oriente. Almuerzo en un restaurante local. Visitaremos el Templo de Adriano, los Baños Romanos, la Biblioteca, el Odeón, el Teatro, etc. Continuación Visita a la casa de virgen maría a la tarde visita a un taller de cuero donde podemos ver los famosos tejidos de cuero de la región Egea. continuación a Zona Esmirna. Cena en el hotel. Alojamiento en hotel en Zona Esmirna.</w:t>
      </w:r>
    </w:p>
    <w:p w14:paraId="651B87E7" w14:textId="77777777" w:rsidR="00CE0619" w:rsidRPr="0071793A" w:rsidRDefault="00CE0619" w:rsidP="00746C48">
      <w:pPr>
        <w:spacing w:after="0"/>
        <w:ind w:left="360"/>
        <w:rPr>
          <w:rFonts w:ascii="Arial" w:eastAsia="Arial" w:hAnsi="Arial" w:cs="Arial"/>
          <w:color w:val="1F1F1F"/>
          <w:lang w:val="es-419"/>
        </w:rPr>
      </w:pPr>
    </w:p>
    <w:p w14:paraId="193B5DFF" w14:textId="5ECB91D4" w:rsidR="00157BE0" w:rsidRPr="0071793A" w:rsidRDefault="008139F8" w:rsidP="00746C48">
      <w:pPr>
        <w:pStyle w:val="Heading2"/>
        <w:keepNext w:val="0"/>
        <w:keepLines w:val="0"/>
        <w:spacing w:before="0" w:after="120"/>
        <w:rPr>
          <w:rFonts w:ascii="Arial" w:hAnsi="Arial" w:cs="Arial"/>
          <w:lang w:val="es-CO"/>
        </w:rPr>
      </w:pPr>
      <w:r w:rsidRPr="0071793A">
        <w:rPr>
          <w:rFonts w:ascii="Arial" w:eastAsia="Arial" w:hAnsi="Arial" w:cs="Arial"/>
          <w:color w:val="59C119"/>
          <w:lang w:val="es-419"/>
        </w:rPr>
        <w:t>DÍA 6 – ZONA ESMIRNA – BURSA – ESTAMBUL (DESAYUNO)</w:t>
      </w:r>
    </w:p>
    <w:p w14:paraId="6B0577D1" w14:textId="7DD29E4B" w:rsidR="00476E66" w:rsidRPr="0071793A" w:rsidRDefault="008139F8" w:rsidP="00476E66">
      <w:pPr>
        <w:rPr>
          <w:rFonts w:ascii="Arial" w:hAnsi="Arial" w:cs="Arial"/>
          <w:lang w:val="es-CO"/>
        </w:rPr>
      </w:pPr>
      <w:r w:rsidRPr="0071793A">
        <w:rPr>
          <w:rFonts w:ascii="Arial" w:hAnsi="Arial" w:cs="Arial"/>
          <w:lang w:val="es-CO"/>
        </w:rPr>
        <w:t xml:space="preserve">Desayuno en el hotel. </w:t>
      </w:r>
      <w:proofErr w:type="spellStart"/>
      <w:r w:rsidRPr="0071793A">
        <w:rPr>
          <w:rFonts w:ascii="Arial" w:hAnsi="Arial" w:cs="Arial"/>
          <w:lang w:val="es-CO"/>
        </w:rPr>
        <w:t>Salia</w:t>
      </w:r>
      <w:proofErr w:type="spellEnd"/>
      <w:r w:rsidRPr="0071793A">
        <w:rPr>
          <w:rFonts w:ascii="Arial" w:hAnsi="Arial" w:cs="Arial"/>
          <w:lang w:val="es-CO"/>
        </w:rPr>
        <w:t xml:space="preserve"> hacia Bursa. Llegada a Bursa y visita la Mezquita Verde o Yesil </w:t>
      </w:r>
      <w:proofErr w:type="spellStart"/>
      <w:r w:rsidRPr="0071793A">
        <w:rPr>
          <w:rFonts w:ascii="Arial" w:hAnsi="Arial" w:cs="Arial"/>
          <w:lang w:val="es-CO"/>
        </w:rPr>
        <w:t>Camii</w:t>
      </w:r>
      <w:proofErr w:type="spellEnd"/>
      <w:r w:rsidRPr="0071793A">
        <w:rPr>
          <w:rFonts w:ascii="Arial" w:hAnsi="Arial" w:cs="Arial"/>
          <w:lang w:val="es-CO"/>
        </w:rPr>
        <w:t xml:space="preserve">, construida en 1419 por Mehmet I Çelebi. Junto a la Mezquita encontramos el Mausoleo Verde. Es posible que sea el edificio más bello de toda Bursa. </w:t>
      </w:r>
      <w:proofErr w:type="spellStart"/>
      <w:r w:rsidRPr="0071793A">
        <w:rPr>
          <w:rFonts w:ascii="Arial" w:hAnsi="Arial" w:cs="Arial"/>
          <w:lang w:val="es-CO"/>
        </w:rPr>
        <w:t>contiuacion</w:t>
      </w:r>
      <w:proofErr w:type="spellEnd"/>
      <w:r w:rsidRPr="0071793A">
        <w:rPr>
          <w:rFonts w:ascii="Arial" w:hAnsi="Arial" w:cs="Arial"/>
          <w:lang w:val="es-CO"/>
        </w:rPr>
        <w:t xml:space="preserve"> a Estambul. Alojamiento en hotel en Estambul.</w:t>
      </w:r>
    </w:p>
    <w:p w14:paraId="568FEF00" w14:textId="77777777" w:rsidR="00CE0619" w:rsidRPr="0071793A" w:rsidRDefault="00CE0619" w:rsidP="00746C48">
      <w:pPr>
        <w:spacing w:after="0"/>
        <w:ind w:left="360"/>
        <w:rPr>
          <w:rFonts w:ascii="Arial" w:eastAsia="Arial" w:hAnsi="Arial" w:cs="Arial"/>
          <w:color w:val="1F1F1F"/>
          <w:lang w:val="es-419"/>
        </w:rPr>
      </w:pPr>
    </w:p>
    <w:p w14:paraId="36E465C4" w14:textId="77777777" w:rsidR="001B2268" w:rsidRDefault="001B2268" w:rsidP="00746C48">
      <w:pPr>
        <w:spacing w:after="0"/>
        <w:ind w:left="360"/>
        <w:rPr>
          <w:rFonts w:ascii="Arial" w:eastAsia="Arial" w:hAnsi="Arial" w:cs="Arial"/>
          <w:color w:val="1F1F1F"/>
          <w:lang w:val="es-419"/>
        </w:rPr>
      </w:pPr>
    </w:p>
    <w:p w14:paraId="4CD446CD" w14:textId="77777777" w:rsidR="001B2268" w:rsidRDefault="001B2268" w:rsidP="00746C48">
      <w:pPr>
        <w:spacing w:after="0"/>
        <w:ind w:left="360"/>
        <w:rPr>
          <w:rFonts w:ascii="Arial" w:eastAsia="Arial" w:hAnsi="Arial" w:cs="Arial"/>
          <w:color w:val="1F1F1F"/>
          <w:lang w:val="es-419"/>
        </w:rPr>
      </w:pPr>
    </w:p>
    <w:p w14:paraId="38B4EEEC" w14:textId="77777777" w:rsidR="001B2268" w:rsidRDefault="001B2268" w:rsidP="00746C48">
      <w:pPr>
        <w:spacing w:after="0"/>
        <w:ind w:left="360"/>
        <w:rPr>
          <w:rFonts w:ascii="Arial" w:eastAsia="Arial" w:hAnsi="Arial" w:cs="Arial"/>
          <w:color w:val="1F1F1F"/>
          <w:lang w:val="es-419"/>
        </w:rPr>
      </w:pPr>
    </w:p>
    <w:p w14:paraId="4D11CF0B" w14:textId="77777777" w:rsidR="001B2268" w:rsidRDefault="001B2268" w:rsidP="00746C48">
      <w:pPr>
        <w:spacing w:after="0"/>
        <w:ind w:left="360"/>
        <w:rPr>
          <w:rFonts w:ascii="Arial" w:eastAsia="Arial" w:hAnsi="Arial" w:cs="Arial"/>
          <w:color w:val="1F1F1F"/>
          <w:lang w:val="es-419"/>
        </w:rPr>
      </w:pPr>
    </w:p>
    <w:p w14:paraId="30644A0E" w14:textId="77777777" w:rsidR="001B2268" w:rsidRDefault="001B2268" w:rsidP="00746C48">
      <w:pPr>
        <w:spacing w:after="0"/>
        <w:ind w:left="360"/>
        <w:rPr>
          <w:rFonts w:ascii="Arial" w:eastAsia="Arial" w:hAnsi="Arial" w:cs="Arial"/>
          <w:color w:val="1F1F1F"/>
          <w:lang w:val="es-419"/>
        </w:rPr>
      </w:pPr>
    </w:p>
    <w:p w14:paraId="624A0F0D" w14:textId="77777777" w:rsidR="001B2268" w:rsidRDefault="001B2268" w:rsidP="00746C48">
      <w:pPr>
        <w:spacing w:after="0"/>
        <w:ind w:left="360"/>
        <w:rPr>
          <w:rFonts w:ascii="Arial" w:eastAsia="Arial" w:hAnsi="Arial" w:cs="Arial"/>
          <w:color w:val="1F1F1F"/>
          <w:lang w:val="es-419"/>
        </w:rPr>
      </w:pPr>
    </w:p>
    <w:p w14:paraId="2D6D78B1" w14:textId="77777777" w:rsidR="001B2268" w:rsidRPr="006F77EB" w:rsidRDefault="001B2268" w:rsidP="00746C48">
      <w:pPr>
        <w:spacing w:after="0"/>
        <w:ind w:left="360"/>
        <w:rPr>
          <w:rFonts w:ascii="Arial" w:eastAsia="Arial" w:hAnsi="Arial" w:cs="Arial"/>
          <w:color w:val="1F1F1F"/>
          <w:lang w:val="es-419"/>
        </w:rPr>
      </w:pPr>
    </w:p>
    <w:p w14:paraId="112C95BD" w14:textId="42A66A20" w:rsidR="00157BE0" w:rsidRPr="0071793A" w:rsidRDefault="008139F8" w:rsidP="00746C48">
      <w:pPr>
        <w:pStyle w:val="Heading2"/>
        <w:keepNext w:val="0"/>
        <w:keepLines w:val="0"/>
        <w:spacing w:before="0" w:after="120"/>
        <w:rPr>
          <w:rFonts w:ascii="Arial" w:hAnsi="Arial" w:cs="Arial"/>
          <w:lang w:val="es-CO"/>
        </w:rPr>
      </w:pPr>
      <w:r w:rsidRPr="0071793A">
        <w:rPr>
          <w:rFonts w:ascii="Arial" w:eastAsia="Arial" w:hAnsi="Arial" w:cs="Arial"/>
          <w:color w:val="59C119"/>
          <w:lang w:val="es-419"/>
        </w:rPr>
        <w:t>DÍA 7 – ESTAMBUL (DESAYUNO)</w:t>
      </w:r>
    </w:p>
    <w:p w14:paraId="76791D78" w14:textId="77777777" w:rsidR="00157BE0" w:rsidRPr="0071793A" w:rsidRDefault="008139F8" w:rsidP="001B2268">
      <w:pPr>
        <w:jc w:val="both"/>
        <w:rPr>
          <w:rFonts w:ascii="Arial" w:hAnsi="Arial" w:cs="Arial"/>
          <w:lang w:val="es-CO"/>
        </w:rPr>
      </w:pPr>
      <w:r w:rsidRPr="0071793A">
        <w:rPr>
          <w:rFonts w:ascii="Arial" w:hAnsi="Arial" w:cs="Arial"/>
          <w:lang w:val="es-CO"/>
        </w:rPr>
        <w:t>Desayuno en el hotel. Salida por la mañana para visitar la mezquita de Rustum pasa. A continuación, realizaremos una de las actividades más famosas de Estambul, un paseo en barco por el Bósforo, canal que separa Europa y Asía. Durante este trayecto se aprecian los palacios de los Sultanes, antiguas y típicas casas de Madera y disfrutar de la historia de una manera diferente. Culminaremos nuestro día con una de las visitas estrella, el bazar de las especias, constituido por los otomanos hace 5 siglos y usado desde entonces. Disfrutaremos de tiempo libre. Fin de visita en el bazar egipcio.</w:t>
      </w:r>
    </w:p>
    <w:p w14:paraId="6E0E4B88" w14:textId="77777777" w:rsidR="00CE0619" w:rsidRPr="0071793A" w:rsidRDefault="00CE0619" w:rsidP="00746C48">
      <w:pPr>
        <w:spacing w:after="0"/>
        <w:ind w:left="360"/>
        <w:rPr>
          <w:rFonts w:ascii="Arial" w:eastAsia="Arial" w:hAnsi="Arial" w:cs="Arial"/>
          <w:color w:val="1F1F1F"/>
          <w:lang w:val="es-419"/>
        </w:rPr>
      </w:pPr>
    </w:p>
    <w:p w14:paraId="1F6C6C12" w14:textId="77777777" w:rsidR="00157BE0" w:rsidRPr="0071793A" w:rsidRDefault="008139F8" w:rsidP="00746C48">
      <w:pPr>
        <w:pStyle w:val="Heading2"/>
        <w:keepNext w:val="0"/>
        <w:keepLines w:val="0"/>
        <w:spacing w:before="0" w:after="120"/>
        <w:rPr>
          <w:rFonts w:ascii="Arial" w:eastAsia="Arial" w:hAnsi="Arial" w:cs="Arial"/>
          <w:color w:val="59C119"/>
          <w:lang w:val="es-419"/>
        </w:rPr>
      </w:pPr>
      <w:r w:rsidRPr="0071793A">
        <w:rPr>
          <w:rFonts w:ascii="Arial" w:eastAsia="Arial" w:hAnsi="Arial" w:cs="Arial"/>
          <w:color w:val="59C119"/>
          <w:lang w:val="es-419"/>
        </w:rPr>
        <w:t>DÍA 8 – ESTAMBUL. (DESAYUNO)</w:t>
      </w:r>
    </w:p>
    <w:p w14:paraId="1D7AC289" w14:textId="77777777" w:rsidR="00157BE0" w:rsidRPr="0071793A" w:rsidRDefault="008139F8" w:rsidP="001B2268">
      <w:pPr>
        <w:jc w:val="both"/>
        <w:rPr>
          <w:rFonts w:ascii="Arial" w:hAnsi="Arial" w:cs="Arial"/>
          <w:lang w:val="es-CO"/>
        </w:rPr>
      </w:pPr>
      <w:r w:rsidRPr="0071793A">
        <w:rPr>
          <w:rFonts w:ascii="Arial" w:hAnsi="Arial" w:cs="Arial"/>
          <w:lang w:val="es-CO"/>
        </w:rPr>
        <w:t xml:space="preserve">Desayuno en el hotel. Día libre. Tiempo libre para conocer la ciudad con la posibilidad de realizar una excursión opcional de día completo las Joyas de Constantinopla con almuerzo: visita del antiguo Hipódromo que pertenece a la época bizantina el cual fue centro de la actividad civil del país y en el cual no solamente se realizaban las carreras de caballos y los combates de gladiadores sino también las celebraciones en honor del Emperador. Hoy en día conserva el Obelisco de Teodosio, la Columna Serpentina y la Fuente del Emperador Guillermo.  Mezquita Azul que fue construida en 1609 durante el sultanato de Ahmet el cual queriendo superar con su mezquita a la Basílica de Santa Sofía, la construyó con 6 minaretes. A continuación, iremos al Palacio de </w:t>
      </w:r>
      <w:proofErr w:type="spellStart"/>
      <w:r w:rsidRPr="0071793A">
        <w:rPr>
          <w:rFonts w:ascii="Arial" w:hAnsi="Arial" w:cs="Arial"/>
          <w:lang w:val="es-CO"/>
        </w:rPr>
        <w:t>Topkapi</w:t>
      </w:r>
      <w:proofErr w:type="spellEnd"/>
      <w:r w:rsidRPr="0071793A">
        <w:rPr>
          <w:rFonts w:ascii="Arial" w:hAnsi="Arial" w:cs="Arial"/>
          <w:lang w:val="es-CO"/>
        </w:rPr>
        <w:t>, residencia de los sultanes hasta el siglo XIX donde están la mayor parte de los objetos de valor de los sultanes otomanos. Visita panorámica de Santa Sofía desde fuera, la muestra más acabada del arte bizantino y uno de los mayores logros de la humanidad. A continuación, traslado para la visita del Gran Bazar. Bazar cubierto construido en el año 1660 que se puede considerar como una pequeña ciudad cubierta por cientos de cúpulas, cuatro mil tiendas en su interior con callejuelas, plazas y 18 puertas de acceso. Fin de visita en el gran bazar</w:t>
      </w:r>
    </w:p>
    <w:p w14:paraId="029CD726" w14:textId="77777777" w:rsidR="00CE0619" w:rsidRPr="0071793A" w:rsidRDefault="00CE0619" w:rsidP="00746C48">
      <w:pPr>
        <w:spacing w:after="0"/>
        <w:ind w:left="360"/>
        <w:rPr>
          <w:rFonts w:ascii="Arial" w:eastAsia="Arial" w:hAnsi="Arial" w:cs="Arial"/>
          <w:color w:val="1F1F1F"/>
          <w:lang w:val="es-419"/>
        </w:rPr>
      </w:pPr>
    </w:p>
    <w:p w14:paraId="0985CD00" w14:textId="126FB060" w:rsidR="00157BE0" w:rsidRPr="0071793A" w:rsidRDefault="008139F8" w:rsidP="00746C48">
      <w:pPr>
        <w:pStyle w:val="Heading2"/>
        <w:keepNext w:val="0"/>
        <w:keepLines w:val="0"/>
        <w:spacing w:before="0" w:after="120"/>
        <w:rPr>
          <w:rFonts w:ascii="Arial" w:eastAsia="Arial" w:hAnsi="Arial" w:cs="Arial"/>
          <w:color w:val="59C119"/>
          <w:lang w:val="es-419"/>
        </w:rPr>
      </w:pPr>
      <w:r w:rsidRPr="0071793A">
        <w:rPr>
          <w:rFonts w:ascii="Arial" w:eastAsia="Arial" w:hAnsi="Arial" w:cs="Arial"/>
          <w:color w:val="59C119"/>
          <w:lang w:val="es-419"/>
        </w:rPr>
        <w:t>DÍA 9 – ESTAMBUL - CIUDAD DE OR</w:t>
      </w:r>
      <w:r w:rsidR="00C2458B" w:rsidRPr="0071793A">
        <w:rPr>
          <w:rFonts w:ascii="Arial" w:eastAsia="Arial" w:hAnsi="Arial" w:cs="Arial"/>
          <w:color w:val="59C119"/>
          <w:lang w:val="es-419"/>
        </w:rPr>
        <w:t>I</w:t>
      </w:r>
      <w:r w:rsidRPr="0071793A">
        <w:rPr>
          <w:rFonts w:ascii="Arial" w:eastAsia="Arial" w:hAnsi="Arial" w:cs="Arial"/>
          <w:color w:val="59C119"/>
          <w:lang w:val="es-419"/>
        </w:rPr>
        <w:t>G</w:t>
      </w:r>
      <w:r w:rsidR="00C2458B" w:rsidRPr="0071793A">
        <w:rPr>
          <w:rFonts w:ascii="Arial" w:eastAsia="Arial" w:hAnsi="Arial" w:cs="Arial"/>
          <w:color w:val="59C119"/>
          <w:lang w:val="es-419"/>
        </w:rPr>
        <w:t>E</w:t>
      </w:r>
      <w:r w:rsidRPr="0071793A">
        <w:rPr>
          <w:rFonts w:ascii="Arial" w:eastAsia="Arial" w:hAnsi="Arial" w:cs="Arial"/>
          <w:color w:val="59C119"/>
          <w:lang w:val="es-419"/>
        </w:rPr>
        <w:t>N. (DESAYUNO)</w:t>
      </w:r>
    </w:p>
    <w:p w14:paraId="6949F79B" w14:textId="55ACD823" w:rsidR="00A66D80" w:rsidRPr="0071793A" w:rsidRDefault="008139F8" w:rsidP="00850A83">
      <w:pPr>
        <w:spacing w:after="0"/>
        <w:jc w:val="both"/>
        <w:rPr>
          <w:rFonts w:ascii="Arial" w:eastAsia="Arial" w:hAnsi="Arial" w:cs="Arial"/>
          <w:color w:val="1F1F1F"/>
          <w:lang w:val="es-419"/>
        </w:rPr>
      </w:pPr>
      <w:r w:rsidRPr="0071793A">
        <w:rPr>
          <w:rFonts w:ascii="Arial" w:hAnsi="Arial" w:cs="Arial"/>
          <w:lang w:val="es-CO"/>
        </w:rPr>
        <w:t xml:space="preserve">Desayuno en el hotel. A la hora prevista traslado al aeropuerto. Fin </w:t>
      </w:r>
      <w:r w:rsidR="00A66D80" w:rsidRPr="0071793A">
        <w:rPr>
          <w:rFonts w:ascii="Arial" w:hAnsi="Arial" w:cs="Arial"/>
          <w:lang w:val="es-CO"/>
        </w:rPr>
        <w:t>de los servicios</w:t>
      </w:r>
    </w:p>
    <w:p w14:paraId="4EA24616" w14:textId="77777777" w:rsidR="00CD6B26" w:rsidRPr="0071793A" w:rsidRDefault="00CD6B26" w:rsidP="00A66D80">
      <w:pPr>
        <w:spacing w:after="0"/>
        <w:ind w:left="360"/>
        <w:rPr>
          <w:rFonts w:ascii="Arial" w:eastAsia="Arial" w:hAnsi="Arial" w:cs="Arial"/>
          <w:color w:val="1F1F1F"/>
          <w:lang w:val="es-419"/>
        </w:rPr>
      </w:pPr>
    </w:p>
    <w:p w14:paraId="6889C3FD" w14:textId="77777777" w:rsidR="00A66D80" w:rsidRPr="0071793A" w:rsidRDefault="00A66D80" w:rsidP="00746C48">
      <w:pPr>
        <w:spacing w:after="0"/>
        <w:ind w:left="360"/>
        <w:rPr>
          <w:rFonts w:ascii="Arial" w:eastAsia="Arial" w:hAnsi="Arial" w:cs="Arial"/>
          <w:color w:val="1F1F1F"/>
          <w:lang w:val="es-419"/>
        </w:rPr>
      </w:pPr>
    </w:p>
    <w:p w14:paraId="380D4C29" w14:textId="712F9590" w:rsidR="00812C54" w:rsidRPr="0071793A" w:rsidRDefault="00A66D80" w:rsidP="00812C54">
      <w:pPr>
        <w:pStyle w:val="Heading2"/>
        <w:keepNext w:val="0"/>
        <w:keepLines w:val="0"/>
        <w:spacing w:before="0" w:after="120"/>
        <w:rPr>
          <w:rFonts w:ascii="Arial" w:eastAsia="Arial" w:hAnsi="Arial" w:cs="Arial"/>
          <w:color w:val="59C119"/>
          <w:lang w:val="es-419"/>
        </w:rPr>
      </w:pPr>
      <w:r w:rsidRPr="0071793A">
        <w:rPr>
          <w:rFonts w:ascii="Arial" w:eastAsia="Arial" w:hAnsi="Arial" w:cs="Arial"/>
          <w:color w:val="59C119"/>
          <w:lang w:val="es-419"/>
        </w:rPr>
        <w:t>TARIFAS</w:t>
      </w:r>
    </w:p>
    <w:tbl>
      <w:tblPr>
        <w:tblStyle w:val="TableGrid"/>
        <w:tblW w:w="0" w:type="auto"/>
        <w:tblLook w:val="04A0" w:firstRow="1" w:lastRow="0" w:firstColumn="1" w:lastColumn="0" w:noHBand="0" w:noVBand="1"/>
      </w:tblPr>
      <w:tblGrid>
        <w:gridCol w:w="1770"/>
        <w:gridCol w:w="1624"/>
        <w:gridCol w:w="1740"/>
        <w:gridCol w:w="1756"/>
        <w:gridCol w:w="1740"/>
      </w:tblGrid>
      <w:tr w:rsidR="00CA0F40" w:rsidRPr="0071793A" w14:paraId="6E2F5F93" w14:textId="77777777" w:rsidTr="00850A83">
        <w:tc>
          <w:tcPr>
            <w:tcW w:w="0" w:type="auto"/>
            <w:shd w:val="clear" w:color="auto" w:fill="59C119"/>
            <w:vAlign w:val="center"/>
            <w:hideMark/>
          </w:tcPr>
          <w:p w14:paraId="1C1E08F0" w14:textId="77777777" w:rsidR="00CA0F40" w:rsidRPr="0071793A" w:rsidRDefault="00CA0F40" w:rsidP="00850A83">
            <w:pPr>
              <w:jc w:val="center"/>
              <w:rPr>
                <w:rFonts w:ascii="Arial" w:eastAsia="Arial" w:hAnsi="Arial" w:cs="Arial"/>
                <w:b/>
                <w:bCs/>
                <w:color w:val="FFFFFF" w:themeColor="background1"/>
                <w:lang w:val="es-CO"/>
              </w:rPr>
            </w:pPr>
            <w:r w:rsidRPr="0071793A">
              <w:rPr>
                <w:rFonts w:ascii="Arial" w:eastAsia="Arial" w:hAnsi="Arial" w:cs="Arial"/>
                <w:b/>
                <w:bCs/>
                <w:color w:val="FFFFFF" w:themeColor="background1"/>
                <w:lang w:val="es-CO"/>
              </w:rPr>
              <w:t>COMODACIÓN</w:t>
            </w:r>
          </w:p>
        </w:tc>
        <w:tc>
          <w:tcPr>
            <w:tcW w:w="0" w:type="auto"/>
            <w:shd w:val="clear" w:color="auto" w:fill="59C119"/>
            <w:vAlign w:val="center"/>
            <w:hideMark/>
          </w:tcPr>
          <w:p w14:paraId="4749B235" w14:textId="43729542" w:rsidR="00CA0F40" w:rsidRPr="0071793A" w:rsidRDefault="00CA0F40" w:rsidP="00850A83">
            <w:pPr>
              <w:jc w:val="center"/>
              <w:rPr>
                <w:rFonts w:ascii="Arial" w:eastAsia="Arial" w:hAnsi="Arial" w:cs="Arial"/>
                <w:b/>
                <w:bCs/>
                <w:color w:val="FFFFFF" w:themeColor="background1"/>
                <w:lang w:val="es-CO"/>
              </w:rPr>
            </w:pPr>
            <w:r w:rsidRPr="0071793A">
              <w:rPr>
                <w:rFonts w:ascii="Arial" w:eastAsia="Arial" w:hAnsi="Arial" w:cs="Arial"/>
                <w:b/>
                <w:bCs/>
                <w:color w:val="FFFFFF" w:themeColor="background1"/>
                <w:lang w:val="es-CO"/>
              </w:rPr>
              <w:t>CATEGORÍA TURISTA</w:t>
            </w:r>
          </w:p>
        </w:tc>
        <w:tc>
          <w:tcPr>
            <w:tcW w:w="0" w:type="auto"/>
            <w:shd w:val="clear" w:color="auto" w:fill="59C119"/>
            <w:vAlign w:val="center"/>
            <w:hideMark/>
          </w:tcPr>
          <w:p w14:paraId="71467EFB" w14:textId="0AA2C788" w:rsidR="00CA0F40" w:rsidRPr="0071793A" w:rsidRDefault="00CA0F40" w:rsidP="00850A83">
            <w:pPr>
              <w:jc w:val="center"/>
              <w:rPr>
                <w:rFonts w:ascii="Arial" w:eastAsia="Arial" w:hAnsi="Arial" w:cs="Arial"/>
                <w:b/>
                <w:bCs/>
                <w:color w:val="FFFFFF" w:themeColor="background1"/>
                <w:lang w:val="es-CO"/>
              </w:rPr>
            </w:pPr>
            <w:r w:rsidRPr="0071793A">
              <w:rPr>
                <w:rFonts w:ascii="Arial" w:eastAsia="Arial" w:hAnsi="Arial" w:cs="Arial"/>
                <w:b/>
                <w:bCs/>
                <w:color w:val="FFFFFF" w:themeColor="background1"/>
                <w:lang w:val="es-CO"/>
              </w:rPr>
              <w:t xml:space="preserve">4 </w:t>
            </w:r>
            <w:r w:rsidR="006C51DF" w:rsidRPr="0071793A">
              <w:rPr>
                <w:rFonts w:ascii="Arial" w:eastAsia="Arial" w:hAnsi="Arial" w:cs="Arial"/>
                <w:b/>
                <w:bCs/>
                <w:color w:val="FFFFFF" w:themeColor="background1"/>
                <w:lang w:val="es-CO"/>
              </w:rPr>
              <w:t>ESTRELLAS</w:t>
            </w:r>
            <w:r w:rsidRPr="0071793A">
              <w:rPr>
                <w:rFonts w:ascii="Arial" w:eastAsia="Arial" w:hAnsi="Arial" w:cs="Arial"/>
                <w:b/>
                <w:bCs/>
                <w:color w:val="FFFFFF" w:themeColor="background1"/>
                <w:lang w:val="es-CO"/>
              </w:rPr>
              <w:t xml:space="preserve"> SUPERIOR – TAKSIM</w:t>
            </w:r>
          </w:p>
        </w:tc>
        <w:tc>
          <w:tcPr>
            <w:tcW w:w="0" w:type="auto"/>
            <w:shd w:val="clear" w:color="auto" w:fill="59C119"/>
            <w:vAlign w:val="center"/>
            <w:hideMark/>
          </w:tcPr>
          <w:p w14:paraId="38825A52" w14:textId="6070E0ED" w:rsidR="00CA0F40" w:rsidRPr="0071793A" w:rsidRDefault="00CA0F40" w:rsidP="00850A83">
            <w:pPr>
              <w:jc w:val="center"/>
              <w:rPr>
                <w:rFonts w:ascii="Arial" w:eastAsia="Arial" w:hAnsi="Arial" w:cs="Arial"/>
                <w:b/>
                <w:bCs/>
                <w:color w:val="FFFFFF" w:themeColor="background1"/>
                <w:lang w:val="es-CO"/>
              </w:rPr>
            </w:pPr>
            <w:r w:rsidRPr="0071793A">
              <w:rPr>
                <w:rFonts w:ascii="Arial" w:eastAsia="Arial" w:hAnsi="Arial" w:cs="Arial"/>
                <w:b/>
                <w:bCs/>
                <w:color w:val="FFFFFF" w:themeColor="background1"/>
                <w:lang w:val="es-CO"/>
              </w:rPr>
              <w:t xml:space="preserve">5 </w:t>
            </w:r>
            <w:r w:rsidR="006C51DF" w:rsidRPr="0071793A">
              <w:rPr>
                <w:rFonts w:ascii="Arial" w:eastAsia="Arial" w:hAnsi="Arial" w:cs="Arial"/>
                <w:b/>
                <w:bCs/>
                <w:color w:val="FFFFFF" w:themeColor="background1"/>
                <w:lang w:val="es-CO"/>
              </w:rPr>
              <w:t>ESTRELLAS</w:t>
            </w:r>
            <w:r w:rsidRPr="0071793A">
              <w:rPr>
                <w:rFonts w:ascii="Arial" w:eastAsia="Arial" w:hAnsi="Arial" w:cs="Arial"/>
                <w:b/>
                <w:bCs/>
                <w:color w:val="FFFFFF" w:themeColor="background1"/>
                <w:lang w:val="es-CO"/>
              </w:rPr>
              <w:t xml:space="preserve"> SUPERIOR – OLD CITY</w:t>
            </w:r>
          </w:p>
        </w:tc>
        <w:tc>
          <w:tcPr>
            <w:tcW w:w="0" w:type="auto"/>
            <w:shd w:val="clear" w:color="auto" w:fill="59C119"/>
            <w:vAlign w:val="center"/>
            <w:hideMark/>
          </w:tcPr>
          <w:p w14:paraId="7BCFCE6F" w14:textId="5881E6FF" w:rsidR="00CA0F40" w:rsidRPr="0071793A" w:rsidRDefault="00CA0F40" w:rsidP="00850A83">
            <w:pPr>
              <w:jc w:val="center"/>
              <w:rPr>
                <w:rFonts w:ascii="Arial" w:eastAsia="Arial" w:hAnsi="Arial" w:cs="Arial"/>
                <w:b/>
                <w:bCs/>
                <w:color w:val="FFFFFF" w:themeColor="background1"/>
                <w:lang w:val="es-CO"/>
              </w:rPr>
            </w:pPr>
            <w:r w:rsidRPr="0071793A">
              <w:rPr>
                <w:rFonts w:ascii="Arial" w:eastAsia="Arial" w:hAnsi="Arial" w:cs="Arial"/>
                <w:b/>
                <w:bCs/>
                <w:color w:val="FFFFFF" w:themeColor="background1"/>
                <w:lang w:val="es-CO"/>
              </w:rPr>
              <w:t xml:space="preserve">5 </w:t>
            </w:r>
            <w:r w:rsidR="006C51DF" w:rsidRPr="0071793A">
              <w:rPr>
                <w:rFonts w:ascii="Arial" w:eastAsia="Arial" w:hAnsi="Arial" w:cs="Arial"/>
                <w:b/>
                <w:bCs/>
                <w:color w:val="FFFFFF" w:themeColor="background1"/>
                <w:lang w:val="es-CO"/>
              </w:rPr>
              <w:t>ESTRELLAS</w:t>
            </w:r>
            <w:r w:rsidRPr="0071793A">
              <w:rPr>
                <w:rFonts w:ascii="Arial" w:eastAsia="Arial" w:hAnsi="Arial" w:cs="Arial"/>
                <w:b/>
                <w:bCs/>
                <w:color w:val="FFFFFF" w:themeColor="background1"/>
                <w:lang w:val="es-CO"/>
              </w:rPr>
              <w:t xml:space="preserve"> SUPERIOR – TAKSIM</w:t>
            </w:r>
          </w:p>
        </w:tc>
      </w:tr>
      <w:tr w:rsidR="00CA0F40" w:rsidRPr="0071793A" w14:paraId="33685F7A" w14:textId="77777777" w:rsidTr="00850A83">
        <w:tc>
          <w:tcPr>
            <w:tcW w:w="0" w:type="auto"/>
            <w:hideMark/>
          </w:tcPr>
          <w:p w14:paraId="2A726FEF" w14:textId="77777777" w:rsidR="00CA0F40" w:rsidRPr="0071793A" w:rsidRDefault="00CA0F40" w:rsidP="008139F8">
            <w:pPr>
              <w:jc w:val="center"/>
              <w:rPr>
                <w:rFonts w:ascii="Arial" w:hAnsi="Arial" w:cs="Arial"/>
                <w:lang w:val="es-CO"/>
              </w:rPr>
            </w:pPr>
            <w:r w:rsidRPr="0071793A">
              <w:rPr>
                <w:rFonts w:ascii="Arial" w:hAnsi="Arial" w:cs="Arial"/>
                <w:lang w:val="es-CO"/>
              </w:rPr>
              <w:t>Doble</w:t>
            </w:r>
          </w:p>
        </w:tc>
        <w:tc>
          <w:tcPr>
            <w:tcW w:w="0" w:type="auto"/>
            <w:hideMark/>
          </w:tcPr>
          <w:p w14:paraId="033CDC19" w14:textId="603AE5DC" w:rsidR="00CA0F40" w:rsidRPr="0071793A" w:rsidRDefault="00E1185C" w:rsidP="008139F8">
            <w:pPr>
              <w:jc w:val="center"/>
              <w:rPr>
                <w:rFonts w:ascii="Arial" w:hAnsi="Arial" w:cs="Arial"/>
                <w:lang w:val="es-CO"/>
              </w:rPr>
            </w:pPr>
            <w:r w:rsidRPr="0071793A">
              <w:rPr>
                <w:rFonts w:ascii="Arial" w:hAnsi="Arial" w:cs="Arial"/>
                <w:lang w:val="es-CO"/>
              </w:rPr>
              <w:t xml:space="preserve">USD </w:t>
            </w:r>
            <w:r w:rsidR="00CA0F40" w:rsidRPr="0071793A">
              <w:rPr>
                <w:rFonts w:ascii="Arial" w:hAnsi="Arial" w:cs="Arial"/>
                <w:lang w:val="es-CO"/>
              </w:rPr>
              <w:t xml:space="preserve">927 </w:t>
            </w:r>
          </w:p>
        </w:tc>
        <w:tc>
          <w:tcPr>
            <w:tcW w:w="0" w:type="auto"/>
            <w:hideMark/>
          </w:tcPr>
          <w:p w14:paraId="50D46E5E" w14:textId="53C98185" w:rsidR="00CA0F40" w:rsidRPr="0071793A" w:rsidRDefault="00E1185C" w:rsidP="008139F8">
            <w:pPr>
              <w:jc w:val="center"/>
              <w:rPr>
                <w:rFonts w:ascii="Arial" w:hAnsi="Arial" w:cs="Arial"/>
                <w:lang w:val="es-CO"/>
              </w:rPr>
            </w:pPr>
            <w:r w:rsidRPr="0071793A">
              <w:rPr>
                <w:rFonts w:ascii="Arial" w:hAnsi="Arial" w:cs="Arial"/>
                <w:lang w:val="es-CO"/>
              </w:rPr>
              <w:t>USD</w:t>
            </w:r>
            <w:r w:rsidRPr="0071793A">
              <w:rPr>
                <w:rFonts w:ascii="Arial" w:hAnsi="Arial" w:cs="Arial"/>
              </w:rPr>
              <w:t xml:space="preserve"> </w:t>
            </w:r>
            <w:r w:rsidR="00CA0F40" w:rsidRPr="0071793A">
              <w:rPr>
                <w:rFonts w:ascii="Arial" w:hAnsi="Arial" w:cs="Arial"/>
              </w:rPr>
              <w:t>1.007</w:t>
            </w:r>
            <w:r w:rsidR="00CA0F40" w:rsidRPr="0071793A">
              <w:rPr>
                <w:rFonts w:ascii="Arial" w:hAnsi="Arial" w:cs="Arial"/>
                <w:lang w:val="es-CO"/>
              </w:rPr>
              <w:t xml:space="preserve"> </w:t>
            </w:r>
          </w:p>
        </w:tc>
        <w:tc>
          <w:tcPr>
            <w:tcW w:w="0" w:type="auto"/>
            <w:hideMark/>
          </w:tcPr>
          <w:p w14:paraId="009AEA57" w14:textId="22166612" w:rsidR="00CA0F40" w:rsidRPr="0071793A" w:rsidRDefault="00E1185C" w:rsidP="008139F8">
            <w:pPr>
              <w:jc w:val="center"/>
              <w:rPr>
                <w:rFonts w:ascii="Arial" w:hAnsi="Arial" w:cs="Arial"/>
                <w:lang w:val="es-CO"/>
              </w:rPr>
            </w:pPr>
            <w:r w:rsidRPr="0071793A">
              <w:rPr>
                <w:rFonts w:ascii="Arial" w:hAnsi="Arial" w:cs="Arial"/>
                <w:lang w:val="es-CO"/>
              </w:rPr>
              <w:t>USD</w:t>
            </w:r>
            <w:r w:rsidRPr="0071793A">
              <w:rPr>
                <w:rFonts w:ascii="Arial" w:hAnsi="Arial" w:cs="Arial"/>
              </w:rPr>
              <w:t xml:space="preserve"> </w:t>
            </w:r>
            <w:r w:rsidR="00CA0F40" w:rsidRPr="0071793A">
              <w:rPr>
                <w:rFonts w:ascii="Arial" w:hAnsi="Arial" w:cs="Arial"/>
              </w:rPr>
              <w:t>1.007</w:t>
            </w:r>
            <w:r w:rsidR="00CA0F40" w:rsidRPr="0071793A">
              <w:rPr>
                <w:rFonts w:ascii="Arial" w:hAnsi="Arial" w:cs="Arial"/>
                <w:lang w:val="es-CO"/>
              </w:rPr>
              <w:t xml:space="preserve"> </w:t>
            </w:r>
          </w:p>
        </w:tc>
        <w:tc>
          <w:tcPr>
            <w:tcW w:w="0" w:type="auto"/>
            <w:hideMark/>
          </w:tcPr>
          <w:p w14:paraId="521CBC15" w14:textId="25787A57" w:rsidR="00CA0F40" w:rsidRPr="0071793A" w:rsidRDefault="00E1185C" w:rsidP="008139F8">
            <w:pPr>
              <w:jc w:val="center"/>
              <w:rPr>
                <w:rFonts w:ascii="Arial" w:hAnsi="Arial" w:cs="Arial"/>
                <w:lang w:val="es-CO"/>
              </w:rPr>
            </w:pPr>
            <w:r w:rsidRPr="0071793A">
              <w:rPr>
                <w:rFonts w:ascii="Arial" w:hAnsi="Arial" w:cs="Arial"/>
                <w:lang w:val="es-CO"/>
              </w:rPr>
              <w:t>USD</w:t>
            </w:r>
            <w:r w:rsidRPr="0071793A">
              <w:rPr>
                <w:rFonts w:ascii="Arial" w:hAnsi="Arial" w:cs="Arial"/>
              </w:rPr>
              <w:t xml:space="preserve"> </w:t>
            </w:r>
            <w:r w:rsidR="00CA0F40" w:rsidRPr="0071793A">
              <w:rPr>
                <w:rFonts w:ascii="Arial" w:hAnsi="Arial" w:cs="Arial"/>
              </w:rPr>
              <w:t>1.140</w:t>
            </w:r>
          </w:p>
        </w:tc>
      </w:tr>
    </w:tbl>
    <w:p w14:paraId="411DC7AC" w14:textId="77777777" w:rsidR="00164FBD" w:rsidRPr="0071793A" w:rsidRDefault="00164FBD" w:rsidP="00164FBD">
      <w:pPr>
        <w:pStyle w:val="ListParagraph"/>
        <w:numPr>
          <w:ilvl w:val="0"/>
          <w:numId w:val="11"/>
        </w:numPr>
        <w:rPr>
          <w:rFonts w:ascii="Arial" w:hAnsi="Arial" w:cs="Arial"/>
          <w:lang w:val="es-CO"/>
        </w:rPr>
      </w:pPr>
      <w:r w:rsidRPr="0071793A">
        <w:rPr>
          <w:rFonts w:ascii="Arial" w:hAnsi="Arial" w:cs="Arial"/>
          <w:lang w:val="es-CO"/>
        </w:rPr>
        <w:t>Tarifas por persona en dólares</w:t>
      </w:r>
    </w:p>
    <w:p w14:paraId="2E81E2B5" w14:textId="77777777" w:rsidR="00164FBD" w:rsidRPr="0071793A" w:rsidRDefault="00164FBD" w:rsidP="00164FBD">
      <w:pPr>
        <w:pStyle w:val="ListParagraph"/>
        <w:numPr>
          <w:ilvl w:val="0"/>
          <w:numId w:val="11"/>
        </w:numPr>
        <w:rPr>
          <w:rFonts w:ascii="Arial" w:hAnsi="Arial" w:cs="Arial"/>
          <w:lang w:val="es-CO"/>
        </w:rPr>
      </w:pPr>
      <w:r w:rsidRPr="0071793A">
        <w:rPr>
          <w:rFonts w:ascii="Arial" w:hAnsi="Arial" w:cs="Arial"/>
          <w:lang w:val="es-CO"/>
        </w:rPr>
        <w:t>Incluye asistencia médica</w:t>
      </w:r>
    </w:p>
    <w:p w14:paraId="163CCBB8" w14:textId="1603B766" w:rsidR="001319D2" w:rsidRDefault="006432D5" w:rsidP="001319D2">
      <w:pPr>
        <w:pStyle w:val="ListParagraph"/>
        <w:numPr>
          <w:ilvl w:val="0"/>
          <w:numId w:val="11"/>
        </w:numPr>
        <w:rPr>
          <w:rFonts w:ascii="Arial" w:hAnsi="Arial" w:cs="Arial"/>
          <w:lang w:val="es-CO"/>
        </w:rPr>
      </w:pPr>
      <w:r w:rsidRPr="00E76D58">
        <w:rPr>
          <w:rFonts w:ascii="Arial" w:hAnsi="Arial" w:cs="Arial"/>
          <w:lang w:val="es-CO"/>
        </w:rPr>
        <w:t xml:space="preserve">Vigencia </w:t>
      </w:r>
      <w:r>
        <w:rPr>
          <w:rFonts w:ascii="Arial" w:hAnsi="Arial" w:cs="Arial"/>
          <w:lang w:val="es-CO"/>
        </w:rPr>
        <w:t>tarifas desde 01 marzo 2026 a 28 febrero 2027</w:t>
      </w:r>
    </w:p>
    <w:p w14:paraId="4DC5A017" w14:textId="713AA29E" w:rsidR="000824AB" w:rsidRPr="000824AB" w:rsidRDefault="000824AB" w:rsidP="000824AB">
      <w:pPr>
        <w:pStyle w:val="Heading2"/>
        <w:keepNext w:val="0"/>
        <w:keepLines w:val="0"/>
        <w:spacing w:before="0" w:after="120"/>
        <w:rPr>
          <w:rFonts w:ascii="Arial" w:eastAsia="Arial" w:hAnsi="Arial" w:cs="Arial"/>
          <w:color w:val="59C119"/>
          <w:lang w:val="es-419"/>
        </w:rPr>
      </w:pPr>
      <w:r w:rsidRPr="000824AB">
        <w:rPr>
          <w:rFonts w:ascii="Arial" w:eastAsia="Arial" w:hAnsi="Arial" w:cs="Arial"/>
          <w:color w:val="59C119"/>
          <w:lang w:val="es-419"/>
        </w:rPr>
        <w:t>POLITICA DE MENORES</w:t>
      </w:r>
    </w:p>
    <w:tbl>
      <w:tblPr>
        <w:tblStyle w:val="TableGrid1"/>
        <w:tblW w:w="0" w:type="auto"/>
        <w:jc w:val="center"/>
        <w:tblLook w:val="04A0" w:firstRow="1" w:lastRow="0" w:firstColumn="1" w:lastColumn="0" w:noHBand="0" w:noVBand="1"/>
      </w:tblPr>
      <w:tblGrid>
        <w:gridCol w:w="2813"/>
        <w:gridCol w:w="5817"/>
      </w:tblGrid>
      <w:tr w:rsidR="001319D2" w:rsidRPr="00D03214" w14:paraId="3F03D49C" w14:textId="77777777" w:rsidTr="00631393">
        <w:trPr>
          <w:trHeight w:val="397"/>
          <w:jc w:val="center"/>
        </w:trPr>
        <w:tc>
          <w:tcPr>
            <w:tcW w:w="10450" w:type="dxa"/>
            <w:gridSpan w:val="2"/>
            <w:shd w:val="clear" w:color="auto" w:fill="59C119"/>
            <w:vAlign w:val="center"/>
          </w:tcPr>
          <w:p w14:paraId="3560009A" w14:textId="77777777" w:rsidR="001319D2" w:rsidRPr="00631393" w:rsidRDefault="001319D2" w:rsidP="008139F8">
            <w:pPr>
              <w:jc w:val="center"/>
              <w:rPr>
                <w:rFonts w:ascii="Arial" w:eastAsia="Times New Roman" w:hAnsi="Arial" w:cs="Arial"/>
                <w:sz w:val="22"/>
                <w:szCs w:val="22"/>
                <w:lang w:val="es-ES"/>
              </w:rPr>
            </w:pPr>
            <w:r w:rsidRPr="00AA0CE2">
              <w:rPr>
                <w:rFonts w:ascii="Arial" w:eastAsia="Arial" w:hAnsi="Arial" w:cs="Arial"/>
                <w:b/>
                <w:bCs/>
                <w:color w:val="FFFFFF" w:themeColor="background1"/>
                <w:sz w:val="22"/>
                <w:szCs w:val="22"/>
                <w:lang w:val="es-CO"/>
              </w:rPr>
              <w:t>CONDECIONES DE NIÑOS</w:t>
            </w:r>
          </w:p>
        </w:tc>
      </w:tr>
      <w:tr w:rsidR="001319D2" w:rsidRPr="000824AB" w14:paraId="3787A466" w14:textId="77777777" w:rsidTr="00631393">
        <w:trPr>
          <w:trHeight w:val="397"/>
          <w:jc w:val="center"/>
        </w:trPr>
        <w:tc>
          <w:tcPr>
            <w:tcW w:w="3369" w:type="dxa"/>
            <w:shd w:val="clear" w:color="auto" w:fill="FFFFFF" w:themeFill="background1"/>
            <w:vAlign w:val="center"/>
          </w:tcPr>
          <w:p w14:paraId="11003526" w14:textId="77777777" w:rsidR="001319D2" w:rsidRPr="00631393" w:rsidRDefault="001319D2" w:rsidP="008139F8">
            <w:pPr>
              <w:jc w:val="center"/>
              <w:rPr>
                <w:rFonts w:ascii="Arial" w:eastAsia="Times New Roman" w:hAnsi="Arial" w:cs="Arial"/>
                <w:sz w:val="22"/>
                <w:szCs w:val="22"/>
                <w:lang w:val="es-ES"/>
              </w:rPr>
            </w:pPr>
            <w:r w:rsidRPr="00631393">
              <w:rPr>
                <w:rFonts w:ascii="Arial" w:eastAsia="Times New Roman" w:hAnsi="Arial" w:cs="Arial"/>
                <w:sz w:val="22"/>
                <w:szCs w:val="22"/>
                <w:lang w:val="es-ES"/>
              </w:rPr>
              <w:t>Bebe a 4,99 años</w:t>
            </w:r>
          </w:p>
        </w:tc>
        <w:tc>
          <w:tcPr>
            <w:tcW w:w="7081" w:type="dxa"/>
            <w:vAlign w:val="center"/>
          </w:tcPr>
          <w:p w14:paraId="5003A96D" w14:textId="77777777" w:rsidR="001319D2" w:rsidRPr="00631393" w:rsidRDefault="001319D2" w:rsidP="008139F8">
            <w:pPr>
              <w:jc w:val="center"/>
              <w:rPr>
                <w:rFonts w:ascii="Arial" w:eastAsia="Times New Roman" w:hAnsi="Arial" w:cs="Arial"/>
                <w:sz w:val="22"/>
                <w:szCs w:val="22"/>
                <w:lang w:val="es-ES"/>
              </w:rPr>
            </w:pPr>
            <w:r w:rsidRPr="00631393">
              <w:rPr>
                <w:rFonts w:ascii="Arial" w:eastAsia="Times New Roman" w:hAnsi="Arial" w:cs="Arial"/>
                <w:sz w:val="22"/>
                <w:szCs w:val="22"/>
                <w:lang w:val="es-ES"/>
              </w:rPr>
              <w:t>Gratis si un circuito con vuelo:   USD 107 por tramos</w:t>
            </w:r>
          </w:p>
        </w:tc>
      </w:tr>
      <w:tr w:rsidR="001319D2" w:rsidRPr="000824AB" w14:paraId="4C90BFBB" w14:textId="77777777" w:rsidTr="00631393">
        <w:trPr>
          <w:trHeight w:val="397"/>
          <w:jc w:val="center"/>
        </w:trPr>
        <w:tc>
          <w:tcPr>
            <w:tcW w:w="3369" w:type="dxa"/>
            <w:shd w:val="clear" w:color="auto" w:fill="FFFFFF" w:themeFill="background1"/>
            <w:vAlign w:val="center"/>
          </w:tcPr>
          <w:p w14:paraId="69BAA2D0" w14:textId="77777777" w:rsidR="001319D2" w:rsidRPr="00631393" w:rsidRDefault="001319D2" w:rsidP="008139F8">
            <w:pPr>
              <w:jc w:val="center"/>
              <w:rPr>
                <w:rFonts w:ascii="Arial" w:eastAsia="Times New Roman" w:hAnsi="Arial" w:cs="Arial"/>
                <w:sz w:val="22"/>
                <w:szCs w:val="22"/>
                <w:lang w:val="es-ES"/>
              </w:rPr>
            </w:pPr>
            <w:r w:rsidRPr="00631393">
              <w:rPr>
                <w:rFonts w:ascii="Arial" w:eastAsia="Times New Roman" w:hAnsi="Arial" w:cs="Arial"/>
                <w:sz w:val="22"/>
                <w:szCs w:val="22"/>
                <w:lang w:val="es-ES"/>
              </w:rPr>
              <w:t>De 05 a 10,99 años</w:t>
            </w:r>
          </w:p>
        </w:tc>
        <w:tc>
          <w:tcPr>
            <w:tcW w:w="7081" w:type="dxa"/>
            <w:vAlign w:val="center"/>
          </w:tcPr>
          <w:p w14:paraId="3804E386" w14:textId="77777777" w:rsidR="001319D2" w:rsidRPr="00631393" w:rsidRDefault="001319D2" w:rsidP="008139F8">
            <w:pPr>
              <w:jc w:val="center"/>
              <w:rPr>
                <w:rFonts w:ascii="Arial" w:eastAsia="Times New Roman" w:hAnsi="Arial" w:cs="Arial"/>
                <w:sz w:val="22"/>
                <w:szCs w:val="22"/>
                <w:lang w:val="es-ES"/>
              </w:rPr>
            </w:pPr>
            <w:r w:rsidRPr="00631393">
              <w:rPr>
                <w:rFonts w:ascii="Arial" w:eastAsia="Times New Roman" w:hAnsi="Arial" w:cs="Arial"/>
                <w:sz w:val="22"/>
                <w:szCs w:val="22"/>
                <w:lang w:val="es-ES"/>
              </w:rPr>
              <w:t>50 % del precio de adulto en doble</w:t>
            </w:r>
          </w:p>
          <w:p w14:paraId="2E995CFA" w14:textId="77777777" w:rsidR="001319D2" w:rsidRPr="00631393" w:rsidRDefault="001319D2" w:rsidP="008139F8">
            <w:pPr>
              <w:jc w:val="center"/>
              <w:rPr>
                <w:rFonts w:ascii="Arial" w:eastAsia="Times New Roman" w:hAnsi="Arial" w:cs="Arial"/>
                <w:sz w:val="22"/>
                <w:szCs w:val="22"/>
                <w:lang w:val="es-ES"/>
              </w:rPr>
            </w:pPr>
            <w:r w:rsidRPr="00631393">
              <w:rPr>
                <w:rFonts w:ascii="Arial" w:eastAsia="Times New Roman" w:hAnsi="Arial" w:cs="Arial"/>
                <w:sz w:val="22"/>
                <w:szCs w:val="22"/>
                <w:lang w:val="es-ES"/>
              </w:rPr>
              <w:t>Compartido en una habitación doble</w:t>
            </w:r>
          </w:p>
        </w:tc>
      </w:tr>
      <w:tr w:rsidR="001319D2" w:rsidRPr="00D03214" w14:paraId="5AE8CB37" w14:textId="77777777" w:rsidTr="00631393">
        <w:trPr>
          <w:trHeight w:val="397"/>
          <w:jc w:val="center"/>
        </w:trPr>
        <w:tc>
          <w:tcPr>
            <w:tcW w:w="3369" w:type="dxa"/>
            <w:shd w:val="clear" w:color="auto" w:fill="FFFFFF" w:themeFill="background1"/>
            <w:vAlign w:val="center"/>
          </w:tcPr>
          <w:p w14:paraId="68184BC3" w14:textId="77777777" w:rsidR="001319D2" w:rsidRPr="00631393" w:rsidRDefault="001319D2" w:rsidP="008139F8">
            <w:pPr>
              <w:jc w:val="center"/>
              <w:rPr>
                <w:rFonts w:ascii="Arial" w:eastAsia="Times New Roman" w:hAnsi="Arial" w:cs="Arial"/>
                <w:sz w:val="22"/>
                <w:szCs w:val="22"/>
                <w:lang w:val="es-ES"/>
              </w:rPr>
            </w:pPr>
            <w:r w:rsidRPr="00631393">
              <w:rPr>
                <w:rFonts w:ascii="Arial" w:eastAsia="Times New Roman" w:hAnsi="Arial" w:cs="Arial"/>
                <w:sz w:val="22"/>
                <w:szCs w:val="22"/>
                <w:lang w:val="es-ES"/>
              </w:rPr>
              <w:t>Desde 11 años</w:t>
            </w:r>
          </w:p>
        </w:tc>
        <w:tc>
          <w:tcPr>
            <w:tcW w:w="7081" w:type="dxa"/>
            <w:vAlign w:val="center"/>
          </w:tcPr>
          <w:p w14:paraId="071F6816" w14:textId="77777777" w:rsidR="001319D2" w:rsidRPr="00631393" w:rsidRDefault="001319D2" w:rsidP="008139F8">
            <w:pPr>
              <w:jc w:val="center"/>
              <w:rPr>
                <w:rFonts w:ascii="Arial" w:eastAsia="Times New Roman" w:hAnsi="Arial" w:cs="Arial"/>
                <w:sz w:val="22"/>
                <w:szCs w:val="22"/>
                <w:lang w:val="es-ES"/>
              </w:rPr>
            </w:pPr>
            <w:r w:rsidRPr="00631393">
              <w:rPr>
                <w:rFonts w:ascii="Arial" w:eastAsia="Times New Roman" w:hAnsi="Arial" w:cs="Arial"/>
                <w:sz w:val="22"/>
                <w:szCs w:val="22"/>
                <w:lang w:val="es-ES"/>
              </w:rPr>
              <w:t>Precio de un adulto</w:t>
            </w:r>
          </w:p>
        </w:tc>
      </w:tr>
    </w:tbl>
    <w:p w14:paraId="2FC8D1CD" w14:textId="77777777" w:rsidR="001319D2" w:rsidRDefault="001319D2" w:rsidP="001319D2">
      <w:pPr>
        <w:spacing w:after="0" w:line="240" w:lineRule="auto"/>
        <w:rPr>
          <w:rFonts w:ascii="Arial" w:hAnsi="Arial" w:cs="Arial"/>
          <w:sz w:val="24"/>
          <w:szCs w:val="24"/>
          <w:u w:val="single"/>
          <w:lang w:val="es-ES_tradnl"/>
        </w:rPr>
      </w:pPr>
    </w:p>
    <w:p w14:paraId="430B95DD" w14:textId="56137C19" w:rsidR="000824AB" w:rsidRPr="0005383C" w:rsidRDefault="000824AB" w:rsidP="000824AB">
      <w:pPr>
        <w:pStyle w:val="Heading2"/>
        <w:keepNext w:val="0"/>
        <w:keepLines w:val="0"/>
        <w:spacing w:before="0" w:after="120"/>
        <w:rPr>
          <w:rFonts w:ascii="Arial" w:eastAsia="Arial" w:hAnsi="Arial" w:cs="Arial"/>
          <w:color w:val="59C119"/>
          <w:lang w:val="es-419"/>
        </w:rPr>
      </w:pPr>
      <w:r w:rsidRPr="000824AB">
        <w:rPr>
          <w:rFonts w:ascii="Arial" w:eastAsia="Arial" w:hAnsi="Arial" w:cs="Arial"/>
          <w:color w:val="59C119"/>
          <w:lang w:val="es-419"/>
        </w:rPr>
        <w:t>SUPLEMENTOS</w:t>
      </w:r>
    </w:p>
    <w:tbl>
      <w:tblPr>
        <w:tblStyle w:val="TableGrid1"/>
        <w:tblW w:w="0" w:type="auto"/>
        <w:jc w:val="center"/>
        <w:tblLook w:val="04A0" w:firstRow="1" w:lastRow="0" w:firstColumn="1" w:lastColumn="0" w:noHBand="0" w:noVBand="1"/>
      </w:tblPr>
      <w:tblGrid>
        <w:gridCol w:w="4673"/>
        <w:gridCol w:w="3957"/>
      </w:tblGrid>
      <w:tr w:rsidR="001319D2" w:rsidRPr="000824AB" w14:paraId="255E8B16" w14:textId="77777777" w:rsidTr="008139F8">
        <w:trPr>
          <w:trHeight w:val="245"/>
          <w:jc w:val="center"/>
        </w:trPr>
        <w:tc>
          <w:tcPr>
            <w:tcW w:w="8630" w:type="dxa"/>
            <w:gridSpan w:val="2"/>
            <w:shd w:val="clear" w:color="auto" w:fill="59C119"/>
            <w:vAlign w:val="center"/>
          </w:tcPr>
          <w:p w14:paraId="462570A0" w14:textId="77777777" w:rsidR="001319D2" w:rsidRPr="00DF39E5" w:rsidRDefault="001319D2" w:rsidP="008139F8">
            <w:pPr>
              <w:jc w:val="center"/>
              <w:rPr>
                <w:rFonts w:ascii="Arial" w:eastAsia="Arial" w:hAnsi="Arial" w:cs="Arial"/>
                <w:b/>
                <w:bCs/>
                <w:color w:val="FFFFFF" w:themeColor="background1"/>
                <w:sz w:val="20"/>
                <w:szCs w:val="20"/>
                <w:lang w:val="es-CO"/>
              </w:rPr>
            </w:pPr>
            <w:r w:rsidRPr="00DF39E5">
              <w:rPr>
                <w:rFonts w:ascii="Arial" w:eastAsia="Arial" w:hAnsi="Arial" w:cs="Arial"/>
                <w:b/>
                <w:bCs/>
                <w:color w:val="FFFFFF" w:themeColor="background1"/>
                <w:sz w:val="20"/>
                <w:szCs w:val="20"/>
                <w:lang w:val="es-CO"/>
              </w:rPr>
              <w:t>SUPLEMENTO DE VUELOS DOMESTICOS EXTRAS</w:t>
            </w:r>
          </w:p>
        </w:tc>
      </w:tr>
      <w:tr w:rsidR="001319D2" w:rsidRPr="00DF39E5" w14:paraId="2D52A9C8" w14:textId="77777777" w:rsidTr="008139F8">
        <w:trPr>
          <w:trHeight w:val="737"/>
          <w:jc w:val="center"/>
        </w:trPr>
        <w:tc>
          <w:tcPr>
            <w:tcW w:w="4673" w:type="dxa"/>
            <w:shd w:val="clear" w:color="auto" w:fill="FFFFFF" w:themeFill="background1"/>
            <w:vAlign w:val="center"/>
          </w:tcPr>
          <w:p w14:paraId="370A801E" w14:textId="77777777" w:rsidR="001319D2" w:rsidRPr="00DF39E5" w:rsidRDefault="001319D2" w:rsidP="008139F8">
            <w:pPr>
              <w:rPr>
                <w:rFonts w:ascii="Arial" w:eastAsia="Times New Roman" w:hAnsi="Arial" w:cs="Arial"/>
                <w:sz w:val="20"/>
                <w:szCs w:val="20"/>
                <w:lang w:val="es-ES"/>
              </w:rPr>
            </w:pPr>
            <w:r w:rsidRPr="00DF39E5">
              <w:rPr>
                <w:rFonts w:ascii="Arial" w:eastAsia="Times New Roman" w:hAnsi="Arial" w:cs="Arial"/>
                <w:sz w:val="20"/>
                <w:szCs w:val="20"/>
                <w:lang w:val="es-ES"/>
              </w:rPr>
              <w:t>Vuelo Domestico Estambul – Capadocia 15. K.G</w:t>
            </w:r>
          </w:p>
          <w:p w14:paraId="28E1D06C" w14:textId="77777777" w:rsidR="001319D2" w:rsidRPr="00DF39E5" w:rsidRDefault="001319D2" w:rsidP="008139F8">
            <w:pPr>
              <w:rPr>
                <w:rFonts w:ascii="Arial" w:eastAsia="Times New Roman" w:hAnsi="Arial" w:cs="Arial"/>
                <w:sz w:val="20"/>
                <w:szCs w:val="20"/>
                <w:lang w:val="es-ES"/>
              </w:rPr>
            </w:pPr>
            <w:r w:rsidRPr="00DF39E5">
              <w:rPr>
                <w:rFonts w:ascii="Arial" w:eastAsia="Times New Roman" w:hAnsi="Arial" w:cs="Arial"/>
                <w:sz w:val="20"/>
                <w:szCs w:val="20"/>
                <w:lang w:val="es-ES"/>
              </w:rPr>
              <w:t>O</w:t>
            </w:r>
          </w:p>
          <w:p w14:paraId="7A058AAF" w14:textId="77777777" w:rsidR="001319D2" w:rsidRPr="00DF39E5" w:rsidRDefault="001319D2" w:rsidP="008139F8">
            <w:pPr>
              <w:rPr>
                <w:rFonts w:ascii="Arial" w:eastAsia="Times New Roman" w:hAnsi="Arial" w:cs="Arial"/>
                <w:sz w:val="20"/>
                <w:szCs w:val="20"/>
                <w:lang w:val="es-ES"/>
              </w:rPr>
            </w:pPr>
            <w:r w:rsidRPr="00DF39E5">
              <w:rPr>
                <w:rFonts w:ascii="Arial" w:eastAsia="Times New Roman" w:hAnsi="Arial" w:cs="Arial"/>
                <w:sz w:val="20"/>
                <w:szCs w:val="20"/>
                <w:lang w:val="es-ES"/>
              </w:rPr>
              <w:t>Vuelo Domestico Capadocia – Estambul 15. K.G</w:t>
            </w:r>
          </w:p>
          <w:p w14:paraId="41A65868" w14:textId="77777777" w:rsidR="001319D2" w:rsidRPr="00DF39E5" w:rsidRDefault="001319D2" w:rsidP="008139F8">
            <w:pPr>
              <w:rPr>
                <w:rFonts w:ascii="Arial" w:eastAsia="Times New Roman" w:hAnsi="Arial" w:cs="Arial"/>
                <w:sz w:val="20"/>
                <w:szCs w:val="20"/>
                <w:lang w:val="es-ES"/>
              </w:rPr>
            </w:pPr>
            <w:r w:rsidRPr="00DF39E5">
              <w:rPr>
                <w:rFonts w:ascii="Arial" w:eastAsia="Times New Roman" w:hAnsi="Arial" w:cs="Arial"/>
                <w:sz w:val="20"/>
                <w:szCs w:val="20"/>
                <w:lang w:val="es-ES"/>
              </w:rPr>
              <w:t>Incluido 2 Traslados</w:t>
            </w:r>
          </w:p>
        </w:tc>
        <w:tc>
          <w:tcPr>
            <w:tcW w:w="3957" w:type="dxa"/>
            <w:vAlign w:val="center"/>
          </w:tcPr>
          <w:p w14:paraId="259A58F0" w14:textId="77777777" w:rsidR="001319D2" w:rsidRPr="00DF39E5" w:rsidRDefault="001319D2" w:rsidP="008139F8">
            <w:pPr>
              <w:rPr>
                <w:rFonts w:ascii="Arial" w:eastAsia="Times New Roman" w:hAnsi="Arial" w:cs="Arial"/>
                <w:sz w:val="20"/>
                <w:szCs w:val="20"/>
                <w:lang w:val="es-ES"/>
              </w:rPr>
            </w:pPr>
            <w:r w:rsidRPr="00DF39E5">
              <w:rPr>
                <w:rFonts w:ascii="Arial" w:eastAsia="Times New Roman" w:hAnsi="Arial" w:cs="Arial"/>
                <w:sz w:val="20"/>
                <w:szCs w:val="20"/>
                <w:lang w:val="es-ES"/>
              </w:rPr>
              <w:t>USD 160.00 Por Persona</w:t>
            </w:r>
          </w:p>
        </w:tc>
      </w:tr>
      <w:tr w:rsidR="001319D2" w:rsidRPr="00DF39E5" w14:paraId="702D6D8A" w14:textId="77777777" w:rsidTr="008139F8">
        <w:trPr>
          <w:trHeight w:val="737"/>
          <w:jc w:val="center"/>
        </w:trPr>
        <w:tc>
          <w:tcPr>
            <w:tcW w:w="4673" w:type="dxa"/>
            <w:shd w:val="clear" w:color="auto" w:fill="FFFFFF" w:themeFill="background1"/>
            <w:vAlign w:val="center"/>
          </w:tcPr>
          <w:p w14:paraId="57483925" w14:textId="77777777" w:rsidR="001319D2" w:rsidRPr="00DF39E5" w:rsidRDefault="001319D2" w:rsidP="008139F8">
            <w:pPr>
              <w:rPr>
                <w:rFonts w:ascii="Arial" w:eastAsia="Times New Roman" w:hAnsi="Arial" w:cs="Arial"/>
                <w:sz w:val="20"/>
                <w:szCs w:val="20"/>
                <w:lang w:val="es-ES"/>
              </w:rPr>
            </w:pPr>
            <w:r w:rsidRPr="00DF39E5">
              <w:rPr>
                <w:rFonts w:ascii="Arial" w:eastAsia="Times New Roman" w:hAnsi="Arial" w:cs="Arial"/>
                <w:sz w:val="20"/>
                <w:szCs w:val="20"/>
                <w:lang w:val="es-ES"/>
              </w:rPr>
              <w:t>Vuelo Domestico Esmirna – Estambul 15. K.G</w:t>
            </w:r>
          </w:p>
          <w:p w14:paraId="08C511F8" w14:textId="77777777" w:rsidR="001319D2" w:rsidRPr="00DF39E5" w:rsidRDefault="001319D2" w:rsidP="008139F8">
            <w:pPr>
              <w:rPr>
                <w:rFonts w:ascii="Arial" w:eastAsia="Times New Roman" w:hAnsi="Arial" w:cs="Arial"/>
                <w:sz w:val="20"/>
                <w:szCs w:val="20"/>
                <w:lang w:val="es-ES"/>
              </w:rPr>
            </w:pPr>
            <w:r w:rsidRPr="00DF39E5">
              <w:rPr>
                <w:rFonts w:ascii="Arial" w:eastAsia="Times New Roman" w:hAnsi="Arial" w:cs="Arial"/>
                <w:sz w:val="20"/>
                <w:szCs w:val="20"/>
                <w:lang w:val="es-ES"/>
              </w:rPr>
              <w:t>Incluido 2 Traslados</w:t>
            </w:r>
          </w:p>
        </w:tc>
        <w:tc>
          <w:tcPr>
            <w:tcW w:w="3957" w:type="dxa"/>
            <w:vAlign w:val="center"/>
          </w:tcPr>
          <w:p w14:paraId="0B4EFC30" w14:textId="77777777" w:rsidR="001319D2" w:rsidRPr="00DF39E5" w:rsidRDefault="001319D2" w:rsidP="008139F8">
            <w:pPr>
              <w:rPr>
                <w:rFonts w:ascii="Arial" w:eastAsia="Times New Roman" w:hAnsi="Arial" w:cs="Arial"/>
                <w:sz w:val="20"/>
                <w:szCs w:val="20"/>
                <w:lang w:val="es-ES"/>
              </w:rPr>
            </w:pPr>
            <w:r w:rsidRPr="00DF39E5">
              <w:rPr>
                <w:rFonts w:ascii="Arial" w:eastAsia="Times New Roman" w:hAnsi="Arial" w:cs="Arial"/>
                <w:sz w:val="20"/>
                <w:szCs w:val="20"/>
                <w:lang w:val="es-ES"/>
              </w:rPr>
              <w:t>USD 160.00 $ Por Persona</w:t>
            </w:r>
          </w:p>
        </w:tc>
      </w:tr>
      <w:tr w:rsidR="001319D2" w:rsidRPr="000824AB" w14:paraId="441C3206" w14:textId="77777777" w:rsidTr="008139F8">
        <w:trPr>
          <w:trHeight w:val="737"/>
          <w:jc w:val="center"/>
        </w:trPr>
        <w:tc>
          <w:tcPr>
            <w:tcW w:w="4673" w:type="dxa"/>
            <w:shd w:val="clear" w:color="auto" w:fill="FFFFFF" w:themeFill="background1"/>
            <w:vAlign w:val="center"/>
          </w:tcPr>
          <w:p w14:paraId="19D03881" w14:textId="77777777" w:rsidR="001319D2" w:rsidRPr="00DF39E5" w:rsidRDefault="001319D2" w:rsidP="008139F8">
            <w:pPr>
              <w:rPr>
                <w:rFonts w:ascii="Arial" w:eastAsia="Times New Roman" w:hAnsi="Arial" w:cs="Arial"/>
                <w:sz w:val="20"/>
                <w:szCs w:val="20"/>
                <w:lang w:val="es-ES"/>
              </w:rPr>
            </w:pPr>
            <w:proofErr w:type="spellStart"/>
            <w:r w:rsidRPr="00DF39E5">
              <w:rPr>
                <w:rFonts w:ascii="Arial" w:eastAsia="Times New Roman" w:hAnsi="Arial" w:cs="Arial"/>
                <w:sz w:val="20"/>
                <w:szCs w:val="20"/>
                <w:shd w:val="clear" w:color="auto" w:fill="FFFFFF" w:themeFill="background1"/>
                <w:lang w:val="es-ES"/>
              </w:rPr>
              <w:t>Sup</w:t>
            </w:r>
            <w:proofErr w:type="spellEnd"/>
            <w:r w:rsidRPr="00DF39E5">
              <w:rPr>
                <w:rFonts w:ascii="Arial" w:eastAsia="Times New Roman" w:hAnsi="Arial" w:cs="Arial"/>
                <w:sz w:val="20"/>
                <w:szCs w:val="20"/>
                <w:shd w:val="clear" w:color="auto" w:fill="FFFFFF" w:themeFill="background1"/>
                <w:lang w:val="es-ES"/>
              </w:rPr>
              <w:t xml:space="preserve"> Traslado Aeropuerto De Sabiha (Saw</w:t>
            </w:r>
            <w:r w:rsidRPr="00DF39E5">
              <w:rPr>
                <w:rFonts w:ascii="Arial" w:eastAsia="Times New Roman" w:hAnsi="Arial" w:cs="Arial"/>
                <w:sz w:val="20"/>
                <w:szCs w:val="20"/>
                <w:lang w:val="es-ES"/>
              </w:rPr>
              <w:t>)</w:t>
            </w:r>
          </w:p>
        </w:tc>
        <w:tc>
          <w:tcPr>
            <w:tcW w:w="3957" w:type="dxa"/>
            <w:vAlign w:val="center"/>
          </w:tcPr>
          <w:p w14:paraId="64145998" w14:textId="77777777" w:rsidR="001319D2" w:rsidRPr="00DF39E5" w:rsidRDefault="001319D2" w:rsidP="008139F8">
            <w:pPr>
              <w:rPr>
                <w:rFonts w:ascii="Arial" w:eastAsia="Times New Roman" w:hAnsi="Arial" w:cs="Arial"/>
                <w:sz w:val="20"/>
                <w:szCs w:val="20"/>
                <w:lang w:val="es-ES"/>
              </w:rPr>
            </w:pPr>
            <w:r w:rsidRPr="00DF39E5">
              <w:rPr>
                <w:rFonts w:ascii="Arial" w:eastAsia="Times New Roman" w:hAnsi="Arial" w:cs="Arial"/>
                <w:sz w:val="20"/>
                <w:szCs w:val="20"/>
                <w:lang w:val="es-ES"/>
              </w:rPr>
              <w:t>USD 40.00 Por Persona / Por Tramo</w:t>
            </w:r>
          </w:p>
          <w:p w14:paraId="7BBE06EA" w14:textId="77777777" w:rsidR="001319D2" w:rsidRPr="00DF39E5" w:rsidRDefault="001319D2" w:rsidP="008139F8">
            <w:pPr>
              <w:rPr>
                <w:rFonts w:ascii="Arial" w:eastAsia="Times New Roman" w:hAnsi="Arial" w:cs="Arial"/>
                <w:sz w:val="20"/>
                <w:szCs w:val="20"/>
                <w:lang w:val="es-ES"/>
              </w:rPr>
            </w:pPr>
            <w:r w:rsidRPr="00DF39E5">
              <w:rPr>
                <w:rFonts w:ascii="Arial" w:eastAsia="Times New Roman" w:hAnsi="Arial" w:cs="Arial"/>
                <w:sz w:val="20"/>
                <w:szCs w:val="20"/>
                <w:lang w:val="es-ES"/>
              </w:rPr>
              <w:t>Min 2 Personas</w:t>
            </w:r>
          </w:p>
        </w:tc>
      </w:tr>
      <w:tr w:rsidR="001319D2" w:rsidRPr="000824AB" w14:paraId="4F213C3E" w14:textId="77777777" w:rsidTr="008139F8">
        <w:trPr>
          <w:trHeight w:val="737"/>
          <w:jc w:val="center"/>
        </w:trPr>
        <w:tc>
          <w:tcPr>
            <w:tcW w:w="4673" w:type="dxa"/>
            <w:shd w:val="clear" w:color="auto" w:fill="FFFFFF" w:themeFill="background1"/>
            <w:vAlign w:val="center"/>
          </w:tcPr>
          <w:p w14:paraId="08B7E321" w14:textId="77777777" w:rsidR="001319D2" w:rsidRPr="00DF39E5" w:rsidRDefault="001319D2" w:rsidP="008139F8">
            <w:pPr>
              <w:rPr>
                <w:rFonts w:ascii="Arial" w:eastAsia="Times New Roman" w:hAnsi="Arial" w:cs="Arial"/>
                <w:sz w:val="20"/>
                <w:szCs w:val="20"/>
                <w:lang w:val="es-ES"/>
              </w:rPr>
            </w:pPr>
            <w:r w:rsidRPr="00DF39E5">
              <w:rPr>
                <w:rFonts w:ascii="Arial" w:eastAsia="Times New Roman" w:hAnsi="Arial" w:cs="Arial"/>
                <w:sz w:val="20"/>
                <w:szCs w:val="20"/>
                <w:lang w:val="es-ES"/>
              </w:rPr>
              <w:t>Extra-Traslado En Estambul</w:t>
            </w:r>
          </w:p>
          <w:p w14:paraId="11911F64" w14:textId="77777777" w:rsidR="001319D2" w:rsidRPr="00DF39E5" w:rsidRDefault="001319D2" w:rsidP="008139F8">
            <w:pPr>
              <w:rPr>
                <w:rFonts w:ascii="Arial" w:eastAsia="Times New Roman" w:hAnsi="Arial" w:cs="Arial"/>
                <w:sz w:val="20"/>
                <w:szCs w:val="20"/>
                <w:lang w:val="es-ES"/>
              </w:rPr>
            </w:pPr>
            <w:proofErr w:type="spellStart"/>
            <w:r w:rsidRPr="00DF39E5">
              <w:rPr>
                <w:rFonts w:ascii="Arial" w:eastAsia="Times New Roman" w:hAnsi="Arial" w:cs="Arial"/>
                <w:sz w:val="20"/>
                <w:szCs w:val="20"/>
                <w:lang w:val="es-ES"/>
              </w:rPr>
              <w:t>Htl</w:t>
            </w:r>
            <w:proofErr w:type="spellEnd"/>
            <w:r w:rsidRPr="00DF39E5">
              <w:rPr>
                <w:rFonts w:ascii="Arial" w:eastAsia="Times New Roman" w:hAnsi="Arial" w:cs="Arial"/>
                <w:sz w:val="20"/>
                <w:szCs w:val="20"/>
                <w:lang w:val="es-ES"/>
              </w:rPr>
              <w:t>/Apt O Apt/</w:t>
            </w:r>
            <w:proofErr w:type="spellStart"/>
            <w:r w:rsidRPr="00DF39E5">
              <w:rPr>
                <w:rFonts w:ascii="Arial" w:eastAsia="Times New Roman" w:hAnsi="Arial" w:cs="Arial"/>
                <w:sz w:val="20"/>
                <w:szCs w:val="20"/>
                <w:lang w:val="es-ES"/>
              </w:rPr>
              <w:t>Htl</w:t>
            </w:r>
            <w:proofErr w:type="spellEnd"/>
          </w:p>
        </w:tc>
        <w:tc>
          <w:tcPr>
            <w:tcW w:w="3957" w:type="dxa"/>
            <w:vAlign w:val="center"/>
          </w:tcPr>
          <w:p w14:paraId="076DEDDD" w14:textId="77777777" w:rsidR="001319D2" w:rsidRPr="00DF39E5" w:rsidRDefault="001319D2" w:rsidP="008139F8">
            <w:pPr>
              <w:rPr>
                <w:rFonts w:ascii="Arial" w:eastAsia="Times New Roman" w:hAnsi="Arial" w:cs="Arial"/>
                <w:sz w:val="20"/>
                <w:szCs w:val="20"/>
                <w:lang w:val="es-ES"/>
              </w:rPr>
            </w:pPr>
          </w:p>
          <w:p w14:paraId="1F4AE30C" w14:textId="77777777" w:rsidR="001319D2" w:rsidRPr="00DF39E5" w:rsidRDefault="001319D2" w:rsidP="008139F8">
            <w:pPr>
              <w:rPr>
                <w:rFonts w:ascii="Arial" w:eastAsia="Times New Roman" w:hAnsi="Arial" w:cs="Arial"/>
                <w:sz w:val="20"/>
                <w:szCs w:val="20"/>
                <w:lang w:val="es-ES"/>
              </w:rPr>
            </w:pPr>
            <w:r w:rsidRPr="00DF39E5">
              <w:rPr>
                <w:rFonts w:ascii="Arial" w:eastAsia="Times New Roman" w:hAnsi="Arial" w:cs="Arial"/>
                <w:sz w:val="20"/>
                <w:szCs w:val="20"/>
                <w:lang w:val="es-ES"/>
              </w:rPr>
              <w:t xml:space="preserve">USD </w:t>
            </w:r>
            <w:r w:rsidRPr="00DF39E5">
              <w:rPr>
                <w:rFonts w:ascii="Arial" w:eastAsia="Times New Roman" w:hAnsi="Arial" w:cs="Arial"/>
                <w:sz w:val="20"/>
                <w:szCs w:val="20"/>
                <w:lang w:val="es-CO"/>
              </w:rPr>
              <w:t>46.67</w:t>
            </w:r>
            <w:r w:rsidRPr="00DF39E5">
              <w:rPr>
                <w:rFonts w:ascii="Arial" w:eastAsia="Times New Roman" w:hAnsi="Arial" w:cs="Arial"/>
                <w:sz w:val="20"/>
                <w:szCs w:val="20"/>
                <w:lang w:val="es-ES"/>
              </w:rPr>
              <w:t xml:space="preserve"> Por Persona / Por Tramo</w:t>
            </w:r>
          </w:p>
          <w:p w14:paraId="16F4F9D6" w14:textId="77777777" w:rsidR="001319D2" w:rsidRPr="00DF39E5" w:rsidRDefault="001319D2" w:rsidP="008139F8">
            <w:pPr>
              <w:rPr>
                <w:rFonts w:ascii="Arial" w:eastAsia="Times New Roman" w:hAnsi="Arial" w:cs="Arial"/>
                <w:sz w:val="20"/>
                <w:szCs w:val="20"/>
                <w:lang w:val="es-ES"/>
              </w:rPr>
            </w:pPr>
            <w:r w:rsidRPr="00DF39E5">
              <w:rPr>
                <w:rFonts w:ascii="Arial" w:eastAsia="Times New Roman" w:hAnsi="Arial" w:cs="Arial"/>
                <w:sz w:val="20"/>
                <w:szCs w:val="20"/>
                <w:lang w:val="es-ES"/>
              </w:rPr>
              <w:t>Min 2 Personas</w:t>
            </w:r>
          </w:p>
        </w:tc>
      </w:tr>
      <w:tr w:rsidR="001319D2" w:rsidRPr="000824AB" w14:paraId="72B90952" w14:textId="77777777" w:rsidTr="008139F8">
        <w:trPr>
          <w:trHeight w:val="737"/>
          <w:jc w:val="center"/>
        </w:trPr>
        <w:tc>
          <w:tcPr>
            <w:tcW w:w="4673" w:type="dxa"/>
            <w:shd w:val="clear" w:color="auto" w:fill="FFFFFF" w:themeFill="background1"/>
            <w:vAlign w:val="center"/>
          </w:tcPr>
          <w:p w14:paraId="4910E486" w14:textId="77777777" w:rsidR="001319D2" w:rsidRPr="00DF39E5" w:rsidRDefault="001319D2" w:rsidP="008139F8">
            <w:pPr>
              <w:rPr>
                <w:rFonts w:ascii="Arial" w:eastAsia="Times New Roman" w:hAnsi="Arial" w:cs="Arial"/>
                <w:sz w:val="20"/>
                <w:szCs w:val="20"/>
                <w:lang w:val="es-ES"/>
              </w:rPr>
            </w:pPr>
            <w:r w:rsidRPr="00DF39E5">
              <w:rPr>
                <w:rFonts w:ascii="Arial" w:eastAsia="Times New Roman" w:hAnsi="Arial" w:cs="Arial"/>
                <w:sz w:val="20"/>
                <w:szCs w:val="20"/>
                <w:lang w:val="es-ES"/>
              </w:rPr>
              <w:t xml:space="preserve">Extra-Traslado Fuera De Estambul (Capadocia, </w:t>
            </w:r>
            <w:proofErr w:type="spellStart"/>
            <w:r w:rsidRPr="00DF39E5">
              <w:rPr>
                <w:rFonts w:ascii="Arial" w:eastAsia="Times New Roman" w:hAnsi="Arial" w:cs="Arial"/>
                <w:sz w:val="20"/>
                <w:szCs w:val="20"/>
                <w:lang w:val="es-ES"/>
              </w:rPr>
              <w:t>Pamukkale</w:t>
            </w:r>
            <w:proofErr w:type="spellEnd"/>
            <w:r w:rsidRPr="00DF39E5">
              <w:rPr>
                <w:rFonts w:ascii="Arial" w:eastAsia="Times New Roman" w:hAnsi="Arial" w:cs="Arial"/>
                <w:sz w:val="20"/>
                <w:szCs w:val="20"/>
                <w:lang w:val="es-ES"/>
              </w:rPr>
              <w:t xml:space="preserve">, Esmirna, </w:t>
            </w:r>
            <w:proofErr w:type="spellStart"/>
            <w:r w:rsidRPr="00DF39E5">
              <w:rPr>
                <w:rFonts w:ascii="Arial" w:eastAsia="Times New Roman" w:hAnsi="Arial" w:cs="Arial"/>
                <w:sz w:val="20"/>
                <w:szCs w:val="20"/>
                <w:lang w:val="es-ES"/>
              </w:rPr>
              <w:t>Etc</w:t>
            </w:r>
            <w:proofErr w:type="spellEnd"/>
            <w:r w:rsidRPr="00DF39E5">
              <w:rPr>
                <w:rFonts w:ascii="Arial" w:eastAsia="Times New Roman" w:hAnsi="Arial" w:cs="Arial"/>
                <w:sz w:val="20"/>
                <w:szCs w:val="20"/>
                <w:lang w:val="es-ES"/>
              </w:rPr>
              <w:t>…)</w:t>
            </w:r>
          </w:p>
          <w:p w14:paraId="281BC5E4" w14:textId="77777777" w:rsidR="001319D2" w:rsidRPr="00DF39E5" w:rsidRDefault="001319D2" w:rsidP="008139F8">
            <w:pPr>
              <w:rPr>
                <w:rFonts w:ascii="Arial" w:eastAsia="Times New Roman" w:hAnsi="Arial" w:cs="Arial"/>
                <w:sz w:val="20"/>
                <w:szCs w:val="20"/>
                <w:lang w:val="en-US"/>
              </w:rPr>
            </w:pPr>
            <w:r w:rsidRPr="00DF39E5">
              <w:rPr>
                <w:rFonts w:ascii="Arial" w:eastAsia="Times New Roman" w:hAnsi="Arial" w:cs="Arial"/>
                <w:sz w:val="20"/>
                <w:szCs w:val="20"/>
              </w:rPr>
              <w:t>Htl/Apt O Apt/Htl</w:t>
            </w:r>
          </w:p>
        </w:tc>
        <w:tc>
          <w:tcPr>
            <w:tcW w:w="3957" w:type="dxa"/>
            <w:vAlign w:val="center"/>
          </w:tcPr>
          <w:p w14:paraId="4C83942B" w14:textId="77777777" w:rsidR="001319D2" w:rsidRPr="00DF39E5" w:rsidRDefault="001319D2" w:rsidP="008139F8">
            <w:pPr>
              <w:rPr>
                <w:rFonts w:ascii="Arial" w:eastAsia="Times New Roman" w:hAnsi="Arial" w:cs="Arial"/>
                <w:sz w:val="20"/>
                <w:szCs w:val="20"/>
                <w:lang w:val="es-ES"/>
              </w:rPr>
            </w:pPr>
            <w:r w:rsidRPr="00DF39E5">
              <w:rPr>
                <w:rFonts w:ascii="Arial" w:eastAsia="Times New Roman" w:hAnsi="Arial" w:cs="Arial"/>
                <w:sz w:val="20"/>
                <w:szCs w:val="20"/>
                <w:lang w:val="es-ES"/>
              </w:rPr>
              <w:t>USD 40.00 Por Persona / Por Tramo</w:t>
            </w:r>
          </w:p>
          <w:p w14:paraId="6ED81560" w14:textId="77777777" w:rsidR="001319D2" w:rsidRPr="00DF39E5" w:rsidRDefault="001319D2" w:rsidP="008139F8">
            <w:pPr>
              <w:rPr>
                <w:rFonts w:ascii="Arial" w:eastAsia="Times New Roman" w:hAnsi="Arial" w:cs="Arial"/>
                <w:sz w:val="20"/>
                <w:szCs w:val="20"/>
                <w:lang w:val="es-ES"/>
              </w:rPr>
            </w:pPr>
            <w:r w:rsidRPr="00DF39E5">
              <w:rPr>
                <w:rFonts w:ascii="Arial" w:eastAsia="Times New Roman" w:hAnsi="Arial" w:cs="Arial"/>
                <w:sz w:val="20"/>
                <w:szCs w:val="20"/>
                <w:lang w:val="es-ES"/>
              </w:rPr>
              <w:t>Min 2 Personas</w:t>
            </w:r>
          </w:p>
        </w:tc>
      </w:tr>
      <w:tr w:rsidR="001319D2" w:rsidRPr="000824AB" w14:paraId="68124CF2" w14:textId="77777777" w:rsidTr="008139F8">
        <w:trPr>
          <w:trHeight w:val="737"/>
          <w:jc w:val="center"/>
        </w:trPr>
        <w:tc>
          <w:tcPr>
            <w:tcW w:w="8630" w:type="dxa"/>
            <w:gridSpan w:val="2"/>
            <w:shd w:val="clear" w:color="auto" w:fill="FFFFFF" w:themeFill="background1"/>
            <w:vAlign w:val="center"/>
          </w:tcPr>
          <w:p w14:paraId="3FA77BF6" w14:textId="77777777" w:rsidR="001319D2" w:rsidRPr="00DF39E5" w:rsidRDefault="001319D2" w:rsidP="008139F8">
            <w:pPr>
              <w:rPr>
                <w:rFonts w:ascii="Arial" w:eastAsia="Times New Roman" w:hAnsi="Arial" w:cs="Arial"/>
                <w:b/>
                <w:bCs/>
                <w:sz w:val="20"/>
                <w:szCs w:val="20"/>
                <w:u w:val="single"/>
                <w:lang w:val="es-ES"/>
              </w:rPr>
            </w:pPr>
          </w:p>
          <w:p w14:paraId="174B58DF" w14:textId="77777777" w:rsidR="001319D2" w:rsidRDefault="001319D2" w:rsidP="008139F8">
            <w:pPr>
              <w:rPr>
                <w:rFonts w:ascii="Arial" w:eastAsia="Times New Roman" w:hAnsi="Arial" w:cs="Arial"/>
                <w:sz w:val="20"/>
                <w:szCs w:val="20"/>
                <w:lang w:val="es-ES"/>
              </w:rPr>
            </w:pPr>
            <w:r w:rsidRPr="002A2FF0">
              <w:rPr>
                <w:rFonts w:ascii="Arial" w:eastAsia="Times New Roman" w:hAnsi="Arial" w:cs="Arial"/>
                <w:b/>
                <w:bCs/>
                <w:sz w:val="20"/>
                <w:szCs w:val="20"/>
                <w:lang w:val="es-ES"/>
              </w:rPr>
              <w:t xml:space="preserve">Nota importante: </w:t>
            </w:r>
            <w:r w:rsidRPr="00DF39E5">
              <w:rPr>
                <w:rFonts w:ascii="Arial" w:eastAsia="Times New Roman" w:hAnsi="Arial" w:cs="Arial"/>
                <w:sz w:val="20"/>
                <w:szCs w:val="20"/>
                <w:lang w:val="es-ES"/>
              </w:rPr>
              <w:t>para cada reserva está incluido 2 traslados (ida y vuelta), en el caso de que la reserva tiene vuelos diferentes en la llegada o en la salida, habrá suplemento de traslados.</w:t>
            </w:r>
          </w:p>
          <w:p w14:paraId="409D27F2" w14:textId="77777777" w:rsidR="001319D2" w:rsidRPr="005B2EEB" w:rsidRDefault="001319D2" w:rsidP="008139F8">
            <w:pPr>
              <w:rPr>
                <w:rFonts w:ascii="Arial" w:eastAsia="Times New Roman" w:hAnsi="Arial" w:cs="Arial"/>
                <w:b/>
                <w:bCs/>
                <w:sz w:val="20"/>
                <w:szCs w:val="20"/>
                <w:u w:val="single"/>
                <w:lang w:val="es-ES"/>
              </w:rPr>
            </w:pPr>
            <w:r w:rsidRPr="00DF39E5">
              <w:rPr>
                <w:rFonts w:ascii="Arial" w:eastAsia="Times New Roman" w:hAnsi="Arial" w:cs="Arial"/>
                <w:sz w:val="20"/>
                <w:szCs w:val="20"/>
                <w:lang w:val="es-ES"/>
              </w:rPr>
              <w:t>Los traslados fuera de Estambul con conductores de habla inglés.</w:t>
            </w:r>
          </w:p>
        </w:tc>
      </w:tr>
    </w:tbl>
    <w:p w14:paraId="3136CCDB" w14:textId="77777777" w:rsidR="001319D2" w:rsidRDefault="001319D2" w:rsidP="009F41DD">
      <w:pPr>
        <w:pStyle w:val="Heading2"/>
        <w:keepNext w:val="0"/>
        <w:keepLines w:val="0"/>
        <w:spacing w:before="0" w:after="120"/>
        <w:rPr>
          <w:rFonts w:ascii="Arial" w:eastAsia="Arial" w:hAnsi="Arial" w:cs="Arial"/>
          <w:color w:val="59C119"/>
          <w:lang w:val="es-419"/>
        </w:rPr>
      </w:pPr>
    </w:p>
    <w:p w14:paraId="3D5F4324" w14:textId="77777777" w:rsidR="00143F90" w:rsidRDefault="00143F90" w:rsidP="00143F90">
      <w:pPr>
        <w:rPr>
          <w:lang w:val="es-419"/>
        </w:rPr>
      </w:pPr>
    </w:p>
    <w:p w14:paraId="261C377F" w14:textId="77777777" w:rsidR="00143F90" w:rsidRDefault="00143F90" w:rsidP="00143F90">
      <w:pPr>
        <w:rPr>
          <w:lang w:val="es-419"/>
        </w:rPr>
      </w:pPr>
    </w:p>
    <w:p w14:paraId="761B2C19" w14:textId="77777777" w:rsidR="00143F90" w:rsidRDefault="00143F90" w:rsidP="00143F90">
      <w:pPr>
        <w:rPr>
          <w:lang w:val="es-419"/>
        </w:rPr>
      </w:pPr>
    </w:p>
    <w:p w14:paraId="0C61255F" w14:textId="77777777" w:rsidR="00143F90" w:rsidRDefault="00143F90" w:rsidP="00143F90">
      <w:pPr>
        <w:rPr>
          <w:lang w:val="es-419"/>
        </w:rPr>
      </w:pPr>
    </w:p>
    <w:p w14:paraId="00B32893" w14:textId="77777777" w:rsidR="00143F90" w:rsidRDefault="00143F90" w:rsidP="00143F90">
      <w:pPr>
        <w:rPr>
          <w:lang w:val="es-419"/>
        </w:rPr>
      </w:pPr>
    </w:p>
    <w:p w14:paraId="48BCD659" w14:textId="77777777" w:rsidR="00143F90" w:rsidRDefault="00143F90" w:rsidP="00143F90">
      <w:pPr>
        <w:rPr>
          <w:lang w:val="es-419"/>
        </w:rPr>
      </w:pPr>
    </w:p>
    <w:p w14:paraId="0982826F" w14:textId="77777777" w:rsidR="00143F90" w:rsidRDefault="00143F90" w:rsidP="00143F90">
      <w:pPr>
        <w:rPr>
          <w:lang w:val="es-419"/>
        </w:rPr>
      </w:pPr>
    </w:p>
    <w:p w14:paraId="1D3A104A" w14:textId="77777777" w:rsidR="00143F90" w:rsidRDefault="00143F90" w:rsidP="00143F90">
      <w:pPr>
        <w:rPr>
          <w:lang w:val="es-419"/>
        </w:rPr>
      </w:pPr>
    </w:p>
    <w:p w14:paraId="3A809456" w14:textId="77777777" w:rsidR="00143F90" w:rsidRDefault="00143F90" w:rsidP="00143F90">
      <w:pPr>
        <w:rPr>
          <w:lang w:val="es-419"/>
        </w:rPr>
      </w:pPr>
    </w:p>
    <w:p w14:paraId="0DB5940C" w14:textId="77777777" w:rsidR="00143F90" w:rsidRPr="00143F90" w:rsidRDefault="00143F90" w:rsidP="00143F90">
      <w:pPr>
        <w:rPr>
          <w:lang w:val="es-419"/>
        </w:rPr>
      </w:pPr>
    </w:p>
    <w:p w14:paraId="4FDDA626" w14:textId="79AB06F5" w:rsidR="00A66D80" w:rsidRPr="006C51DF" w:rsidRDefault="00A66D80" w:rsidP="009F41DD">
      <w:pPr>
        <w:pStyle w:val="Heading2"/>
        <w:keepNext w:val="0"/>
        <w:keepLines w:val="0"/>
        <w:spacing w:before="0" w:after="120"/>
        <w:rPr>
          <w:rFonts w:ascii="Arial" w:eastAsia="Arial" w:hAnsi="Arial" w:cs="Arial"/>
          <w:bCs w:val="0"/>
          <w:color w:val="59C119"/>
          <w:lang w:val="es-419"/>
        </w:rPr>
      </w:pPr>
      <w:r w:rsidRPr="006C51DF">
        <w:rPr>
          <w:rFonts w:ascii="Arial" w:eastAsia="Arial" w:hAnsi="Arial" w:cs="Arial"/>
          <w:bCs w:val="0"/>
          <w:color w:val="59C119"/>
          <w:lang w:val="es-419"/>
        </w:rPr>
        <w:t>HOSPEDAJE</w:t>
      </w:r>
    </w:p>
    <w:tbl>
      <w:tblPr>
        <w:tblStyle w:val="TableGrid"/>
        <w:tblW w:w="5000" w:type="pct"/>
        <w:tblLook w:val="04A0" w:firstRow="1" w:lastRow="0" w:firstColumn="1" w:lastColumn="0" w:noHBand="0" w:noVBand="1"/>
      </w:tblPr>
      <w:tblGrid>
        <w:gridCol w:w="1305"/>
        <w:gridCol w:w="1536"/>
        <w:gridCol w:w="2880"/>
        <w:gridCol w:w="2909"/>
      </w:tblGrid>
      <w:tr w:rsidR="00CE0619" w:rsidRPr="0071793A" w14:paraId="7283E840" w14:textId="77777777">
        <w:trPr>
          <w:trHeight w:val="389"/>
        </w:trPr>
        <w:tc>
          <w:tcPr>
            <w:tcW w:w="665" w:type="pct"/>
            <w:shd w:val="clear" w:color="auto" w:fill="59C119"/>
            <w:vAlign w:val="center"/>
            <w:hideMark/>
          </w:tcPr>
          <w:p w14:paraId="053BE809" w14:textId="77777777" w:rsidR="00A66D80" w:rsidRPr="0071793A" w:rsidRDefault="00A66D80" w:rsidP="00E91D02">
            <w:pPr>
              <w:spacing w:line="276" w:lineRule="auto"/>
              <w:jc w:val="center"/>
              <w:rPr>
                <w:rFonts w:ascii="Arial" w:hAnsi="Arial" w:cs="Arial"/>
                <w:b/>
                <w:bCs/>
                <w:color w:val="FFFFFF" w:themeColor="background1"/>
                <w:lang w:val="es-CO"/>
              </w:rPr>
            </w:pPr>
            <w:r w:rsidRPr="0071793A">
              <w:rPr>
                <w:rFonts w:ascii="Arial" w:hAnsi="Arial" w:cs="Arial"/>
                <w:b/>
                <w:bCs/>
                <w:color w:val="FFFFFF" w:themeColor="background1"/>
                <w:lang w:val="es-CO"/>
              </w:rPr>
              <w:t>CIUDAD</w:t>
            </w:r>
          </w:p>
        </w:tc>
        <w:tc>
          <w:tcPr>
            <w:tcW w:w="821" w:type="pct"/>
            <w:shd w:val="clear" w:color="auto" w:fill="59C119"/>
            <w:vAlign w:val="center"/>
            <w:hideMark/>
          </w:tcPr>
          <w:p w14:paraId="664147C8" w14:textId="77777777" w:rsidR="00A66D80" w:rsidRPr="0071793A" w:rsidRDefault="00A66D80" w:rsidP="00E91D02">
            <w:pPr>
              <w:spacing w:line="276" w:lineRule="auto"/>
              <w:jc w:val="center"/>
              <w:rPr>
                <w:rFonts w:ascii="Arial" w:hAnsi="Arial" w:cs="Arial"/>
                <w:b/>
                <w:bCs/>
                <w:color w:val="FFFFFF" w:themeColor="background1"/>
                <w:lang w:val="es-CO"/>
              </w:rPr>
            </w:pPr>
            <w:r w:rsidRPr="0071793A">
              <w:rPr>
                <w:rFonts w:ascii="Arial" w:hAnsi="Arial" w:cs="Arial"/>
                <w:b/>
                <w:bCs/>
                <w:color w:val="FFFFFF" w:themeColor="background1"/>
                <w:lang w:val="es-CO"/>
              </w:rPr>
              <w:t>CATEGORÍA</w:t>
            </w:r>
          </w:p>
        </w:tc>
        <w:tc>
          <w:tcPr>
            <w:tcW w:w="1748" w:type="pct"/>
            <w:shd w:val="clear" w:color="auto" w:fill="59C119"/>
            <w:vAlign w:val="center"/>
            <w:hideMark/>
          </w:tcPr>
          <w:p w14:paraId="716BAB6E" w14:textId="77777777" w:rsidR="00A66D80" w:rsidRPr="0071793A" w:rsidRDefault="00A66D80" w:rsidP="00E91D02">
            <w:pPr>
              <w:spacing w:line="276" w:lineRule="auto"/>
              <w:jc w:val="center"/>
              <w:rPr>
                <w:rFonts w:ascii="Arial" w:hAnsi="Arial" w:cs="Arial"/>
                <w:b/>
                <w:bCs/>
                <w:color w:val="FFFFFF" w:themeColor="background1"/>
                <w:lang w:val="es-CO"/>
              </w:rPr>
            </w:pPr>
            <w:r w:rsidRPr="0071793A">
              <w:rPr>
                <w:rFonts w:ascii="Arial" w:hAnsi="Arial" w:cs="Arial"/>
                <w:b/>
                <w:bCs/>
                <w:color w:val="FFFFFF" w:themeColor="background1"/>
                <w:lang w:val="es-CO"/>
              </w:rPr>
              <w:t>NOMBRE</w:t>
            </w:r>
          </w:p>
        </w:tc>
        <w:tc>
          <w:tcPr>
            <w:tcW w:w="1765" w:type="pct"/>
            <w:shd w:val="clear" w:color="auto" w:fill="59C119"/>
            <w:vAlign w:val="center"/>
          </w:tcPr>
          <w:p w14:paraId="4A9C8AC1" w14:textId="77777777" w:rsidR="00A66D80" w:rsidRPr="0071793A" w:rsidRDefault="00A66D80" w:rsidP="00E91D02">
            <w:pPr>
              <w:jc w:val="center"/>
              <w:rPr>
                <w:rFonts w:ascii="Arial" w:hAnsi="Arial" w:cs="Arial"/>
                <w:b/>
                <w:bCs/>
                <w:color w:val="FFFFFF" w:themeColor="background1"/>
                <w:lang w:val="es-CO"/>
              </w:rPr>
            </w:pPr>
            <w:r w:rsidRPr="0071793A">
              <w:rPr>
                <w:rFonts w:ascii="Arial" w:hAnsi="Arial" w:cs="Arial"/>
                <w:b/>
                <w:bCs/>
                <w:color w:val="FFFFFF" w:themeColor="background1"/>
                <w:lang w:val="es-CO"/>
              </w:rPr>
              <w:t>FOTO DE REFERENCIA</w:t>
            </w:r>
          </w:p>
        </w:tc>
      </w:tr>
      <w:tr w:rsidR="00CE0619" w:rsidRPr="0071793A" w14:paraId="03DA8DEE" w14:textId="77777777">
        <w:trPr>
          <w:trHeight w:val="1701"/>
        </w:trPr>
        <w:tc>
          <w:tcPr>
            <w:tcW w:w="665" w:type="pct"/>
            <w:vAlign w:val="center"/>
            <w:hideMark/>
          </w:tcPr>
          <w:p w14:paraId="4971CCCC" w14:textId="663C20BB" w:rsidR="00A66D80" w:rsidRPr="0071793A" w:rsidRDefault="00EF1347" w:rsidP="00E91D02">
            <w:pPr>
              <w:spacing w:line="276" w:lineRule="auto"/>
              <w:jc w:val="center"/>
              <w:rPr>
                <w:rFonts w:ascii="Arial" w:hAnsi="Arial" w:cs="Arial"/>
                <w:color w:val="1F1F1F"/>
                <w:lang w:val="es-CO"/>
              </w:rPr>
            </w:pPr>
            <w:proofErr w:type="spellStart"/>
            <w:r w:rsidRPr="0071793A">
              <w:rPr>
                <w:rFonts w:ascii="Arial" w:hAnsi="Arial" w:cs="Arial"/>
                <w:color w:val="1F1F1F"/>
              </w:rPr>
              <w:t>Estambul</w:t>
            </w:r>
            <w:proofErr w:type="spellEnd"/>
            <w:r w:rsidRPr="0071793A">
              <w:rPr>
                <w:rFonts w:ascii="Arial" w:hAnsi="Arial" w:cs="Arial"/>
                <w:color w:val="1F1F1F"/>
              </w:rPr>
              <w:t xml:space="preserve"> – </w:t>
            </w:r>
            <w:proofErr w:type="spellStart"/>
            <w:r w:rsidRPr="0071793A">
              <w:rPr>
                <w:rFonts w:ascii="Arial" w:hAnsi="Arial" w:cs="Arial"/>
                <w:color w:val="1F1F1F"/>
              </w:rPr>
              <w:t>Taksim</w:t>
            </w:r>
            <w:proofErr w:type="spellEnd"/>
          </w:p>
        </w:tc>
        <w:tc>
          <w:tcPr>
            <w:tcW w:w="821" w:type="pct"/>
            <w:vAlign w:val="center"/>
            <w:hideMark/>
          </w:tcPr>
          <w:p w14:paraId="2DCA772A" w14:textId="7EF4EFF1" w:rsidR="00A66D80" w:rsidRPr="0071793A" w:rsidRDefault="00EF1347" w:rsidP="00E91D02">
            <w:pPr>
              <w:spacing w:line="276" w:lineRule="auto"/>
              <w:jc w:val="center"/>
              <w:rPr>
                <w:rFonts w:ascii="Arial" w:hAnsi="Arial" w:cs="Arial"/>
                <w:color w:val="1F1F1F"/>
                <w:lang w:val="es-CO"/>
              </w:rPr>
            </w:pPr>
            <w:r w:rsidRPr="0071793A">
              <w:rPr>
                <w:rFonts w:ascii="Arial" w:hAnsi="Arial" w:cs="Arial"/>
                <w:color w:val="1F1F1F"/>
                <w:lang w:val="es-CO"/>
              </w:rPr>
              <w:t>5</w:t>
            </w:r>
            <w:r w:rsidR="00A66D80" w:rsidRPr="0071793A">
              <w:rPr>
                <w:rFonts w:ascii="Arial" w:hAnsi="Arial" w:cs="Arial"/>
                <w:color w:val="1F1F1F"/>
                <w:lang w:val="es-CO"/>
              </w:rPr>
              <w:t xml:space="preserve"> estrellas</w:t>
            </w:r>
          </w:p>
        </w:tc>
        <w:tc>
          <w:tcPr>
            <w:tcW w:w="1748" w:type="pct"/>
            <w:vAlign w:val="center"/>
            <w:hideMark/>
          </w:tcPr>
          <w:p w14:paraId="4B4A63EB" w14:textId="472FD750" w:rsidR="00A66D80" w:rsidRPr="0071793A" w:rsidRDefault="00EF1347" w:rsidP="00E91D02">
            <w:pPr>
              <w:spacing w:line="276" w:lineRule="auto"/>
              <w:jc w:val="center"/>
              <w:rPr>
                <w:rFonts w:ascii="Arial" w:hAnsi="Arial" w:cs="Arial"/>
                <w:color w:val="1F1F1F"/>
                <w:lang w:val="es-CO"/>
              </w:rPr>
            </w:pPr>
            <w:r w:rsidRPr="0071793A">
              <w:rPr>
                <w:rFonts w:ascii="Arial" w:hAnsi="Arial" w:cs="Arial"/>
                <w:color w:val="1F1F1F"/>
              </w:rPr>
              <w:t>Radisson Blu Pera</w:t>
            </w:r>
          </w:p>
        </w:tc>
        <w:tc>
          <w:tcPr>
            <w:tcW w:w="1765" w:type="pct"/>
            <w:vAlign w:val="center"/>
          </w:tcPr>
          <w:p w14:paraId="1C3A3608" w14:textId="77777777" w:rsidR="00B17A3B" w:rsidRPr="0071793A" w:rsidRDefault="00B17A3B" w:rsidP="00E91D02">
            <w:pPr>
              <w:jc w:val="center"/>
              <w:rPr>
                <w:rFonts w:ascii="Arial" w:hAnsi="Arial" w:cs="Arial"/>
                <w:noProof/>
              </w:rPr>
            </w:pPr>
          </w:p>
          <w:p w14:paraId="7F0639B4" w14:textId="0D47F2CC" w:rsidR="00B17A3B" w:rsidRPr="0071793A" w:rsidRDefault="00B17A3B" w:rsidP="00E91D02">
            <w:pPr>
              <w:jc w:val="center"/>
              <w:rPr>
                <w:rFonts w:ascii="Arial" w:hAnsi="Arial" w:cs="Arial"/>
                <w:noProof/>
              </w:rPr>
            </w:pPr>
            <w:r w:rsidRPr="006F77EB">
              <w:rPr>
                <w:rFonts w:ascii="Arial" w:hAnsi="Arial" w:cs="Arial"/>
                <w:noProof/>
              </w:rPr>
              <w:drawing>
                <wp:inline distT="0" distB="0" distL="0" distR="0" wp14:anchorId="379EB27B" wp14:editId="6C18D638">
                  <wp:extent cx="1669774" cy="928233"/>
                  <wp:effectExtent l="0" t="0" r="6985" b="5715"/>
                  <wp:docPr id="364949712" name="Imagen 1" descr="RADISSON BLU HOTEL, ISTANBUL PERA desde $ 454.887 (Estambul, Turquí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ISSON BLU HOTEL, ISTANBUL PERA desde $ 454.887 (Estambul, Turquía) -  opiniones y comentarios - hotel - Tripadvis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91138" cy="940109"/>
                          </a:xfrm>
                          <a:prstGeom prst="rect">
                            <a:avLst/>
                          </a:prstGeom>
                          <a:noFill/>
                          <a:ln>
                            <a:noFill/>
                          </a:ln>
                        </pic:spPr>
                      </pic:pic>
                    </a:graphicData>
                  </a:graphic>
                </wp:inline>
              </w:drawing>
            </w:r>
          </w:p>
          <w:p w14:paraId="7FE80A28" w14:textId="6124ABB4" w:rsidR="00A66D80" w:rsidRPr="0071793A" w:rsidRDefault="00A66D80" w:rsidP="00E91D02">
            <w:pPr>
              <w:jc w:val="center"/>
              <w:rPr>
                <w:rFonts w:ascii="Arial" w:hAnsi="Arial" w:cs="Arial"/>
                <w:color w:val="1F1F1F"/>
                <w:lang w:val="es-CO"/>
              </w:rPr>
            </w:pPr>
          </w:p>
        </w:tc>
      </w:tr>
      <w:tr w:rsidR="00CE0619" w:rsidRPr="0071793A" w14:paraId="58DE0D51" w14:textId="77777777">
        <w:trPr>
          <w:trHeight w:val="1701"/>
        </w:trPr>
        <w:tc>
          <w:tcPr>
            <w:tcW w:w="665" w:type="pct"/>
            <w:vAlign w:val="center"/>
            <w:hideMark/>
          </w:tcPr>
          <w:p w14:paraId="72839E6D" w14:textId="7C4BE5E8" w:rsidR="00A66D80" w:rsidRPr="0071793A" w:rsidRDefault="00EF1347" w:rsidP="00E91D02">
            <w:pPr>
              <w:spacing w:line="276" w:lineRule="auto"/>
              <w:jc w:val="center"/>
              <w:rPr>
                <w:rFonts w:ascii="Arial" w:hAnsi="Arial" w:cs="Arial"/>
                <w:color w:val="1F1F1F"/>
                <w:lang w:val="es-CO"/>
              </w:rPr>
            </w:pPr>
            <w:proofErr w:type="spellStart"/>
            <w:r w:rsidRPr="0071793A">
              <w:rPr>
                <w:rFonts w:ascii="Arial" w:hAnsi="Arial" w:cs="Arial"/>
                <w:color w:val="1F1F1F"/>
              </w:rPr>
              <w:t>Estambul</w:t>
            </w:r>
            <w:proofErr w:type="spellEnd"/>
            <w:r w:rsidRPr="0071793A">
              <w:rPr>
                <w:rFonts w:ascii="Arial" w:hAnsi="Arial" w:cs="Arial"/>
                <w:color w:val="1F1F1F"/>
              </w:rPr>
              <w:t xml:space="preserve"> – Old City</w:t>
            </w:r>
          </w:p>
        </w:tc>
        <w:tc>
          <w:tcPr>
            <w:tcW w:w="821" w:type="pct"/>
            <w:vAlign w:val="center"/>
            <w:hideMark/>
          </w:tcPr>
          <w:p w14:paraId="3E61B9ED" w14:textId="193D7709" w:rsidR="00A66D80" w:rsidRPr="0071793A" w:rsidRDefault="00EF1347" w:rsidP="00E91D02">
            <w:pPr>
              <w:spacing w:line="276" w:lineRule="auto"/>
              <w:jc w:val="center"/>
              <w:rPr>
                <w:rFonts w:ascii="Arial" w:hAnsi="Arial" w:cs="Arial"/>
                <w:color w:val="1F1F1F"/>
                <w:lang w:val="es-CO"/>
              </w:rPr>
            </w:pPr>
            <w:r w:rsidRPr="0071793A">
              <w:rPr>
                <w:rFonts w:ascii="Arial" w:hAnsi="Arial" w:cs="Arial"/>
                <w:color w:val="1F1F1F"/>
                <w:lang w:val="es-CO"/>
              </w:rPr>
              <w:t>5 estrellas</w:t>
            </w:r>
          </w:p>
        </w:tc>
        <w:tc>
          <w:tcPr>
            <w:tcW w:w="1748" w:type="pct"/>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F1347" w:rsidRPr="0071793A" w14:paraId="00AB77BA" w14:textId="77777777">
              <w:trPr>
                <w:tblCellSpacing w:w="15" w:type="dxa"/>
              </w:trPr>
              <w:tc>
                <w:tcPr>
                  <w:tcW w:w="0" w:type="auto"/>
                  <w:vAlign w:val="center"/>
                  <w:hideMark/>
                </w:tcPr>
                <w:p w14:paraId="3FC8427C" w14:textId="77777777" w:rsidR="00EF1347" w:rsidRPr="0071793A" w:rsidRDefault="00EF1347" w:rsidP="00E91D02">
                  <w:pPr>
                    <w:spacing w:after="0"/>
                    <w:jc w:val="center"/>
                    <w:rPr>
                      <w:rFonts w:ascii="Arial" w:hAnsi="Arial" w:cs="Arial"/>
                      <w:color w:val="1F1F1F"/>
                      <w:lang w:val="es-CO"/>
                    </w:rPr>
                  </w:pPr>
                </w:p>
              </w:tc>
            </w:tr>
          </w:tbl>
          <w:p w14:paraId="4D1CC488" w14:textId="77777777" w:rsidR="00EF1347" w:rsidRPr="0071793A" w:rsidRDefault="00EF1347" w:rsidP="00E91D02">
            <w:pPr>
              <w:spacing w:line="276" w:lineRule="auto"/>
              <w:jc w:val="center"/>
              <w:rPr>
                <w:rFonts w:ascii="Arial" w:hAnsi="Arial" w:cs="Arial"/>
                <w:vanish/>
                <w:color w:val="1F1F1F"/>
                <w:lang w:val="es-CO"/>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206"/>
            </w:tblGrid>
            <w:tr w:rsidR="00CE0619" w:rsidRPr="0071793A" w14:paraId="6796B3A5" w14:textId="77777777" w:rsidTr="00EF1347">
              <w:trPr>
                <w:tblCellSpacing w:w="15" w:type="dxa"/>
                <w:jc w:val="center"/>
              </w:trPr>
              <w:tc>
                <w:tcPr>
                  <w:tcW w:w="0" w:type="auto"/>
                  <w:vAlign w:val="center"/>
                  <w:hideMark/>
                </w:tcPr>
                <w:p w14:paraId="63AC6474" w14:textId="77777777" w:rsidR="00EF1347" w:rsidRPr="0071793A" w:rsidRDefault="00EF1347" w:rsidP="00E91D02">
                  <w:pPr>
                    <w:spacing w:after="0"/>
                    <w:jc w:val="center"/>
                    <w:rPr>
                      <w:rFonts w:ascii="Arial" w:hAnsi="Arial" w:cs="Arial"/>
                      <w:color w:val="1F1F1F"/>
                    </w:rPr>
                  </w:pPr>
                  <w:proofErr w:type="gramStart"/>
                  <w:r w:rsidRPr="0071793A">
                    <w:rPr>
                      <w:rFonts w:ascii="Arial" w:hAnsi="Arial" w:cs="Arial"/>
                      <w:color w:val="1F1F1F"/>
                    </w:rPr>
                    <w:t>Ottomans</w:t>
                  </w:r>
                  <w:proofErr w:type="gramEnd"/>
                  <w:r w:rsidRPr="0071793A">
                    <w:rPr>
                      <w:rFonts w:ascii="Arial" w:hAnsi="Arial" w:cs="Arial"/>
                      <w:color w:val="1F1F1F"/>
                    </w:rPr>
                    <w:t xml:space="preserve"> Life Deluxe</w:t>
                  </w:r>
                </w:p>
              </w:tc>
            </w:tr>
          </w:tbl>
          <w:p w14:paraId="46269C87" w14:textId="14028580" w:rsidR="00A66D80" w:rsidRPr="0071793A" w:rsidRDefault="00A66D80" w:rsidP="00E91D02">
            <w:pPr>
              <w:spacing w:line="276" w:lineRule="auto"/>
              <w:jc w:val="center"/>
              <w:rPr>
                <w:rFonts w:ascii="Arial" w:hAnsi="Arial" w:cs="Arial"/>
                <w:color w:val="1F1F1F"/>
                <w:lang w:val="es-CO"/>
              </w:rPr>
            </w:pPr>
          </w:p>
        </w:tc>
        <w:tc>
          <w:tcPr>
            <w:tcW w:w="1765" w:type="pct"/>
            <w:vAlign w:val="center"/>
          </w:tcPr>
          <w:p w14:paraId="107F1A5A" w14:textId="77777777" w:rsidR="00CE0619" w:rsidRPr="0071793A" w:rsidRDefault="00CE0619" w:rsidP="00E91D02">
            <w:pPr>
              <w:spacing w:line="360" w:lineRule="auto"/>
              <w:jc w:val="center"/>
              <w:rPr>
                <w:rFonts w:ascii="Arial" w:hAnsi="Arial" w:cs="Arial"/>
                <w:noProof/>
              </w:rPr>
            </w:pPr>
          </w:p>
          <w:p w14:paraId="524FC24E" w14:textId="7C20C6FF" w:rsidR="00A66D80" w:rsidRPr="0071793A" w:rsidRDefault="00CE0619" w:rsidP="00E91D02">
            <w:pPr>
              <w:spacing w:line="360" w:lineRule="auto"/>
              <w:jc w:val="center"/>
              <w:rPr>
                <w:rFonts w:ascii="Arial" w:hAnsi="Arial" w:cs="Arial"/>
                <w:color w:val="1F1F1F"/>
                <w:lang w:val="es-CO"/>
              </w:rPr>
            </w:pPr>
            <w:r w:rsidRPr="006F77EB">
              <w:rPr>
                <w:rFonts w:ascii="Arial" w:hAnsi="Arial" w:cs="Arial"/>
                <w:noProof/>
              </w:rPr>
              <w:drawing>
                <wp:inline distT="0" distB="0" distL="0" distR="0" wp14:anchorId="5BE209F6" wp14:editId="5631E1DF">
                  <wp:extent cx="1645920" cy="914972"/>
                  <wp:effectExtent l="0" t="0" r="0" b="0"/>
                  <wp:docPr id="1633235015" name="Imagen 2" descr="OTTOMAN'S LIFE HOTEL DELUXE desde $ 290.441 (Estambul, Turquí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TTOMAN'S LIFE HOTEL DELUXE desde $ 290.441 (Estambul, Turquía) - opiniones  y comentarios - hotel - Tripadvis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9078" cy="922287"/>
                          </a:xfrm>
                          <a:prstGeom prst="rect">
                            <a:avLst/>
                          </a:prstGeom>
                          <a:noFill/>
                          <a:ln>
                            <a:noFill/>
                          </a:ln>
                        </pic:spPr>
                      </pic:pic>
                    </a:graphicData>
                  </a:graphic>
                </wp:inline>
              </w:drawing>
            </w:r>
          </w:p>
        </w:tc>
      </w:tr>
      <w:tr w:rsidR="00CE0619" w:rsidRPr="0071793A" w14:paraId="7248C13F" w14:textId="77777777">
        <w:trPr>
          <w:trHeight w:val="389"/>
        </w:trPr>
        <w:tc>
          <w:tcPr>
            <w:tcW w:w="665" w:type="pct"/>
            <w:vAlign w:val="center"/>
            <w:hideMark/>
          </w:tcPr>
          <w:p w14:paraId="59B1B43E" w14:textId="57BF379B" w:rsidR="00A66D80" w:rsidRPr="0071793A" w:rsidRDefault="00EF1347" w:rsidP="00E91D02">
            <w:pPr>
              <w:spacing w:line="276" w:lineRule="auto"/>
              <w:jc w:val="center"/>
              <w:rPr>
                <w:rFonts w:ascii="Arial" w:hAnsi="Arial" w:cs="Arial"/>
                <w:color w:val="1F1F1F"/>
                <w:lang w:val="es-CO"/>
              </w:rPr>
            </w:pPr>
            <w:proofErr w:type="spellStart"/>
            <w:r w:rsidRPr="0071793A">
              <w:rPr>
                <w:rFonts w:ascii="Arial" w:hAnsi="Arial" w:cs="Arial"/>
                <w:color w:val="1F1F1F"/>
              </w:rPr>
              <w:t>Capadocia</w:t>
            </w:r>
            <w:proofErr w:type="spellEnd"/>
          </w:p>
        </w:tc>
        <w:tc>
          <w:tcPr>
            <w:tcW w:w="821" w:type="pct"/>
            <w:vAlign w:val="center"/>
            <w:hideMark/>
          </w:tcPr>
          <w:p w14:paraId="115C83DF" w14:textId="4EE7DDF4" w:rsidR="00A66D80" w:rsidRPr="0071793A" w:rsidRDefault="00EF1347" w:rsidP="00E91D02">
            <w:pPr>
              <w:spacing w:line="276" w:lineRule="auto"/>
              <w:jc w:val="center"/>
              <w:rPr>
                <w:rFonts w:ascii="Arial" w:hAnsi="Arial" w:cs="Arial"/>
                <w:color w:val="1F1F1F"/>
                <w:lang w:val="es-CO"/>
              </w:rPr>
            </w:pPr>
            <w:r w:rsidRPr="0071793A">
              <w:rPr>
                <w:rFonts w:ascii="Arial" w:hAnsi="Arial" w:cs="Arial"/>
                <w:color w:val="1F1F1F"/>
                <w:lang w:val="es-CO"/>
              </w:rPr>
              <w:t>5 estrellas</w:t>
            </w:r>
          </w:p>
        </w:tc>
        <w:tc>
          <w:tcPr>
            <w:tcW w:w="1748" w:type="pct"/>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F1347" w:rsidRPr="0071793A" w14:paraId="2F7E9540" w14:textId="77777777">
              <w:trPr>
                <w:tblCellSpacing w:w="15" w:type="dxa"/>
              </w:trPr>
              <w:tc>
                <w:tcPr>
                  <w:tcW w:w="0" w:type="auto"/>
                  <w:vAlign w:val="center"/>
                  <w:hideMark/>
                </w:tcPr>
                <w:p w14:paraId="6FD73E51" w14:textId="77777777" w:rsidR="00EF1347" w:rsidRPr="0071793A" w:rsidRDefault="00EF1347" w:rsidP="00E91D02">
                  <w:pPr>
                    <w:spacing w:after="0"/>
                    <w:jc w:val="center"/>
                    <w:rPr>
                      <w:rFonts w:ascii="Arial" w:hAnsi="Arial" w:cs="Arial"/>
                      <w:color w:val="1F1F1F"/>
                    </w:rPr>
                  </w:pPr>
                </w:p>
              </w:tc>
            </w:tr>
          </w:tbl>
          <w:p w14:paraId="26307A6A" w14:textId="77777777" w:rsidR="00EF1347" w:rsidRPr="0071793A" w:rsidRDefault="00EF1347" w:rsidP="00E91D02">
            <w:pPr>
              <w:spacing w:line="276" w:lineRule="auto"/>
              <w:jc w:val="center"/>
              <w:rPr>
                <w:rFonts w:ascii="Arial" w:hAnsi="Arial" w:cs="Arial"/>
                <w:color w:val="1F1F1F"/>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64"/>
            </w:tblGrid>
            <w:tr w:rsidR="00CE0619" w:rsidRPr="0071793A" w14:paraId="0110867D" w14:textId="77777777">
              <w:trPr>
                <w:tblCellSpacing w:w="15" w:type="dxa"/>
              </w:trPr>
              <w:tc>
                <w:tcPr>
                  <w:tcW w:w="0" w:type="auto"/>
                  <w:vAlign w:val="center"/>
                  <w:hideMark/>
                </w:tcPr>
                <w:p w14:paraId="2CD4F6E5" w14:textId="77777777" w:rsidR="00EF1347" w:rsidRPr="0071793A" w:rsidRDefault="00EF1347" w:rsidP="00E91D02">
                  <w:pPr>
                    <w:spacing w:after="0"/>
                    <w:jc w:val="center"/>
                    <w:rPr>
                      <w:rFonts w:ascii="Arial" w:hAnsi="Arial" w:cs="Arial"/>
                      <w:color w:val="1F1F1F"/>
                    </w:rPr>
                  </w:pPr>
                  <w:r w:rsidRPr="0071793A">
                    <w:rPr>
                      <w:rFonts w:ascii="Arial" w:hAnsi="Arial" w:cs="Arial"/>
                      <w:color w:val="1F1F1F"/>
                    </w:rPr>
                    <w:t>Mustafa Cappadocia Resort</w:t>
                  </w:r>
                </w:p>
              </w:tc>
            </w:tr>
          </w:tbl>
          <w:p w14:paraId="253BB138" w14:textId="2BD6F08E" w:rsidR="00A66D80" w:rsidRPr="0071793A" w:rsidRDefault="00A66D80" w:rsidP="00E91D02">
            <w:pPr>
              <w:spacing w:line="276" w:lineRule="auto"/>
              <w:jc w:val="center"/>
              <w:rPr>
                <w:rFonts w:ascii="Arial" w:hAnsi="Arial" w:cs="Arial"/>
                <w:color w:val="1F1F1F"/>
              </w:rPr>
            </w:pPr>
          </w:p>
        </w:tc>
        <w:tc>
          <w:tcPr>
            <w:tcW w:w="1765" w:type="pct"/>
            <w:vAlign w:val="center"/>
          </w:tcPr>
          <w:p w14:paraId="0E3F159C" w14:textId="77777777" w:rsidR="00CE0619" w:rsidRPr="0071793A" w:rsidRDefault="00CE0619" w:rsidP="00E91D02">
            <w:pPr>
              <w:spacing w:line="360" w:lineRule="auto"/>
              <w:jc w:val="center"/>
              <w:rPr>
                <w:rFonts w:ascii="Arial" w:hAnsi="Arial" w:cs="Arial"/>
                <w:noProof/>
              </w:rPr>
            </w:pPr>
          </w:p>
          <w:p w14:paraId="7E0A7573" w14:textId="2E36FAC5" w:rsidR="00A66D80" w:rsidRPr="0071793A" w:rsidRDefault="00CE0619" w:rsidP="00E91D02">
            <w:pPr>
              <w:spacing w:line="360" w:lineRule="auto"/>
              <w:jc w:val="center"/>
              <w:rPr>
                <w:rFonts w:ascii="Arial" w:hAnsi="Arial" w:cs="Arial"/>
                <w:color w:val="1F1F1F"/>
              </w:rPr>
            </w:pPr>
            <w:r w:rsidRPr="006F77EB">
              <w:rPr>
                <w:rFonts w:ascii="Arial" w:hAnsi="Arial" w:cs="Arial"/>
                <w:noProof/>
              </w:rPr>
              <w:drawing>
                <wp:inline distT="0" distB="0" distL="0" distR="0" wp14:anchorId="0CC372BE" wp14:editId="595180A6">
                  <wp:extent cx="1645920" cy="914972"/>
                  <wp:effectExtent l="0" t="0" r="0" b="0"/>
                  <wp:docPr id="530878859" name="Imagen 3" descr="MUSTAFA CAPPADOCIA RESORT desde $ 400.000 (Urgup, Turquí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STAFA CAPPADOCIA RESORT desde $ 400.000 (Urgup, Turquía) - opiniones y  comentarios - hotel - Tripadvis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5624" cy="931484"/>
                          </a:xfrm>
                          <a:prstGeom prst="rect">
                            <a:avLst/>
                          </a:prstGeom>
                          <a:noFill/>
                          <a:ln>
                            <a:noFill/>
                          </a:ln>
                        </pic:spPr>
                      </pic:pic>
                    </a:graphicData>
                  </a:graphic>
                </wp:inline>
              </w:drawing>
            </w:r>
          </w:p>
        </w:tc>
      </w:tr>
      <w:tr w:rsidR="00CE0619" w:rsidRPr="0071793A" w14:paraId="126C5D23" w14:textId="77777777">
        <w:trPr>
          <w:trHeight w:val="389"/>
        </w:trPr>
        <w:tc>
          <w:tcPr>
            <w:tcW w:w="665" w:type="pct"/>
            <w:vAlign w:val="center"/>
            <w:hideMark/>
          </w:tcPr>
          <w:p w14:paraId="6C2A937B" w14:textId="4ADD0AFD" w:rsidR="00A66D80" w:rsidRPr="0071793A" w:rsidRDefault="00EF1347" w:rsidP="00E91D02">
            <w:pPr>
              <w:spacing w:line="276" w:lineRule="auto"/>
              <w:jc w:val="center"/>
              <w:rPr>
                <w:rFonts w:ascii="Arial" w:hAnsi="Arial" w:cs="Arial"/>
                <w:color w:val="1F1F1F"/>
                <w:lang w:val="es-CO"/>
              </w:rPr>
            </w:pPr>
            <w:proofErr w:type="spellStart"/>
            <w:r w:rsidRPr="0071793A">
              <w:rPr>
                <w:rFonts w:ascii="Arial" w:hAnsi="Arial" w:cs="Arial"/>
                <w:color w:val="1F1F1F"/>
              </w:rPr>
              <w:t>Pamukkale</w:t>
            </w:r>
            <w:proofErr w:type="spellEnd"/>
          </w:p>
        </w:tc>
        <w:tc>
          <w:tcPr>
            <w:tcW w:w="821" w:type="pct"/>
            <w:vAlign w:val="center"/>
            <w:hideMark/>
          </w:tcPr>
          <w:p w14:paraId="3868D0CB" w14:textId="02A16D89" w:rsidR="00A66D80" w:rsidRPr="0071793A" w:rsidRDefault="00EF1347" w:rsidP="00E91D02">
            <w:pPr>
              <w:spacing w:line="276" w:lineRule="auto"/>
              <w:jc w:val="center"/>
              <w:rPr>
                <w:rFonts w:ascii="Arial" w:hAnsi="Arial" w:cs="Arial"/>
                <w:color w:val="1F1F1F"/>
                <w:lang w:val="es-CO"/>
              </w:rPr>
            </w:pPr>
            <w:r w:rsidRPr="0071793A">
              <w:rPr>
                <w:rFonts w:ascii="Arial" w:hAnsi="Arial" w:cs="Arial"/>
                <w:color w:val="1F1F1F"/>
                <w:lang w:val="es-CO"/>
              </w:rPr>
              <w:t>5 estrellas</w:t>
            </w:r>
          </w:p>
        </w:tc>
        <w:tc>
          <w:tcPr>
            <w:tcW w:w="1748" w:type="pct"/>
            <w:vAlign w:val="center"/>
            <w:hideMark/>
          </w:tcPr>
          <w:p w14:paraId="281EC002" w14:textId="10C6F9B1" w:rsidR="00A66D80" w:rsidRPr="0071793A" w:rsidRDefault="00EF1347" w:rsidP="00E91D02">
            <w:pPr>
              <w:spacing w:line="276" w:lineRule="auto"/>
              <w:jc w:val="center"/>
              <w:rPr>
                <w:rFonts w:ascii="Arial" w:hAnsi="Arial" w:cs="Arial"/>
                <w:color w:val="1F1F1F"/>
              </w:rPr>
            </w:pPr>
            <w:proofErr w:type="spellStart"/>
            <w:r w:rsidRPr="0071793A">
              <w:rPr>
                <w:rFonts w:ascii="Arial" w:hAnsi="Arial" w:cs="Arial"/>
                <w:color w:val="1F1F1F"/>
              </w:rPr>
              <w:t>Adempira</w:t>
            </w:r>
            <w:proofErr w:type="spellEnd"/>
            <w:r w:rsidRPr="0071793A">
              <w:rPr>
                <w:rFonts w:ascii="Arial" w:hAnsi="Arial" w:cs="Arial"/>
                <w:color w:val="1F1F1F"/>
              </w:rPr>
              <w:t xml:space="preserve"> Thermal Hotel</w:t>
            </w:r>
          </w:p>
        </w:tc>
        <w:tc>
          <w:tcPr>
            <w:tcW w:w="1765" w:type="pct"/>
            <w:vAlign w:val="center"/>
          </w:tcPr>
          <w:p w14:paraId="3EB8D269" w14:textId="77777777" w:rsidR="00A66D80" w:rsidRPr="0071793A" w:rsidRDefault="00A66D80" w:rsidP="00E91D02">
            <w:pPr>
              <w:jc w:val="center"/>
              <w:rPr>
                <w:rFonts w:ascii="Arial" w:hAnsi="Arial" w:cs="Arial"/>
                <w:noProof/>
              </w:rPr>
            </w:pPr>
          </w:p>
          <w:p w14:paraId="536CDD23" w14:textId="0EFC8C1B" w:rsidR="00A66D80" w:rsidRPr="0071793A" w:rsidRDefault="00CE0619" w:rsidP="00E91D02">
            <w:pPr>
              <w:spacing w:line="360" w:lineRule="auto"/>
              <w:jc w:val="center"/>
              <w:rPr>
                <w:rFonts w:ascii="Arial" w:hAnsi="Arial" w:cs="Arial"/>
                <w:color w:val="1F1F1F"/>
              </w:rPr>
            </w:pPr>
            <w:r w:rsidRPr="006F77EB">
              <w:rPr>
                <w:rFonts w:ascii="Arial" w:hAnsi="Arial" w:cs="Arial"/>
                <w:noProof/>
              </w:rPr>
              <w:drawing>
                <wp:inline distT="0" distB="0" distL="0" distR="0" wp14:anchorId="647A452B" wp14:editId="75A6FD74">
                  <wp:extent cx="1582310" cy="879610"/>
                  <wp:effectExtent l="0" t="0" r="0" b="0"/>
                  <wp:docPr id="1475699040" name="Imagen 4" descr="ADEMPIRA TERMAL &amp; SPA HOTEL desde $ 413.534 (Karahayit, Turquí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EMPIRA TERMAL &amp; SPA HOTEL desde $ 413.534 (Karahayit, Turquía) -  opiniones y comentarios - hotel - Tripadvis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616" cy="910910"/>
                          </a:xfrm>
                          <a:prstGeom prst="rect">
                            <a:avLst/>
                          </a:prstGeom>
                          <a:noFill/>
                          <a:ln>
                            <a:noFill/>
                          </a:ln>
                        </pic:spPr>
                      </pic:pic>
                    </a:graphicData>
                  </a:graphic>
                </wp:inline>
              </w:drawing>
            </w:r>
          </w:p>
        </w:tc>
      </w:tr>
      <w:tr w:rsidR="00CE0619" w:rsidRPr="0071793A" w14:paraId="304C01DC" w14:textId="77777777">
        <w:trPr>
          <w:trHeight w:val="389"/>
        </w:trPr>
        <w:tc>
          <w:tcPr>
            <w:tcW w:w="665" w:type="pct"/>
            <w:vAlign w:val="center"/>
            <w:hideMark/>
          </w:tcPr>
          <w:p w14:paraId="623DBDE3" w14:textId="4CD4076B" w:rsidR="00A66D80" w:rsidRPr="0071793A" w:rsidRDefault="00EF1347" w:rsidP="00E91D02">
            <w:pPr>
              <w:spacing w:line="276" w:lineRule="auto"/>
              <w:jc w:val="center"/>
              <w:rPr>
                <w:rFonts w:ascii="Arial" w:hAnsi="Arial" w:cs="Arial"/>
                <w:color w:val="1F1F1F"/>
                <w:lang w:val="es-CO"/>
              </w:rPr>
            </w:pPr>
            <w:r w:rsidRPr="0071793A">
              <w:rPr>
                <w:rFonts w:ascii="Arial" w:hAnsi="Arial" w:cs="Arial"/>
                <w:color w:val="1F1F1F"/>
              </w:rPr>
              <w:t>Zona Esmirna</w:t>
            </w:r>
          </w:p>
        </w:tc>
        <w:tc>
          <w:tcPr>
            <w:tcW w:w="821" w:type="pct"/>
            <w:vAlign w:val="center"/>
            <w:hideMark/>
          </w:tcPr>
          <w:p w14:paraId="75AA93D0" w14:textId="77777777" w:rsidR="00A66D80" w:rsidRPr="0071793A" w:rsidRDefault="00A66D80" w:rsidP="00E91D02">
            <w:pPr>
              <w:spacing w:line="276" w:lineRule="auto"/>
              <w:jc w:val="center"/>
              <w:rPr>
                <w:rFonts w:ascii="Arial" w:hAnsi="Arial" w:cs="Arial"/>
                <w:color w:val="1F1F1F"/>
                <w:lang w:val="es-CO"/>
              </w:rPr>
            </w:pPr>
            <w:r w:rsidRPr="0071793A">
              <w:rPr>
                <w:rFonts w:ascii="Arial" w:hAnsi="Arial" w:cs="Arial"/>
                <w:color w:val="1F1F1F"/>
                <w:lang w:val="es-CO"/>
              </w:rPr>
              <w:t>4 estrellas</w:t>
            </w:r>
          </w:p>
        </w:tc>
        <w:tc>
          <w:tcPr>
            <w:tcW w:w="1748" w:type="pct"/>
            <w:vAlign w:val="center"/>
            <w:hideMark/>
          </w:tcPr>
          <w:p w14:paraId="2BF59769" w14:textId="6856CC3D" w:rsidR="00A66D80" w:rsidRPr="0071793A" w:rsidRDefault="00EF1347" w:rsidP="00E91D02">
            <w:pPr>
              <w:spacing w:line="276" w:lineRule="auto"/>
              <w:jc w:val="center"/>
              <w:rPr>
                <w:rFonts w:ascii="Arial" w:hAnsi="Arial" w:cs="Arial"/>
                <w:color w:val="1F1F1F"/>
              </w:rPr>
            </w:pPr>
            <w:r w:rsidRPr="0071793A">
              <w:rPr>
                <w:rFonts w:ascii="Arial" w:hAnsi="Arial" w:cs="Arial"/>
                <w:color w:val="1F1F1F"/>
              </w:rPr>
              <w:t>Ramada Plaza Izmir</w:t>
            </w:r>
          </w:p>
        </w:tc>
        <w:tc>
          <w:tcPr>
            <w:tcW w:w="1765" w:type="pct"/>
            <w:vAlign w:val="center"/>
          </w:tcPr>
          <w:p w14:paraId="07BE72EF" w14:textId="23C43A75" w:rsidR="00A66D80" w:rsidRPr="0071793A" w:rsidRDefault="00CE0619" w:rsidP="00E91D02">
            <w:pPr>
              <w:spacing w:line="360" w:lineRule="auto"/>
              <w:jc w:val="center"/>
              <w:rPr>
                <w:rFonts w:ascii="Arial" w:hAnsi="Arial" w:cs="Arial"/>
                <w:color w:val="1F1F1F"/>
              </w:rPr>
            </w:pPr>
            <w:r w:rsidRPr="006F77EB">
              <w:rPr>
                <w:rFonts w:ascii="Arial" w:hAnsi="Arial" w:cs="Arial"/>
                <w:noProof/>
              </w:rPr>
              <w:drawing>
                <wp:inline distT="0" distB="0" distL="0" distR="0" wp14:anchorId="0FDC47E7" wp14:editId="74317009">
                  <wp:extent cx="1566407" cy="1251248"/>
                  <wp:effectExtent l="0" t="0" r="0" b="6350"/>
                  <wp:docPr id="627604854" name="Imagen 5" descr="RAMADA PLAZA BY WYNDHAM IZMIR desde $ 365.314 (Turquí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AMADA PLAZA BY WYNDHAM IZMIR desde $ 365.314 (Turquía) - opiniones y  comentarios - hotel - Tripadvis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2264" cy="1271903"/>
                          </a:xfrm>
                          <a:prstGeom prst="rect">
                            <a:avLst/>
                          </a:prstGeom>
                          <a:noFill/>
                          <a:ln>
                            <a:noFill/>
                          </a:ln>
                        </pic:spPr>
                      </pic:pic>
                    </a:graphicData>
                  </a:graphic>
                </wp:inline>
              </w:drawing>
            </w:r>
          </w:p>
        </w:tc>
      </w:tr>
    </w:tbl>
    <w:p w14:paraId="0A7A357F" w14:textId="3DBF2467" w:rsidR="00A66D80" w:rsidRPr="0071793A" w:rsidRDefault="00A66D80" w:rsidP="003E3B0C">
      <w:pPr>
        <w:pStyle w:val="BodyText"/>
        <w:widowControl w:val="0"/>
        <w:numPr>
          <w:ilvl w:val="0"/>
          <w:numId w:val="10"/>
        </w:numPr>
        <w:autoSpaceDE w:val="0"/>
        <w:autoSpaceDN w:val="0"/>
        <w:adjustRightInd w:val="0"/>
        <w:spacing w:after="0" w:line="360" w:lineRule="auto"/>
        <w:jc w:val="both"/>
        <w:rPr>
          <w:rFonts w:ascii="Arial" w:hAnsi="Arial" w:cs="Arial"/>
          <w:lang w:val="es-CO"/>
        </w:rPr>
      </w:pPr>
      <w:r w:rsidRPr="0071793A">
        <w:rPr>
          <w:rFonts w:ascii="Arial" w:hAnsi="Arial" w:cs="Arial"/>
          <w:lang w:val="es-CO"/>
        </w:rPr>
        <w:t>Nota: Los hoteles asignados pueden variar por disponibilidad operativa o factores externos. En caso de cambios, se confirmarán alternativas de categoría similar para garantizar una experiencia adecuada.</w:t>
      </w:r>
    </w:p>
    <w:p w14:paraId="2DB60430" w14:textId="7B253A32" w:rsidR="00B1332E" w:rsidRPr="0071793A" w:rsidRDefault="00B1332E" w:rsidP="00B1332E">
      <w:pPr>
        <w:ind w:left="360"/>
        <w:rPr>
          <w:rFonts w:ascii="Arial" w:hAnsi="Arial" w:cs="Arial"/>
          <w:color w:val="1F1F1F"/>
          <w:lang w:val="es-CO"/>
        </w:rPr>
      </w:pPr>
    </w:p>
    <w:p w14:paraId="0CB92BBA" w14:textId="77777777" w:rsidR="006432D5" w:rsidRPr="0071793A" w:rsidRDefault="006432D5" w:rsidP="00B1332E">
      <w:pPr>
        <w:ind w:left="360"/>
        <w:rPr>
          <w:rFonts w:ascii="Arial" w:hAnsi="Arial" w:cs="Arial"/>
          <w:color w:val="1F1F1F"/>
          <w:lang w:val="es-CO"/>
        </w:rPr>
      </w:pPr>
    </w:p>
    <w:p w14:paraId="13D8B501" w14:textId="3A339822" w:rsidR="00BB61F0" w:rsidRPr="0071793A" w:rsidRDefault="00CA1AD1" w:rsidP="00FC6DE2">
      <w:pPr>
        <w:pStyle w:val="Heading2"/>
        <w:keepNext w:val="0"/>
        <w:keepLines w:val="0"/>
        <w:spacing w:before="0" w:after="120"/>
        <w:rPr>
          <w:rFonts w:ascii="Arial" w:eastAsia="Arial" w:hAnsi="Arial" w:cs="Arial"/>
          <w:color w:val="59C119"/>
          <w:lang w:val="es-419"/>
        </w:rPr>
      </w:pPr>
      <w:r w:rsidRPr="0071793A">
        <w:rPr>
          <w:rFonts w:ascii="Arial" w:eastAsia="Arial" w:hAnsi="Arial" w:cs="Arial"/>
          <w:color w:val="59C119"/>
          <w:lang w:val="es-419"/>
        </w:rPr>
        <w:t>SALIDA</w:t>
      </w:r>
      <w:r w:rsidR="006432D5">
        <w:rPr>
          <w:rFonts w:ascii="Arial" w:eastAsia="Arial" w:hAnsi="Arial" w:cs="Arial"/>
          <w:color w:val="59C119"/>
          <w:lang w:val="es-419"/>
        </w:rPr>
        <w:t>S</w:t>
      </w:r>
    </w:p>
    <w:tbl>
      <w:tblPr>
        <w:tblStyle w:val="TableGrid"/>
        <w:tblW w:w="5000" w:type="pct"/>
        <w:tblLook w:val="04A0" w:firstRow="1" w:lastRow="0" w:firstColumn="1" w:lastColumn="0" w:noHBand="0" w:noVBand="1"/>
      </w:tblPr>
      <w:tblGrid>
        <w:gridCol w:w="3759"/>
        <w:gridCol w:w="4871"/>
      </w:tblGrid>
      <w:tr w:rsidR="00BB61F0" w:rsidRPr="0071793A" w14:paraId="5B41434C" w14:textId="77777777" w:rsidTr="006432D5">
        <w:tc>
          <w:tcPr>
            <w:tcW w:w="2178" w:type="pct"/>
            <w:shd w:val="clear" w:color="auto" w:fill="59C119"/>
            <w:hideMark/>
          </w:tcPr>
          <w:p w14:paraId="50A1E29F" w14:textId="77777777" w:rsidR="00BB61F0" w:rsidRPr="0071793A" w:rsidRDefault="00BB61F0" w:rsidP="00EC6D98">
            <w:pPr>
              <w:jc w:val="center"/>
              <w:rPr>
                <w:rFonts w:ascii="Arial" w:eastAsia="Arial" w:hAnsi="Arial" w:cs="Arial"/>
                <w:b/>
                <w:bCs/>
                <w:color w:val="FFFFFF" w:themeColor="background1"/>
                <w:lang w:val="es-CO"/>
              </w:rPr>
            </w:pPr>
            <w:r w:rsidRPr="0071793A">
              <w:rPr>
                <w:rFonts w:ascii="Arial" w:eastAsia="Arial" w:hAnsi="Arial" w:cs="Arial"/>
                <w:b/>
                <w:bCs/>
                <w:color w:val="FFFFFF" w:themeColor="background1"/>
                <w:lang w:val="es-CO"/>
              </w:rPr>
              <w:t>PERÍODO</w:t>
            </w:r>
          </w:p>
        </w:tc>
        <w:tc>
          <w:tcPr>
            <w:tcW w:w="2822" w:type="pct"/>
            <w:shd w:val="clear" w:color="auto" w:fill="59C119"/>
            <w:hideMark/>
          </w:tcPr>
          <w:p w14:paraId="6D7FCF51" w14:textId="77777777" w:rsidR="00BB61F0" w:rsidRPr="0071793A" w:rsidRDefault="00BB61F0" w:rsidP="00EC6D98">
            <w:pPr>
              <w:jc w:val="center"/>
              <w:rPr>
                <w:rFonts w:ascii="Arial" w:eastAsia="Arial" w:hAnsi="Arial" w:cs="Arial"/>
                <w:b/>
                <w:bCs/>
                <w:color w:val="FFFFFF" w:themeColor="background1"/>
                <w:lang w:val="es-CO"/>
              </w:rPr>
            </w:pPr>
            <w:r w:rsidRPr="0071793A">
              <w:rPr>
                <w:rFonts w:ascii="Arial" w:eastAsia="Arial" w:hAnsi="Arial" w:cs="Arial"/>
                <w:b/>
                <w:bCs/>
                <w:color w:val="FFFFFF" w:themeColor="background1"/>
                <w:lang w:val="es-CO"/>
              </w:rPr>
              <w:t>DÍAS DE SALIDA</w:t>
            </w:r>
          </w:p>
        </w:tc>
      </w:tr>
      <w:tr w:rsidR="00BB61F0" w:rsidRPr="0071793A" w14:paraId="36B8E91A" w14:textId="77777777" w:rsidTr="006432D5">
        <w:tc>
          <w:tcPr>
            <w:tcW w:w="2178" w:type="pct"/>
            <w:hideMark/>
          </w:tcPr>
          <w:p w14:paraId="7C5A1223" w14:textId="77777777" w:rsidR="00BB61F0" w:rsidRPr="0071793A" w:rsidRDefault="00BB61F0" w:rsidP="006432D5">
            <w:pPr>
              <w:pStyle w:val="BodyText"/>
              <w:widowControl w:val="0"/>
              <w:autoSpaceDE w:val="0"/>
              <w:autoSpaceDN w:val="0"/>
              <w:adjustRightInd w:val="0"/>
              <w:spacing w:after="0" w:line="360" w:lineRule="auto"/>
              <w:rPr>
                <w:rFonts w:ascii="Arial" w:hAnsi="Arial" w:cs="Arial"/>
                <w:lang w:val="es-CO"/>
              </w:rPr>
            </w:pPr>
            <w:r w:rsidRPr="0071793A">
              <w:rPr>
                <w:rFonts w:ascii="Arial" w:hAnsi="Arial" w:cs="Arial"/>
                <w:lang w:val="es-CO"/>
              </w:rPr>
              <w:t>01 MAR 2026 – 30 NOV 2026</w:t>
            </w:r>
          </w:p>
        </w:tc>
        <w:tc>
          <w:tcPr>
            <w:tcW w:w="2822" w:type="pct"/>
            <w:hideMark/>
          </w:tcPr>
          <w:p w14:paraId="2676CD91" w14:textId="77777777" w:rsidR="00BB61F0" w:rsidRPr="0071793A" w:rsidRDefault="00BB61F0" w:rsidP="006432D5">
            <w:pPr>
              <w:pStyle w:val="BodyText"/>
              <w:widowControl w:val="0"/>
              <w:autoSpaceDE w:val="0"/>
              <w:autoSpaceDN w:val="0"/>
              <w:adjustRightInd w:val="0"/>
              <w:spacing w:after="0" w:line="360" w:lineRule="auto"/>
              <w:rPr>
                <w:rFonts w:ascii="Arial" w:hAnsi="Arial" w:cs="Arial"/>
                <w:lang w:val="es-CO"/>
              </w:rPr>
            </w:pPr>
            <w:r w:rsidRPr="0071793A">
              <w:rPr>
                <w:rFonts w:ascii="Arial" w:hAnsi="Arial" w:cs="Arial"/>
                <w:lang w:val="es-CO"/>
              </w:rPr>
              <w:t>Viernes – Sábado – Martes – Miércoles</w:t>
            </w:r>
          </w:p>
        </w:tc>
      </w:tr>
      <w:tr w:rsidR="00BB61F0" w:rsidRPr="0071793A" w14:paraId="0B455CB6" w14:textId="77777777" w:rsidTr="006432D5">
        <w:tc>
          <w:tcPr>
            <w:tcW w:w="2178" w:type="pct"/>
            <w:hideMark/>
          </w:tcPr>
          <w:p w14:paraId="6ED3517A" w14:textId="77777777" w:rsidR="00BB61F0" w:rsidRPr="0071793A" w:rsidRDefault="00BB61F0" w:rsidP="006432D5">
            <w:pPr>
              <w:pStyle w:val="BodyText"/>
              <w:widowControl w:val="0"/>
              <w:autoSpaceDE w:val="0"/>
              <w:autoSpaceDN w:val="0"/>
              <w:adjustRightInd w:val="0"/>
              <w:spacing w:after="0" w:line="360" w:lineRule="auto"/>
              <w:rPr>
                <w:rFonts w:ascii="Arial" w:hAnsi="Arial" w:cs="Arial"/>
                <w:lang w:val="es-CO"/>
              </w:rPr>
            </w:pPr>
            <w:r w:rsidRPr="0071793A">
              <w:rPr>
                <w:rFonts w:ascii="Arial" w:hAnsi="Arial" w:cs="Arial"/>
                <w:lang w:val="es-CO"/>
              </w:rPr>
              <w:t>01 DIC 2026 – 28 FEB 2027</w:t>
            </w:r>
          </w:p>
        </w:tc>
        <w:tc>
          <w:tcPr>
            <w:tcW w:w="2822" w:type="pct"/>
            <w:hideMark/>
          </w:tcPr>
          <w:p w14:paraId="3BE996A7" w14:textId="77777777" w:rsidR="00BB61F0" w:rsidRPr="0071793A" w:rsidRDefault="00BB61F0" w:rsidP="006432D5">
            <w:pPr>
              <w:pStyle w:val="BodyText"/>
              <w:widowControl w:val="0"/>
              <w:autoSpaceDE w:val="0"/>
              <w:autoSpaceDN w:val="0"/>
              <w:adjustRightInd w:val="0"/>
              <w:spacing w:after="0" w:line="360" w:lineRule="auto"/>
              <w:rPr>
                <w:rFonts w:ascii="Arial" w:hAnsi="Arial" w:cs="Arial"/>
                <w:lang w:val="es-CO"/>
              </w:rPr>
            </w:pPr>
            <w:r w:rsidRPr="0071793A">
              <w:rPr>
                <w:rFonts w:ascii="Arial" w:hAnsi="Arial" w:cs="Arial"/>
                <w:lang w:val="es-CO"/>
              </w:rPr>
              <w:t>Viernes – Sábado</w:t>
            </w:r>
          </w:p>
        </w:tc>
      </w:tr>
    </w:tbl>
    <w:p w14:paraId="2845B2EF" w14:textId="77777777" w:rsidR="00A66D80" w:rsidRPr="0071793A" w:rsidRDefault="00A66D80" w:rsidP="00B1332E">
      <w:pPr>
        <w:spacing w:after="0"/>
        <w:rPr>
          <w:rFonts w:ascii="Arial" w:eastAsia="Arial" w:hAnsi="Arial" w:cs="Arial"/>
          <w:color w:val="1F1F1F"/>
          <w:lang w:val="es-419"/>
        </w:rPr>
      </w:pPr>
    </w:p>
    <w:p w14:paraId="08D17DAF" w14:textId="77777777" w:rsidR="00157BE0" w:rsidRPr="0071793A" w:rsidRDefault="008139F8" w:rsidP="00746C48">
      <w:pPr>
        <w:pStyle w:val="Heading2"/>
        <w:keepNext w:val="0"/>
        <w:keepLines w:val="0"/>
        <w:spacing w:before="0" w:after="120"/>
        <w:rPr>
          <w:rFonts w:ascii="Arial" w:hAnsi="Arial" w:cs="Arial"/>
          <w:lang w:val="es-CO"/>
        </w:rPr>
      </w:pPr>
      <w:r w:rsidRPr="0071793A">
        <w:rPr>
          <w:rFonts w:ascii="Arial" w:eastAsia="Arial" w:hAnsi="Arial" w:cs="Arial"/>
          <w:color w:val="59C119"/>
          <w:lang w:val="es-419"/>
        </w:rPr>
        <w:t>INCLUYE</w:t>
      </w:r>
    </w:p>
    <w:p w14:paraId="67CF4E41" w14:textId="77777777" w:rsidR="00157BE0" w:rsidRPr="0071793A" w:rsidRDefault="008139F8" w:rsidP="005B1317">
      <w:pPr>
        <w:pStyle w:val="ListParagraph"/>
        <w:numPr>
          <w:ilvl w:val="0"/>
          <w:numId w:val="10"/>
        </w:numPr>
        <w:rPr>
          <w:rFonts w:ascii="Arial" w:hAnsi="Arial" w:cs="Arial"/>
          <w:lang w:val="es-CO"/>
        </w:rPr>
      </w:pPr>
      <w:r w:rsidRPr="0071793A">
        <w:rPr>
          <w:rFonts w:ascii="Arial" w:hAnsi="Arial" w:cs="Arial"/>
          <w:lang w:val="es-CO"/>
        </w:rPr>
        <w:t xml:space="preserve">Alojamiento: 8 noches (4 Estambul con desayuno / 2 Capadocia media pensión / 1 </w:t>
      </w:r>
      <w:proofErr w:type="spellStart"/>
      <w:r w:rsidRPr="0071793A">
        <w:rPr>
          <w:rFonts w:ascii="Arial" w:hAnsi="Arial" w:cs="Arial"/>
          <w:lang w:val="es-CO"/>
        </w:rPr>
        <w:t>Pamukkale</w:t>
      </w:r>
      <w:proofErr w:type="spellEnd"/>
      <w:r w:rsidRPr="0071793A">
        <w:rPr>
          <w:rFonts w:ascii="Arial" w:hAnsi="Arial" w:cs="Arial"/>
          <w:lang w:val="es-CO"/>
        </w:rPr>
        <w:t xml:space="preserve"> media pensión / 1 Zona Esmirna media pensión).</w:t>
      </w:r>
    </w:p>
    <w:p w14:paraId="16FA0FD9" w14:textId="77777777" w:rsidR="00157BE0" w:rsidRPr="0071793A" w:rsidRDefault="008139F8" w:rsidP="005B1317">
      <w:pPr>
        <w:pStyle w:val="ListParagraph"/>
        <w:numPr>
          <w:ilvl w:val="0"/>
          <w:numId w:val="10"/>
        </w:numPr>
        <w:rPr>
          <w:rFonts w:ascii="Arial" w:hAnsi="Arial" w:cs="Arial"/>
          <w:lang w:val="es-CO"/>
        </w:rPr>
      </w:pPr>
      <w:r w:rsidRPr="0071793A">
        <w:rPr>
          <w:rFonts w:ascii="Arial" w:hAnsi="Arial" w:cs="Arial"/>
          <w:lang w:val="es-CO"/>
        </w:rPr>
        <w:t>Comidas: 4 almuerzos en restaurantes locales.</w:t>
      </w:r>
    </w:p>
    <w:p w14:paraId="123EB174" w14:textId="77777777" w:rsidR="00157BE0" w:rsidRPr="0071793A" w:rsidRDefault="008139F8" w:rsidP="005B1317">
      <w:pPr>
        <w:pStyle w:val="ListParagraph"/>
        <w:numPr>
          <w:ilvl w:val="0"/>
          <w:numId w:val="10"/>
        </w:numPr>
        <w:rPr>
          <w:rFonts w:ascii="Arial" w:hAnsi="Arial" w:cs="Arial"/>
          <w:lang w:val="es-CO"/>
        </w:rPr>
      </w:pPr>
      <w:r w:rsidRPr="0071793A">
        <w:rPr>
          <w:rFonts w:ascii="Arial" w:hAnsi="Arial" w:cs="Arial"/>
          <w:lang w:val="es-CO"/>
        </w:rPr>
        <w:t>Traslados de llegada y salida en Estambul (consultar suplemento si llega a SAW).</w:t>
      </w:r>
    </w:p>
    <w:p w14:paraId="0A2A7CC5" w14:textId="77777777" w:rsidR="00157BE0" w:rsidRPr="0071793A" w:rsidRDefault="008139F8" w:rsidP="005B1317">
      <w:pPr>
        <w:pStyle w:val="ListParagraph"/>
        <w:numPr>
          <w:ilvl w:val="0"/>
          <w:numId w:val="10"/>
        </w:numPr>
        <w:rPr>
          <w:rFonts w:ascii="Arial" w:hAnsi="Arial" w:cs="Arial"/>
          <w:lang w:val="es-CO"/>
        </w:rPr>
      </w:pPr>
      <w:r w:rsidRPr="0071793A">
        <w:rPr>
          <w:rFonts w:ascii="Arial" w:hAnsi="Arial" w:cs="Arial"/>
          <w:lang w:val="es-CO"/>
        </w:rPr>
        <w:t>Guía profesional de habla hispana durante las visitas.</w:t>
      </w:r>
    </w:p>
    <w:p w14:paraId="1B014BF0" w14:textId="77777777" w:rsidR="00157BE0" w:rsidRPr="0071793A" w:rsidRDefault="008139F8" w:rsidP="005B1317">
      <w:pPr>
        <w:pStyle w:val="ListParagraph"/>
        <w:rPr>
          <w:rFonts w:ascii="Arial" w:hAnsi="Arial" w:cs="Arial"/>
          <w:lang w:val="es-CO"/>
        </w:rPr>
      </w:pPr>
      <w:r w:rsidRPr="0071793A">
        <w:rPr>
          <w:rFonts w:ascii="Arial" w:hAnsi="Arial" w:cs="Arial"/>
          <w:lang w:val="es-CO"/>
        </w:rPr>
        <w:t xml:space="preserve">Visitas y </w:t>
      </w:r>
      <w:r w:rsidRPr="0071793A">
        <w:rPr>
          <w:rFonts w:ascii="Arial" w:hAnsi="Arial" w:cs="Arial"/>
          <w:u w:val="single"/>
          <w:lang w:val="es-CO"/>
        </w:rPr>
        <w:t>entradas</w:t>
      </w:r>
      <w:r w:rsidRPr="0071793A">
        <w:rPr>
          <w:rFonts w:ascii="Arial" w:hAnsi="Arial" w:cs="Arial"/>
          <w:lang w:val="es-CO"/>
        </w:rPr>
        <w:t xml:space="preserve"> según itinerario (incluye ticket de ingreso a </w:t>
      </w:r>
      <w:proofErr w:type="spellStart"/>
      <w:r w:rsidRPr="0071793A">
        <w:rPr>
          <w:rFonts w:ascii="Arial" w:hAnsi="Arial" w:cs="Arial"/>
          <w:lang w:val="es-CO"/>
        </w:rPr>
        <w:t>Pamukkale</w:t>
      </w:r>
      <w:proofErr w:type="spellEnd"/>
      <w:r w:rsidRPr="0071793A">
        <w:rPr>
          <w:rFonts w:ascii="Arial" w:hAnsi="Arial" w:cs="Arial"/>
          <w:lang w:val="es-CO"/>
        </w:rPr>
        <w:t>/Hierápolis cuando aplique por la operación).</w:t>
      </w:r>
    </w:p>
    <w:p w14:paraId="11147F49" w14:textId="77777777" w:rsidR="00B1332E" w:rsidRPr="0071793A" w:rsidRDefault="00B1332E" w:rsidP="00B1332E">
      <w:pPr>
        <w:pStyle w:val="ListParagraph"/>
        <w:spacing w:after="0"/>
        <w:rPr>
          <w:rFonts w:ascii="Arial" w:eastAsia="Arial" w:hAnsi="Arial" w:cs="Arial"/>
          <w:color w:val="1F1F1F"/>
          <w:lang w:val="es-419"/>
        </w:rPr>
      </w:pPr>
    </w:p>
    <w:p w14:paraId="1BCAFCC6" w14:textId="77777777" w:rsidR="00157BE0" w:rsidRPr="0071793A" w:rsidRDefault="008139F8" w:rsidP="00746C48">
      <w:pPr>
        <w:pStyle w:val="Heading2"/>
        <w:keepNext w:val="0"/>
        <w:keepLines w:val="0"/>
        <w:spacing w:before="0" w:after="120"/>
        <w:rPr>
          <w:rFonts w:ascii="Arial" w:hAnsi="Arial" w:cs="Arial"/>
          <w:lang w:val="es-CO"/>
        </w:rPr>
      </w:pPr>
      <w:r w:rsidRPr="0071793A">
        <w:rPr>
          <w:rFonts w:ascii="Arial" w:eastAsia="Arial" w:hAnsi="Arial" w:cs="Arial"/>
          <w:color w:val="59C119"/>
          <w:lang w:val="es-419"/>
        </w:rPr>
        <w:t>NO INCLUYE</w:t>
      </w:r>
    </w:p>
    <w:p w14:paraId="554FEF73" w14:textId="77777777" w:rsidR="00157BE0" w:rsidRPr="0071793A" w:rsidRDefault="008139F8" w:rsidP="005B1317">
      <w:pPr>
        <w:pStyle w:val="ListParagraph"/>
        <w:numPr>
          <w:ilvl w:val="0"/>
          <w:numId w:val="13"/>
        </w:numPr>
        <w:rPr>
          <w:rFonts w:ascii="Arial" w:hAnsi="Arial" w:cs="Arial"/>
          <w:lang w:val="es-CO"/>
        </w:rPr>
      </w:pPr>
      <w:r w:rsidRPr="0071793A">
        <w:rPr>
          <w:rFonts w:ascii="Arial" w:hAnsi="Arial" w:cs="Arial"/>
          <w:lang w:val="es-CO"/>
        </w:rPr>
        <w:t>Trámite de visado.</w:t>
      </w:r>
    </w:p>
    <w:p w14:paraId="76A1FF77" w14:textId="77777777" w:rsidR="00157BE0" w:rsidRPr="0071793A" w:rsidRDefault="008139F8" w:rsidP="005B1317">
      <w:pPr>
        <w:pStyle w:val="ListParagraph"/>
        <w:numPr>
          <w:ilvl w:val="0"/>
          <w:numId w:val="13"/>
        </w:numPr>
        <w:rPr>
          <w:rFonts w:ascii="Arial" w:hAnsi="Arial" w:cs="Arial"/>
          <w:lang w:val="es-CO"/>
        </w:rPr>
      </w:pPr>
      <w:r w:rsidRPr="0071793A">
        <w:rPr>
          <w:rFonts w:ascii="Arial" w:hAnsi="Arial" w:cs="Arial"/>
          <w:lang w:val="es-CO"/>
        </w:rPr>
        <w:t>Gastos personales.</w:t>
      </w:r>
    </w:p>
    <w:p w14:paraId="3FD27FA0" w14:textId="77777777" w:rsidR="00157BE0" w:rsidRPr="0071793A" w:rsidRDefault="008139F8" w:rsidP="005B1317">
      <w:pPr>
        <w:pStyle w:val="ListParagraph"/>
        <w:numPr>
          <w:ilvl w:val="0"/>
          <w:numId w:val="13"/>
        </w:numPr>
        <w:rPr>
          <w:rFonts w:ascii="Arial" w:hAnsi="Arial" w:cs="Arial"/>
          <w:lang w:val="es-CO"/>
        </w:rPr>
      </w:pPr>
      <w:r w:rsidRPr="0071793A">
        <w:rPr>
          <w:rFonts w:ascii="Arial" w:hAnsi="Arial" w:cs="Arial"/>
          <w:lang w:val="es-CO"/>
        </w:rPr>
        <w:t>USD 50 tasas de hoteles y cuota de servicio (pago en destino).</w:t>
      </w:r>
    </w:p>
    <w:p w14:paraId="0976FFA9" w14:textId="77777777" w:rsidR="00157BE0" w:rsidRPr="0071793A" w:rsidRDefault="008139F8" w:rsidP="005B1317">
      <w:pPr>
        <w:pStyle w:val="ListParagraph"/>
        <w:numPr>
          <w:ilvl w:val="0"/>
          <w:numId w:val="13"/>
        </w:numPr>
        <w:rPr>
          <w:rFonts w:ascii="Arial" w:hAnsi="Arial" w:cs="Arial"/>
          <w:lang w:val="es-CO"/>
        </w:rPr>
      </w:pPr>
      <w:r w:rsidRPr="0071793A">
        <w:rPr>
          <w:rFonts w:ascii="Arial" w:hAnsi="Arial" w:cs="Arial"/>
          <w:lang w:val="es-CO"/>
        </w:rPr>
        <w:t>Propinas de guía y conductor.</w:t>
      </w:r>
    </w:p>
    <w:p w14:paraId="353AA467" w14:textId="77777777" w:rsidR="00157BE0" w:rsidRPr="0071793A" w:rsidRDefault="008139F8" w:rsidP="005B1317">
      <w:pPr>
        <w:pStyle w:val="ListParagraph"/>
        <w:numPr>
          <w:ilvl w:val="0"/>
          <w:numId w:val="13"/>
        </w:numPr>
        <w:rPr>
          <w:rFonts w:ascii="Arial" w:hAnsi="Arial" w:cs="Arial"/>
          <w:lang w:val="es-CO"/>
        </w:rPr>
      </w:pPr>
      <w:r w:rsidRPr="0071793A">
        <w:rPr>
          <w:rFonts w:ascii="Arial" w:hAnsi="Arial" w:cs="Arial"/>
          <w:lang w:val="es-CO"/>
        </w:rPr>
        <w:t>Vuelos internacionales y domésticos.</w:t>
      </w:r>
    </w:p>
    <w:p w14:paraId="441790CE" w14:textId="5A6E56E4" w:rsidR="00B1332E" w:rsidRPr="0071793A" w:rsidRDefault="008139F8" w:rsidP="005B1317">
      <w:pPr>
        <w:pStyle w:val="ListParagraph"/>
        <w:numPr>
          <w:ilvl w:val="0"/>
          <w:numId w:val="13"/>
        </w:numPr>
        <w:rPr>
          <w:rFonts w:ascii="Arial" w:hAnsi="Arial" w:cs="Arial"/>
          <w:lang w:val="es-CO"/>
        </w:rPr>
      </w:pPr>
      <w:r w:rsidRPr="0071793A">
        <w:rPr>
          <w:rFonts w:ascii="Arial" w:hAnsi="Arial" w:cs="Arial"/>
          <w:lang w:val="es-CO"/>
        </w:rPr>
        <w:t>Comidas, bebidas o cualquier gasto no mencionado como incluido.</w:t>
      </w:r>
    </w:p>
    <w:p w14:paraId="169A5DF3" w14:textId="77777777" w:rsidR="00157BE0" w:rsidRPr="0071793A" w:rsidRDefault="008139F8" w:rsidP="005B1317">
      <w:pPr>
        <w:pStyle w:val="ListParagraph"/>
        <w:rPr>
          <w:rFonts w:ascii="Arial" w:hAnsi="Arial" w:cs="Arial"/>
          <w:lang w:val="es-CO"/>
        </w:rPr>
      </w:pPr>
      <w:r w:rsidRPr="0071793A">
        <w:rPr>
          <w:rFonts w:ascii="Arial" w:hAnsi="Arial" w:cs="Arial"/>
          <w:lang w:val="es-CO"/>
        </w:rPr>
        <w:t>Excursiones opcionales.</w:t>
      </w:r>
    </w:p>
    <w:p w14:paraId="153D53F2" w14:textId="77777777" w:rsidR="00B1332E" w:rsidRPr="0071793A" w:rsidRDefault="00B1332E" w:rsidP="00746C48">
      <w:pPr>
        <w:spacing w:after="0"/>
        <w:ind w:left="360"/>
        <w:rPr>
          <w:rFonts w:ascii="Arial" w:eastAsia="Arial" w:hAnsi="Arial" w:cs="Arial"/>
          <w:color w:val="1F1F1F"/>
          <w:lang w:val="es-419"/>
        </w:rPr>
      </w:pPr>
    </w:p>
    <w:p w14:paraId="3B12E627" w14:textId="77777777" w:rsidR="00157BE0" w:rsidRPr="0071793A" w:rsidRDefault="008139F8" w:rsidP="00746C48">
      <w:pPr>
        <w:pStyle w:val="Heading2"/>
        <w:keepNext w:val="0"/>
        <w:keepLines w:val="0"/>
        <w:spacing w:before="0" w:after="120"/>
        <w:rPr>
          <w:rFonts w:ascii="Arial" w:hAnsi="Arial" w:cs="Arial"/>
          <w:lang w:val="es-CO"/>
        </w:rPr>
      </w:pPr>
      <w:r w:rsidRPr="0071793A">
        <w:rPr>
          <w:rFonts w:ascii="Arial" w:eastAsia="Arial" w:hAnsi="Arial" w:cs="Arial"/>
          <w:color w:val="59C119"/>
          <w:lang w:val="es-419"/>
        </w:rPr>
        <w:t>NOTAS IMPORTANTES</w:t>
      </w:r>
    </w:p>
    <w:p w14:paraId="5F144CD1" w14:textId="77777777" w:rsidR="00157BE0" w:rsidRPr="0071793A" w:rsidRDefault="008139F8" w:rsidP="005B1317">
      <w:pPr>
        <w:pStyle w:val="ListParagraph"/>
        <w:numPr>
          <w:ilvl w:val="0"/>
          <w:numId w:val="14"/>
        </w:numPr>
        <w:rPr>
          <w:rFonts w:ascii="Arial" w:hAnsi="Arial" w:cs="Arial"/>
          <w:lang w:val="es-CO"/>
        </w:rPr>
      </w:pPr>
      <w:r w:rsidRPr="0071793A">
        <w:rPr>
          <w:rFonts w:ascii="Arial" w:hAnsi="Arial" w:cs="Arial"/>
          <w:lang w:val="es-CO"/>
        </w:rPr>
        <w:t>El día Estambul – Ankara – Capadocia opera (Domingo / Jueves) según temporada.</w:t>
      </w:r>
    </w:p>
    <w:p w14:paraId="28D3E849" w14:textId="22CB2B49" w:rsidR="00157BE0" w:rsidRPr="0071793A" w:rsidRDefault="008139F8" w:rsidP="005B1317">
      <w:pPr>
        <w:pStyle w:val="ListParagraph"/>
        <w:numPr>
          <w:ilvl w:val="0"/>
          <w:numId w:val="14"/>
        </w:numPr>
        <w:rPr>
          <w:rFonts w:ascii="Arial" w:hAnsi="Arial" w:cs="Arial"/>
          <w:lang w:val="es-CO"/>
        </w:rPr>
      </w:pPr>
      <w:r w:rsidRPr="0071793A">
        <w:rPr>
          <w:rFonts w:ascii="Arial" w:hAnsi="Arial" w:cs="Arial"/>
          <w:lang w:val="es-CO"/>
        </w:rPr>
        <w:t xml:space="preserve">Habitaciones triples en la mayoría de </w:t>
      </w:r>
      <w:r w:rsidR="00A66D80" w:rsidRPr="0071793A">
        <w:rPr>
          <w:rFonts w:ascii="Arial" w:hAnsi="Arial" w:cs="Arial"/>
          <w:lang w:val="es-CO"/>
        </w:rPr>
        <w:t>los hoteles</w:t>
      </w:r>
      <w:r w:rsidRPr="0071793A">
        <w:rPr>
          <w:rFonts w:ascii="Arial" w:hAnsi="Arial" w:cs="Arial"/>
          <w:lang w:val="es-CO"/>
        </w:rPr>
        <w:t>: doble + cama extra.</w:t>
      </w:r>
    </w:p>
    <w:p w14:paraId="648303BF" w14:textId="77777777" w:rsidR="00157BE0" w:rsidRPr="0071793A" w:rsidRDefault="008139F8" w:rsidP="005B1317">
      <w:pPr>
        <w:pStyle w:val="ListParagraph"/>
        <w:numPr>
          <w:ilvl w:val="0"/>
          <w:numId w:val="14"/>
        </w:numPr>
        <w:rPr>
          <w:rFonts w:ascii="Arial" w:hAnsi="Arial" w:cs="Arial"/>
          <w:lang w:val="es-CO"/>
        </w:rPr>
      </w:pPr>
      <w:r w:rsidRPr="0071793A">
        <w:rPr>
          <w:rFonts w:ascii="Arial" w:hAnsi="Arial" w:cs="Arial"/>
          <w:lang w:val="es-CO"/>
        </w:rPr>
        <w:t>El día del crucero por el Bósforo se confirma el día de llegada a través del representante en destino.</w:t>
      </w:r>
    </w:p>
    <w:p w14:paraId="1735C92B" w14:textId="5061F547" w:rsidR="00157BE0" w:rsidRPr="0071793A" w:rsidRDefault="00A66D80" w:rsidP="005B1317">
      <w:pPr>
        <w:pStyle w:val="ListParagraph"/>
        <w:numPr>
          <w:ilvl w:val="0"/>
          <w:numId w:val="14"/>
        </w:numPr>
        <w:rPr>
          <w:rFonts w:ascii="Arial" w:hAnsi="Arial" w:cs="Arial"/>
          <w:lang w:val="es-CO"/>
        </w:rPr>
      </w:pPr>
      <w:r w:rsidRPr="0071793A">
        <w:rPr>
          <w:rFonts w:ascii="Arial" w:hAnsi="Arial" w:cs="Arial"/>
          <w:lang w:val="es-CO"/>
        </w:rPr>
        <w:t xml:space="preserve">En el caso de llegar al aeropuerto de SABIHA (SAW) hay suplemento de traslado  </w:t>
      </w:r>
    </w:p>
    <w:sectPr w:rsidR="00157BE0" w:rsidRPr="0071793A"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209B2159"/>
    <w:multiLevelType w:val="hybridMultilevel"/>
    <w:tmpl w:val="496637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27C35A9"/>
    <w:multiLevelType w:val="hybridMultilevel"/>
    <w:tmpl w:val="2DFC73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C2A2AEF"/>
    <w:multiLevelType w:val="hybridMultilevel"/>
    <w:tmpl w:val="8D0EFD5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15:restartNumberingAfterBreak="0">
    <w:nsid w:val="512D65B7"/>
    <w:multiLevelType w:val="hybridMultilevel"/>
    <w:tmpl w:val="0E9823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5062F6E"/>
    <w:multiLevelType w:val="hybridMultilevel"/>
    <w:tmpl w:val="A9C2F5E4"/>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num w:numId="1" w16cid:durableId="869104682">
    <w:abstractNumId w:val="8"/>
  </w:num>
  <w:num w:numId="2" w16cid:durableId="1931234370">
    <w:abstractNumId w:val="6"/>
  </w:num>
  <w:num w:numId="3" w16cid:durableId="631327827">
    <w:abstractNumId w:val="5"/>
  </w:num>
  <w:num w:numId="4" w16cid:durableId="1014455344">
    <w:abstractNumId w:val="4"/>
  </w:num>
  <w:num w:numId="5" w16cid:durableId="30501268">
    <w:abstractNumId w:val="7"/>
  </w:num>
  <w:num w:numId="6" w16cid:durableId="1733697351">
    <w:abstractNumId w:val="3"/>
  </w:num>
  <w:num w:numId="7" w16cid:durableId="360589743">
    <w:abstractNumId w:val="2"/>
  </w:num>
  <w:num w:numId="8" w16cid:durableId="1483814657">
    <w:abstractNumId w:val="1"/>
  </w:num>
  <w:num w:numId="9" w16cid:durableId="1860654524">
    <w:abstractNumId w:val="0"/>
  </w:num>
  <w:num w:numId="10" w16cid:durableId="53361414">
    <w:abstractNumId w:val="9"/>
  </w:num>
  <w:num w:numId="11" w16cid:durableId="1447887777">
    <w:abstractNumId w:val="13"/>
  </w:num>
  <w:num w:numId="12" w16cid:durableId="203755642">
    <w:abstractNumId w:val="11"/>
  </w:num>
  <w:num w:numId="13" w16cid:durableId="812063610">
    <w:abstractNumId w:val="12"/>
  </w:num>
  <w:num w:numId="14" w16cid:durableId="105303810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5383C"/>
    <w:rsid w:val="0006063C"/>
    <w:rsid w:val="00070EC4"/>
    <w:rsid w:val="000824AB"/>
    <w:rsid w:val="001319D2"/>
    <w:rsid w:val="00143F90"/>
    <w:rsid w:val="001445F0"/>
    <w:rsid w:val="0015074B"/>
    <w:rsid w:val="00157BE0"/>
    <w:rsid w:val="00164FBD"/>
    <w:rsid w:val="00197316"/>
    <w:rsid w:val="001B1BB4"/>
    <w:rsid w:val="001B2268"/>
    <w:rsid w:val="001C0A87"/>
    <w:rsid w:val="001E1435"/>
    <w:rsid w:val="002767E3"/>
    <w:rsid w:val="00283F38"/>
    <w:rsid w:val="0029639D"/>
    <w:rsid w:val="002F2EFF"/>
    <w:rsid w:val="00326288"/>
    <w:rsid w:val="00326F90"/>
    <w:rsid w:val="00355FA9"/>
    <w:rsid w:val="0036558B"/>
    <w:rsid w:val="003A0BF0"/>
    <w:rsid w:val="003B5AF0"/>
    <w:rsid w:val="003E3B0C"/>
    <w:rsid w:val="003F35B3"/>
    <w:rsid w:val="00426703"/>
    <w:rsid w:val="00476E66"/>
    <w:rsid w:val="004A160A"/>
    <w:rsid w:val="004B32E6"/>
    <w:rsid w:val="004D377C"/>
    <w:rsid w:val="004E7EE5"/>
    <w:rsid w:val="004F388D"/>
    <w:rsid w:val="00503BCD"/>
    <w:rsid w:val="005B1317"/>
    <w:rsid w:val="005E4B8A"/>
    <w:rsid w:val="00626A5C"/>
    <w:rsid w:val="00631393"/>
    <w:rsid w:val="00632716"/>
    <w:rsid w:val="006428B1"/>
    <w:rsid w:val="006432D5"/>
    <w:rsid w:val="006C51DF"/>
    <w:rsid w:val="006F241B"/>
    <w:rsid w:val="006F77EB"/>
    <w:rsid w:val="0071793A"/>
    <w:rsid w:val="00746C48"/>
    <w:rsid w:val="00751948"/>
    <w:rsid w:val="007A0822"/>
    <w:rsid w:val="007B2C6E"/>
    <w:rsid w:val="007B7393"/>
    <w:rsid w:val="00812C54"/>
    <w:rsid w:val="008139F8"/>
    <w:rsid w:val="00850A83"/>
    <w:rsid w:val="0086746E"/>
    <w:rsid w:val="008E7374"/>
    <w:rsid w:val="008F312C"/>
    <w:rsid w:val="008F731A"/>
    <w:rsid w:val="009526DE"/>
    <w:rsid w:val="009F41DD"/>
    <w:rsid w:val="00A27974"/>
    <w:rsid w:val="00A66D80"/>
    <w:rsid w:val="00AA1D8D"/>
    <w:rsid w:val="00AA272F"/>
    <w:rsid w:val="00B067D0"/>
    <w:rsid w:val="00B1332E"/>
    <w:rsid w:val="00B17A3B"/>
    <w:rsid w:val="00B278F1"/>
    <w:rsid w:val="00B47730"/>
    <w:rsid w:val="00BA1227"/>
    <w:rsid w:val="00BB61F0"/>
    <w:rsid w:val="00C12689"/>
    <w:rsid w:val="00C2458B"/>
    <w:rsid w:val="00C4392C"/>
    <w:rsid w:val="00C871EE"/>
    <w:rsid w:val="00CA0F40"/>
    <w:rsid w:val="00CA1AD1"/>
    <w:rsid w:val="00CB0664"/>
    <w:rsid w:val="00CB39E9"/>
    <w:rsid w:val="00CD6B26"/>
    <w:rsid w:val="00CE0619"/>
    <w:rsid w:val="00DA4E46"/>
    <w:rsid w:val="00E02548"/>
    <w:rsid w:val="00E05A59"/>
    <w:rsid w:val="00E1185C"/>
    <w:rsid w:val="00E57BB5"/>
    <w:rsid w:val="00E91D02"/>
    <w:rsid w:val="00EC4F9C"/>
    <w:rsid w:val="00EC6D98"/>
    <w:rsid w:val="00EF1347"/>
    <w:rsid w:val="00F30960"/>
    <w:rsid w:val="00FA291D"/>
    <w:rsid w:val="00FC2BA5"/>
    <w:rsid w:val="00FC693F"/>
    <w:rsid w:val="00FC6D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1469FD"/>
  <w14:defaultImageDpi w14:val="300"/>
  <w15:docId w15:val="{B19C7673-EBA7-46CB-86F4-93558C14B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TableGrid1">
    <w:name w:val="Table Grid1"/>
    <w:basedOn w:val="TableNormal"/>
    <w:next w:val="TableGrid"/>
    <w:uiPriority w:val="59"/>
    <w:rsid w:val="001319D2"/>
    <w:pPr>
      <w:spacing w:after="0" w:line="240" w:lineRule="auto"/>
    </w:pPr>
    <w:rPr>
      <w:rFonts w:eastAsiaTheme="minorHAnsi"/>
      <w:sz w:val="24"/>
      <w:szCs w:val="24"/>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Pages>
  <Words>1377</Words>
  <Characters>7854</Characters>
  <Application>Microsoft Office Word</Application>
  <DocSecurity>4</DocSecurity>
  <Lines>65</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9213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Allison Guerrero</cp:lastModifiedBy>
  <cp:revision>42</cp:revision>
  <dcterms:created xsi:type="dcterms:W3CDTF">2026-03-02T22:51:00Z</dcterms:created>
  <dcterms:modified xsi:type="dcterms:W3CDTF">2026-03-04T22:08:00Z</dcterms:modified>
  <cp:category/>
</cp:coreProperties>
</file>