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0FD32" w14:textId="2331C07E" w:rsidR="00525446" w:rsidRPr="008F47EB" w:rsidRDefault="008F47EB">
      <w:pPr>
        <w:pStyle w:val="Heading3"/>
        <w:rPr>
          <w:rFonts w:ascii="Arial" w:hAnsi="Arial" w:cs="Arial"/>
          <w:lang w:val="es-CO"/>
        </w:rPr>
      </w:pPr>
      <w:r>
        <w:rPr>
          <w:rFonts w:ascii="Arial" w:hAnsi="Arial" w:cs="Arial"/>
          <w:noProof/>
          <w:lang w:val="es-CO"/>
        </w:rPr>
        <w:drawing>
          <wp:anchor distT="0" distB="0" distL="114300" distR="114300" simplePos="0" relativeHeight="251658240" behindDoc="0" locked="0" layoutInCell="1" allowOverlap="1" wp14:anchorId="337CA468" wp14:editId="38134AA0">
            <wp:simplePos x="0" y="0"/>
            <wp:positionH relativeFrom="column">
              <wp:posOffset>-1196009</wp:posOffset>
            </wp:positionH>
            <wp:positionV relativeFrom="paragraph">
              <wp:posOffset>-921027</wp:posOffset>
            </wp:positionV>
            <wp:extent cx="7818120" cy="10111409"/>
            <wp:effectExtent l="0" t="0" r="0" b="4445"/>
            <wp:wrapNone/>
            <wp:docPr id="5568383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50693" cy="10153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C5147" w14:textId="1CD002FB" w:rsidR="00187AF3" w:rsidRPr="008F47EB" w:rsidRDefault="005A4D4C" w:rsidP="00525446">
      <w:pPr>
        <w:pStyle w:val="Title"/>
        <w:pBdr>
          <w:bottom w:val="none" w:sz="0" w:space="0" w:color="auto"/>
        </w:pBdr>
        <w:spacing w:after="0" w:line="360" w:lineRule="auto"/>
        <w:contextualSpacing w:val="0"/>
        <w:jc w:val="center"/>
        <w:rPr>
          <w:rFonts w:ascii="Arial" w:eastAsiaTheme="minorHAnsi" w:hAnsi="Arial" w:cs="Arial"/>
          <w:b/>
          <w:bCs/>
          <w:color w:val="59C119"/>
          <w:spacing w:val="0"/>
          <w:kern w:val="0"/>
          <w:sz w:val="32"/>
          <w:szCs w:val="32"/>
          <w:lang w:val="es-ES"/>
        </w:rPr>
      </w:pPr>
      <w:r w:rsidRPr="008F47EB">
        <w:rPr>
          <w:rFonts w:ascii="Arial" w:eastAsiaTheme="minorHAnsi" w:hAnsi="Arial" w:cs="Arial"/>
          <w:b/>
          <w:bCs/>
          <w:color w:val="59C119"/>
          <w:spacing w:val="0"/>
          <w:kern w:val="0"/>
          <w:sz w:val="32"/>
          <w:szCs w:val="32"/>
          <w:lang w:val="es-ES"/>
        </w:rPr>
        <w:t xml:space="preserve">LO MEJOR DE PORTUGAL CON SANTIAGO DE COMPOSTELA – LISBOA A OPORTO </w:t>
      </w:r>
    </w:p>
    <w:p w14:paraId="3EC6FCEA" w14:textId="77777777" w:rsidR="00187AF3" w:rsidRDefault="005A4D4C">
      <w:pPr>
        <w:rPr>
          <w:rFonts w:cs="Arial"/>
          <w:lang w:val="es-CO"/>
        </w:rPr>
      </w:pPr>
      <w:r w:rsidRPr="008F47EB">
        <w:rPr>
          <w:rFonts w:eastAsiaTheme="minorHAnsi" w:cs="Arial"/>
          <w:b/>
          <w:lang w:val="es-ES"/>
        </w:rPr>
        <w:t>Duración:</w:t>
      </w:r>
      <w:r w:rsidRPr="008F47EB">
        <w:rPr>
          <w:rFonts w:cs="Arial"/>
          <w:lang w:val="es-CO"/>
        </w:rPr>
        <w:t xml:space="preserve"> 9 días / 8 noches – Con desayuno</w:t>
      </w:r>
    </w:p>
    <w:p w14:paraId="4104416C" w14:textId="6A456A8A" w:rsidR="0033496A" w:rsidRPr="008F47EB" w:rsidRDefault="0033496A">
      <w:pPr>
        <w:rPr>
          <w:rFonts w:cs="Arial"/>
          <w:lang w:val="es-CO"/>
        </w:rPr>
      </w:pPr>
      <w:r>
        <w:rPr>
          <w:rFonts w:eastAsiaTheme="minorHAnsi" w:cs="Arial"/>
          <w:b/>
          <w:lang w:val="es-ES"/>
        </w:rPr>
        <w:t>Destinos</w:t>
      </w:r>
      <w:r w:rsidRPr="008F47EB">
        <w:rPr>
          <w:rFonts w:eastAsiaTheme="minorHAnsi" w:cs="Arial"/>
          <w:b/>
          <w:lang w:val="es-ES"/>
        </w:rPr>
        <w:t>:</w:t>
      </w:r>
      <w:r w:rsidRPr="008F47EB">
        <w:rPr>
          <w:rFonts w:cs="Arial"/>
          <w:lang w:val="es-CO"/>
        </w:rPr>
        <w:t xml:space="preserve"> </w:t>
      </w:r>
      <w:r w:rsidRPr="008F47EB">
        <w:rPr>
          <w:rFonts w:eastAsiaTheme="minorHAnsi" w:cs="Arial"/>
          <w:lang w:val="es-ES"/>
        </w:rPr>
        <w:t>Lisboa, Óbidos, Nazaré, Fátima, Sierra de la Estrella, Coímbra, Costa Nova, Aveiro, Guimarães, Braga, Santiago de Compostela, Oporto</w:t>
      </w:r>
    </w:p>
    <w:p w14:paraId="4F374D64" w14:textId="77777777" w:rsidR="00187AF3" w:rsidRPr="008F47EB" w:rsidRDefault="005A4D4C" w:rsidP="00525446">
      <w:pPr>
        <w:pStyle w:val="NoSpacing"/>
        <w:spacing w:line="360" w:lineRule="auto"/>
        <w:jc w:val="both"/>
        <w:rPr>
          <w:rFonts w:ascii="Arial" w:eastAsiaTheme="minorHAnsi" w:hAnsi="Arial" w:cs="Arial"/>
          <w:b/>
          <w:bCs/>
          <w:lang w:val="es-ES"/>
        </w:rPr>
      </w:pPr>
      <w:r w:rsidRPr="008F47EB">
        <w:rPr>
          <w:rFonts w:ascii="Arial" w:eastAsiaTheme="minorHAnsi" w:hAnsi="Arial" w:cs="Arial"/>
          <w:b/>
          <w:bCs/>
          <w:lang w:val="es-ES"/>
        </w:rPr>
        <w:t>Salidas:</w:t>
      </w:r>
    </w:p>
    <w:p w14:paraId="17A0D251" w14:textId="3B0ECEDF" w:rsidR="00187AF3" w:rsidRPr="0033496A" w:rsidRDefault="005A4D4C" w:rsidP="0033496A">
      <w:pPr>
        <w:rPr>
          <w:rFonts w:cs="Arial"/>
          <w:lang w:val="es-CO"/>
        </w:rPr>
      </w:pPr>
      <w:r w:rsidRPr="0033496A">
        <w:rPr>
          <w:rFonts w:cs="Arial"/>
          <w:lang w:val="es-CO"/>
        </w:rPr>
        <w:t>Mayo: 14</w:t>
      </w:r>
    </w:p>
    <w:p w14:paraId="0FB130DD" w14:textId="74A37A11" w:rsidR="00187AF3" w:rsidRPr="0033496A" w:rsidRDefault="005A4D4C" w:rsidP="0033496A">
      <w:pPr>
        <w:rPr>
          <w:rFonts w:cs="Arial"/>
          <w:lang w:val="es-CO"/>
        </w:rPr>
      </w:pPr>
      <w:r w:rsidRPr="0033496A">
        <w:rPr>
          <w:rFonts w:cs="Arial"/>
          <w:lang w:val="es-CO"/>
        </w:rPr>
        <w:t>Junio: 11</w:t>
      </w:r>
    </w:p>
    <w:p w14:paraId="1BAC540C" w14:textId="4B98AB04" w:rsidR="00187AF3" w:rsidRPr="0033496A" w:rsidRDefault="005A4D4C" w:rsidP="0033496A">
      <w:pPr>
        <w:rPr>
          <w:rFonts w:cs="Arial"/>
          <w:lang w:val="es-CO"/>
        </w:rPr>
      </w:pPr>
      <w:r w:rsidRPr="0033496A">
        <w:rPr>
          <w:rFonts w:cs="Arial"/>
          <w:lang w:val="es-CO"/>
        </w:rPr>
        <w:t>Julio: 16</w:t>
      </w:r>
    </w:p>
    <w:p w14:paraId="3D2107F5" w14:textId="19863694" w:rsidR="00187AF3" w:rsidRPr="0033496A" w:rsidRDefault="005A4D4C" w:rsidP="0033496A">
      <w:pPr>
        <w:rPr>
          <w:rFonts w:cs="Arial"/>
          <w:lang w:val="es-CO"/>
        </w:rPr>
      </w:pPr>
      <w:r w:rsidRPr="0033496A">
        <w:rPr>
          <w:rFonts w:cs="Arial"/>
          <w:lang w:val="es-CO"/>
        </w:rPr>
        <w:t>Agosto: 27</w:t>
      </w:r>
    </w:p>
    <w:p w14:paraId="373B134D" w14:textId="7931F700" w:rsidR="00187AF3" w:rsidRPr="0033496A" w:rsidRDefault="005A4D4C" w:rsidP="0033496A">
      <w:pPr>
        <w:rPr>
          <w:rFonts w:cs="Arial"/>
          <w:lang w:val="es-CO"/>
        </w:rPr>
      </w:pPr>
      <w:r w:rsidRPr="0033496A">
        <w:rPr>
          <w:rFonts w:cs="Arial"/>
          <w:lang w:val="es-CO"/>
        </w:rPr>
        <w:t>Septiembre: 10</w:t>
      </w:r>
    </w:p>
    <w:p w14:paraId="70604DE2" w14:textId="315DCBE6" w:rsidR="00187AF3" w:rsidRPr="0033496A" w:rsidRDefault="005A4D4C" w:rsidP="0033496A">
      <w:pPr>
        <w:rPr>
          <w:rFonts w:cs="Arial"/>
          <w:lang w:val="es-CO"/>
        </w:rPr>
      </w:pPr>
      <w:r w:rsidRPr="0033496A">
        <w:rPr>
          <w:rFonts w:cs="Arial"/>
          <w:lang w:val="es-CO"/>
        </w:rPr>
        <w:t>Octubre: 8</w:t>
      </w:r>
    </w:p>
    <w:p w14:paraId="3998B9EF" w14:textId="5FEA367F" w:rsidR="00187AF3" w:rsidRPr="0033496A" w:rsidRDefault="005A4D4C" w:rsidP="0033496A">
      <w:pPr>
        <w:rPr>
          <w:rFonts w:cs="Arial"/>
          <w:lang w:val="es-CO"/>
        </w:rPr>
      </w:pPr>
      <w:r w:rsidRPr="0033496A">
        <w:rPr>
          <w:rFonts w:cs="Arial"/>
          <w:lang w:val="es-CO"/>
        </w:rPr>
        <w:t>Noviembre: 12</w:t>
      </w:r>
    </w:p>
    <w:p w14:paraId="3321CFC8" w14:textId="7FF833D9" w:rsidR="00187AF3" w:rsidRPr="0033496A" w:rsidRDefault="005A4D4C" w:rsidP="0033496A">
      <w:pPr>
        <w:rPr>
          <w:rFonts w:cs="Arial"/>
          <w:lang w:val="es-CO"/>
        </w:rPr>
      </w:pPr>
      <w:r w:rsidRPr="0033496A">
        <w:rPr>
          <w:rFonts w:cs="Arial"/>
          <w:lang w:val="es-CO"/>
        </w:rPr>
        <w:t>Diciembre: 14</w:t>
      </w:r>
    </w:p>
    <w:p w14:paraId="332CE9D9" w14:textId="5404C6D5" w:rsidR="00187AF3" w:rsidRPr="0033496A" w:rsidRDefault="005A4D4C" w:rsidP="0033496A">
      <w:pPr>
        <w:rPr>
          <w:rFonts w:cs="Arial"/>
          <w:lang w:val="es-CO"/>
        </w:rPr>
      </w:pPr>
      <w:r w:rsidRPr="0033496A">
        <w:rPr>
          <w:rFonts w:cs="Arial"/>
          <w:lang w:val="es-CO"/>
        </w:rPr>
        <w:t>Enero 2027: 14</w:t>
      </w:r>
    </w:p>
    <w:p w14:paraId="5D13FA87" w14:textId="59D18281" w:rsidR="00187AF3" w:rsidRPr="0033496A" w:rsidRDefault="005A4D4C" w:rsidP="0033496A">
      <w:pPr>
        <w:rPr>
          <w:rFonts w:cs="Arial"/>
          <w:lang w:val="es-CO"/>
        </w:rPr>
      </w:pPr>
      <w:r w:rsidRPr="0033496A">
        <w:rPr>
          <w:rFonts w:cs="Arial"/>
          <w:lang w:val="es-CO"/>
        </w:rPr>
        <w:t>Febrero 2027: 11</w:t>
      </w:r>
    </w:p>
    <w:p w14:paraId="43775EAC" w14:textId="77777777" w:rsidR="00F96E51" w:rsidRDefault="00F96E51">
      <w:pPr>
        <w:rPr>
          <w:rFonts w:eastAsiaTheme="minorHAnsi" w:cs="Arial"/>
          <w:b/>
          <w:bCs/>
          <w:color w:val="59C119"/>
          <w:sz w:val="26"/>
          <w:szCs w:val="26"/>
          <w:lang w:val="es-ES"/>
        </w:rPr>
      </w:pPr>
      <w:r>
        <w:rPr>
          <w:rFonts w:eastAsiaTheme="minorHAnsi" w:cs="Arial"/>
          <w:color w:val="59C119"/>
          <w:sz w:val="26"/>
          <w:szCs w:val="26"/>
          <w:lang w:val="es-ES"/>
        </w:rPr>
        <w:br w:type="page"/>
      </w:r>
    </w:p>
    <w:p w14:paraId="6CF2277D" w14:textId="5D940467" w:rsidR="00F96E51" w:rsidRDefault="00F96E51" w:rsidP="00F96E51">
      <w:pPr>
        <w:pStyle w:val="Heading1"/>
        <w:keepNext w:val="0"/>
        <w:keepLines w:val="0"/>
        <w:spacing w:before="0" w:line="360" w:lineRule="auto"/>
        <w:jc w:val="center"/>
        <w:rPr>
          <w:rFonts w:ascii="Arial" w:eastAsiaTheme="minorHAnsi" w:hAnsi="Arial" w:cs="Arial"/>
          <w:color w:val="59C119"/>
          <w:sz w:val="32"/>
          <w:szCs w:val="32"/>
          <w:lang w:val="es-ES"/>
        </w:rPr>
      </w:pPr>
      <w:r>
        <w:rPr>
          <w:rFonts w:ascii="Arial" w:eastAsiaTheme="minorHAnsi" w:hAnsi="Arial" w:cs="Arial"/>
          <w:color w:val="59C119"/>
          <w:sz w:val="32"/>
          <w:szCs w:val="32"/>
          <w:lang w:val="es-ES"/>
        </w:rPr>
        <w:t>LO MEJOR DE PORTUGAL CON SANTIAGO DE COMPOSTELA</w:t>
      </w:r>
    </w:p>
    <w:p w14:paraId="15D23614" w14:textId="043808BE" w:rsidR="00F96E51" w:rsidRPr="00F96E51" w:rsidRDefault="00F96E51" w:rsidP="00F96E51">
      <w:pPr>
        <w:rPr>
          <w:lang w:val="es-ES"/>
        </w:rPr>
      </w:pPr>
      <w:r>
        <w:rPr>
          <w:lang w:val="es-ES"/>
        </w:rPr>
        <w:t>Duración: 9 días / 8 noches</w:t>
      </w:r>
    </w:p>
    <w:p w14:paraId="3D06F443" w14:textId="5577B89C" w:rsidR="00187AF3" w:rsidRPr="008F47EB" w:rsidRDefault="005A4D4C" w:rsidP="00525446">
      <w:pPr>
        <w:pStyle w:val="Heading1"/>
        <w:keepNext w:val="0"/>
        <w:keepLines w:val="0"/>
        <w:spacing w:before="0" w:line="360" w:lineRule="auto"/>
        <w:jc w:val="both"/>
        <w:rPr>
          <w:rFonts w:ascii="Arial" w:eastAsiaTheme="minorHAnsi" w:hAnsi="Arial" w:cs="Arial"/>
          <w:color w:val="59C119"/>
          <w:sz w:val="26"/>
          <w:szCs w:val="26"/>
          <w:lang w:val="es-ES"/>
        </w:rPr>
      </w:pPr>
      <w:r w:rsidRPr="008F47EB">
        <w:rPr>
          <w:rFonts w:ascii="Arial" w:eastAsiaTheme="minorHAnsi" w:hAnsi="Arial" w:cs="Arial"/>
          <w:color w:val="59C119"/>
          <w:sz w:val="26"/>
          <w:szCs w:val="26"/>
          <w:lang w:val="es-ES"/>
        </w:rPr>
        <w:t>ITINERARIO</w:t>
      </w:r>
    </w:p>
    <w:p w14:paraId="4ED57539" w14:textId="77777777" w:rsidR="00187AF3" w:rsidRPr="008F47EB" w:rsidRDefault="005A4D4C" w:rsidP="00525446">
      <w:pPr>
        <w:pStyle w:val="Heading2"/>
        <w:keepNext w:val="0"/>
        <w:keepLines w:val="0"/>
        <w:spacing w:before="0" w:line="360" w:lineRule="auto"/>
        <w:jc w:val="both"/>
        <w:rPr>
          <w:rFonts w:ascii="Arial" w:eastAsiaTheme="minorHAnsi" w:hAnsi="Arial" w:cs="Arial"/>
          <w:color w:val="59C119"/>
          <w:lang w:val="es-ES"/>
        </w:rPr>
      </w:pPr>
      <w:r w:rsidRPr="008F47EB">
        <w:rPr>
          <w:rFonts w:ascii="Arial" w:eastAsiaTheme="minorHAnsi" w:hAnsi="Arial" w:cs="Arial"/>
          <w:color w:val="59C119"/>
          <w:lang w:val="es-ES"/>
        </w:rPr>
        <w:t>DÍA 1 – LLEGADA A LISBOA</w:t>
      </w:r>
    </w:p>
    <w:p w14:paraId="65C1C8A7" w14:textId="1BB0312E" w:rsidR="00187AF3" w:rsidRPr="008F47EB" w:rsidRDefault="005A4D4C">
      <w:pPr>
        <w:rPr>
          <w:rFonts w:cs="Arial"/>
          <w:lang w:val="es-CO"/>
        </w:rPr>
      </w:pPr>
      <w:r w:rsidRPr="008F47EB">
        <w:rPr>
          <w:rFonts w:cs="Arial"/>
          <w:lang w:val="es-CO"/>
        </w:rPr>
        <w:t>Llegada al aeropuerto. Recepción y traslado al hotel (la mayoría de los hoteles en Europa solo aceptan la entrada</w:t>
      </w:r>
      <w:r w:rsidR="00F96E51">
        <w:rPr>
          <w:rFonts w:cs="Arial"/>
          <w:lang w:val="es-CO"/>
        </w:rPr>
        <w:t xml:space="preserve"> </w:t>
      </w:r>
      <w:r w:rsidRPr="008F47EB">
        <w:rPr>
          <w:rFonts w:cs="Arial"/>
          <w:lang w:val="es-CO"/>
        </w:rPr>
        <w:t>después de las 2 pm). Tiempo libre.</w:t>
      </w:r>
    </w:p>
    <w:p w14:paraId="2B57C957" w14:textId="77777777" w:rsidR="002E775C" w:rsidRPr="008F47EB" w:rsidRDefault="002E775C">
      <w:pPr>
        <w:rPr>
          <w:rFonts w:cs="Arial"/>
          <w:lang w:val="es-CO"/>
        </w:rPr>
      </w:pPr>
    </w:p>
    <w:p w14:paraId="563B9133" w14:textId="77777777" w:rsidR="00187AF3" w:rsidRPr="008F47EB" w:rsidRDefault="005A4D4C" w:rsidP="00525446">
      <w:pPr>
        <w:pStyle w:val="Heading2"/>
        <w:keepNext w:val="0"/>
        <w:keepLines w:val="0"/>
        <w:spacing w:before="0" w:line="360" w:lineRule="auto"/>
        <w:jc w:val="both"/>
        <w:rPr>
          <w:rFonts w:ascii="Arial" w:eastAsiaTheme="minorHAnsi" w:hAnsi="Arial" w:cs="Arial"/>
          <w:color w:val="59C119"/>
          <w:lang w:val="es-ES"/>
        </w:rPr>
      </w:pPr>
      <w:r w:rsidRPr="008F47EB">
        <w:rPr>
          <w:rFonts w:ascii="Arial" w:eastAsiaTheme="minorHAnsi" w:hAnsi="Arial" w:cs="Arial"/>
          <w:color w:val="59C119"/>
          <w:lang w:val="es-ES"/>
        </w:rPr>
        <w:t>DÍA 2 – LISBOA</w:t>
      </w:r>
    </w:p>
    <w:p w14:paraId="198473B5" w14:textId="61177141" w:rsidR="00187AF3" w:rsidRPr="008F47EB" w:rsidRDefault="005A4D4C">
      <w:pPr>
        <w:rPr>
          <w:rFonts w:cs="Arial"/>
          <w:lang w:val="es-CO"/>
        </w:rPr>
      </w:pPr>
      <w:r w:rsidRPr="008F47EB">
        <w:rPr>
          <w:rFonts w:cs="Arial"/>
          <w:lang w:val="es-CO"/>
        </w:rPr>
        <w:t>Por la mañana, visita panorámica de Lisboa, conocida por su luminosidad única y su encanto incomparable.</w:t>
      </w:r>
      <w:r w:rsidR="00F96E51">
        <w:rPr>
          <w:rFonts w:cs="Arial"/>
          <w:lang w:val="es-CO"/>
        </w:rPr>
        <w:t xml:space="preserve"> </w:t>
      </w:r>
      <w:r w:rsidRPr="008F47EB">
        <w:rPr>
          <w:rFonts w:cs="Arial"/>
          <w:lang w:val="es-CO"/>
        </w:rPr>
        <w:t>Según la leyenda, la capital portuguesa se construyó originalmente sobre siete colinas, que se extienden a lo</w:t>
      </w:r>
      <w:r w:rsidR="00F96E51">
        <w:rPr>
          <w:rFonts w:cs="Arial"/>
          <w:lang w:val="es-CO"/>
        </w:rPr>
        <w:t xml:space="preserve"> </w:t>
      </w:r>
      <w:r w:rsidRPr="008F47EB">
        <w:rPr>
          <w:rFonts w:cs="Arial"/>
          <w:lang w:val="es-CO"/>
        </w:rPr>
        <w:t>largo del río Tajo en un paisaje ondulado lleno de edificios históricos, calles empedradas y hermosos miradores.</w:t>
      </w:r>
      <w:r w:rsidR="00F96E51">
        <w:rPr>
          <w:rFonts w:cs="Arial"/>
          <w:lang w:val="es-CO"/>
        </w:rPr>
        <w:t xml:space="preserve"> </w:t>
      </w:r>
      <w:r w:rsidRPr="008F47EB">
        <w:rPr>
          <w:rFonts w:cs="Arial"/>
          <w:lang w:val="es-CO"/>
        </w:rPr>
        <w:t>Como capital del país, Lisboa fue escenario de algunos de los momentos más importantes de la Historia de</w:t>
      </w:r>
      <w:r w:rsidR="00F96E51">
        <w:rPr>
          <w:rFonts w:cs="Arial"/>
          <w:lang w:val="es-CO"/>
        </w:rPr>
        <w:t xml:space="preserve"> </w:t>
      </w:r>
      <w:r w:rsidRPr="008F47EB">
        <w:rPr>
          <w:rFonts w:cs="Arial"/>
          <w:lang w:val="es-CO"/>
        </w:rPr>
        <w:t>Portugal, incluidos los 400 años de ocupación árabe, la era floreciente de los viajes al extranjero, el gran</w:t>
      </w:r>
      <w:r w:rsidR="00F96E51">
        <w:rPr>
          <w:rFonts w:cs="Arial"/>
          <w:lang w:val="es-CO"/>
        </w:rPr>
        <w:t xml:space="preserve"> </w:t>
      </w:r>
      <w:r w:rsidRPr="008F47EB">
        <w:rPr>
          <w:rFonts w:cs="Arial"/>
          <w:lang w:val="es-CO"/>
        </w:rPr>
        <w:t>terremoto de 1755, el fin de la monarquía, los años de la dictadura en el siglo XX y la revolución pacífica del 25 de</w:t>
      </w:r>
      <w:r w:rsidR="00F96E51">
        <w:rPr>
          <w:rFonts w:cs="Arial"/>
          <w:lang w:val="es-CO"/>
        </w:rPr>
        <w:t xml:space="preserve"> </w:t>
      </w:r>
      <w:r w:rsidRPr="008F47EB">
        <w:rPr>
          <w:rFonts w:cs="Arial"/>
          <w:lang w:val="es-CO"/>
        </w:rPr>
        <w:t>abril de 1974. En este recorrido destacamos el barrio histórico de Belem, en el que se ubican la Torre de Belem,</w:t>
      </w:r>
      <w:r w:rsidR="00F96E51">
        <w:rPr>
          <w:rFonts w:cs="Arial"/>
          <w:lang w:val="es-CO"/>
        </w:rPr>
        <w:t xml:space="preserve"> </w:t>
      </w:r>
      <w:r w:rsidRPr="008F47EB">
        <w:rPr>
          <w:rFonts w:cs="Arial"/>
          <w:lang w:val="es-CO"/>
        </w:rPr>
        <w:t xml:space="preserve">el Monumento a los Descubrimientos y el Monasterio de los </w:t>
      </w:r>
      <w:r w:rsidR="00F96E51" w:rsidRPr="008F47EB">
        <w:rPr>
          <w:rFonts w:cs="Arial"/>
          <w:lang w:val="es-CO"/>
        </w:rPr>
        <w:t>Jerónimos</w:t>
      </w:r>
      <w:r w:rsidRPr="008F47EB">
        <w:rPr>
          <w:rFonts w:cs="Arial"/>
          <w:lang w:val="es-CO"/>
        </w:rPr>
        <w:t>. Tarde y noche libres. Consultar los tours</w:t>
      </w:r>
      <w:r w:rsidR="00F96E51">
        <w:rPr>
          <w:rFonts w:cs="Arial"/>
          <w:lang w:val="es-CO"/>
        </w:rPr>
        <w:t xml:space="preserve"> </w:t>
      </w:r>
      <w:r w:rsidRPr="008F47EB">
        <w:rPr>
          <w:rFonts w:cs="Arial"/>
          <w:lang w:val="es-CO"/>
        </w:rPr>
        <w:t>opcionales del día.</w:t>
      </w:r>
    </w:p>
    <w:p w14:paraId="5B3EC805" w14:textId="77777777" w:rsidR="002E775C" w:rsidRPr="008F47EB" w:rsidRDefault="002E775C">
      <w:pPr>
        <w:rPr>
          <w:rFonts w:cs="Arial"/>
          <w:lang w:val="es-CO"/>
        </w:rPr>
      </w:pPr>
    </w:p>
    <w:p w14:paraId="0957B19C" w14:textId="77777777" w:rsidR="00187AF3" w:rsidRPr="008F47EB" w:rsidRDefault="005A4D4C" w:rsidP="00525446">
      <w:pPr>
        <w:pStyle w:val="Heading2"/>
        <w:keepNext w:val="0"/>
        <w:keepLines w:val="0"/>
        <w:spacing w:before="0" w:line="360" w:lineRule="auto"/>
        <w:jc w:val="both"/>
        <w:rPr>
          <w:rFonts w:ascii="Arial" w:eastAsiaTheme="minorHAnsi" w:hAnsi="Arial" w:cs="Arial"/>
          <w:color w:val="59C119"/>
          <w:lang w:val="es-ES"/>
        </w:rPr>
      </w:pPr>
      <w:r w:rsidRPr="008F47EB">
        <w:rPr>
          <w:rFonts w:ascii="Arial" w:eastAsiaTheme="minorHAnsi" w:hAnsi="Arial" w:cs="Arial"/>
          <w:color w:val="59C119"/>
          <w:lang w:val="es-ES"/>
        </w:rPr>
        <w:t>DÍA 3 – LISBOA</w:t>
      </w:r>
    </w:p>
    <w:p w14:paraId="044572C2" w14:textId="27BF6EBA" w:rsidR="00187AF3" w:rsidRPr="008F47EB" w:rsidRDefault="005A4D4C">
      <w:pPr>
        <w:rPr>
          <w:rFonts w:cs="Arial"/>
          <w:lang w:val="es-CO"/>
        </w:rPr>
      </w:pPr>
      <w:r w:rsidRPr="008F47EB">
        <w:rPr>
          <w:rFonts w:cs="Arial"/>
          <w:lang w:val="es-CO"/>
        </w:rPr>
        <w:t>Día totalmente libre para actividades personales. Hable con su guía y participe en nuestras propuestas.</w:t>
      </w:r>
    </w:p>
    <w:p w14:paraId="0DFD2EAA" w14:textId="77777777" w:rsidR="002E775C" w:rsidRPr="008F47EB" w:rsidRDefault="002E775C">
      <w:pPr>
        <w:rPr>
          <w:rFonts w:cs="Arial"/>
          <w:lang w:val="es-CO"/>
        </w:rPr>
      </w:pPr>
    </w:p>
    <w:p w14:paraId="77504215" w14:textId="77777777" w:rsidR="00187AF3" w:rsidRPr="008F47EB" w:rsidRDefault="005A4D4C" w:rsidP="00525446">
      <w:pPr>
        <w:pStyle w:val="Heading2"/>
        <w:keepNext w:val="0"/>
        <w:keepLines w:val="0"/>
        <w:spacing w:before="0" w:line="360" w:lineRule="auto"/>
        <w:jc w:val="both"/>
        <w:rPr>
          <w:rFonts w:ascii="Arial" w:hAnsi="Arial" w:cs="Arial"/>
          <w:lang w:val="es-CO"/>
        </w:rPr>
      </w:pPr>
      <w:r w:rsidRPr="008F47EB">
        <w:rPr>
          <w:rFonts w:ascii="Arial" w:eastAsiaTheme="minorHAnsi" w:hAnsi="Arial" w:cs="Arial"/>
          <w:color w:val="59C119"/>
          <w:lang w:val="es-ES"/>
        </w:rPr>
        <w:t>DÍA 4 – LISBOA&gt; ÓBIDOS &gt; NAZARÉ &gt; FÁTIMA</w:t>
      </w:r>
    </w:p>
    <w:p w14:paraId="4D372915" w14:textId="0E7CF915" w:rsidR="00187AF3" w:rsidRPr="008F47EB" w:rsidRDefault="005A4D4C">
      <w:pPr>
        <w:rPr>
          <w:rFonts w:cs="Arial"/>
          <w:lang w:val="es-CO"/>
        </w:rPr>
      </w:pPr>
      <w:r w:rsidRPr="008F47EB">
        <w:rPr>
          <w:rFonts w:cs="Arial"/>
          <w:lang w:val="es-CO"/>
        </w:rPr>
        <w:t>Por la mañana, viaje hacia Óbidos, el “pueblo de las reinas”. Recorra a pie las estrechas calles y pequeñas plazas</w:t>
      </w:r>
      <w:r w:rsidR="00F96E51">
        <w:rPr>
          <w:rFonts w:cs="Arial"/>
          <w:lang w:val="es-CO"/>
        </w:rPr>
        <w:t xml:space="preserve"> </w:t>
      </w:r>
      <w:r w:rsidRPr="008F47EB">
        <w:rPr>
          <w:rFonts w:cs="Arial"/>
          <w:lang w:val="es-CO"/>
        </w:rPr>
        <w:t>para descubrir este hermoso pueblo histórico, considerado uno de los mejores ejemplos de ciudadela medieval</w:t>
      </w:r>
      <w:r w:rsidR="00F96E51">
        <w:rPr>
          <w:rFonts w:cs="Arial"/>
          <w:lang w:val="es-CO"/>
        </w:rPr>
        <w:t xml:space="preserve"> </w:t>
      </w:r>
      <w:r w:rsidRPr="008F47EB">
        <w:rPr>
          <w:rFonts w:cs="Arial"/>
          <w:lang w:val="es-CO"/>
        </w:rPr>
        <w:t>en Europa. Continuación del viaje a Nazaré, una hermosa playa que tiene una de las tradiciones más antiguas de</w:t>
      </w:r>
      <w:r w:rsidR="00F96E51">
        <w:rPr>
          <w:rFonts w:cs="Arial"/>
          <w:lang w:val="es-CO"/>
        </w:rPr>
        <w:t xml:space="preserve"> </w:t>
      </w:r>
      <w:r w:rsidRPr="008F47EB">
        <w:rPr>
          <w:rFonts w:cs="Arial"/>
          <w:lang w:val="es-CO"/>
        </w:rPr>
        <w:t>Portugal ligada a la pesca. Recientemente esta ciudad ha llamado la atención mundial por las famosas olas</w:t>
      </w:r>
      <w:r w:rsidR="00F96E51">
        <w:rPr>
          <w:rFonts w:cs="Arial"/>
          <w:lang w:val="es-CO"/>
        </w:rPr>
        <w:t xml:space="preserve"> </w:t>
      </w:r>
      <w:r w:rsidRPr="008F47EB">
        <w:rPr>
          <w:rFonts w:cs="Arial"/>
          <w:lang w:val="es-CO"/>
        </w:rPr>
        <w:t>gigantes, que atraen a los amantes del surf de olas grandes así como a los medios de comunicación de todo el</w:t>
      </w:r>
      <w:r w:rsidR="00F96E51">
        <w:rPr>
          <w:rFonts w:cs="Arial"/>
          <w:lang w:val="es-CO"/>
        </w:rPr>
        <w:t xml:space="preserve"> </w:t>
      </w:r>
      <w:r w:rsidRPr="008F47EB">
        <w:rPr>
          <w:rFonts w:cs="Arial"/>
          <w:lang w:val="es-CO"/>
        </w:rPr>
        <w:t>mundo. Tiempo libre. Por la tarde, visita al Santuario de Fátima, que tiene su origen en las apariciones de Nuestra</w:t>
      </w:r>
      <w:r w:rsidR="00F96E51">
        <w:rPr>
          <w:rFonts w:cs="Arial"/>
          <w:lang w:val="es-CO"/>
        </w:rPr>
        <w:t xml:space="preserve"> </w:t>
      </w:r>
      <w:r w:rsidRPr="008F47EB">
        <w:rPr>
          <w:rFonts w:cs="Arial"/>
          <w:lang w:val="es-CO"/>
        </w:rPr>
        <w:t>Señora a tres niños en 1917. Alojamiento y posibilidad de participar o asistir a la Procesión de las Velas.</w:t>
      </w:r>
    </w:p>
    <w:p w14:paraId="03203D05" w14:textId="77777777" w:rsidR="00F96E51" w:rsidRDefault="00F96E51">
      <w:pPr>
        <w:rPr>
          <w:rFonts w:cs="Arial"/>
          <w:lang w:val="es-CO"/>
        </w:rPr>
      </w:pPr>
    </w:p>
    <w:p w14:paraId="34EC7DD3" w14:textId="77777777" w:rsidR="00F96E51" w:rsidRPr="008F47EB" w:rsidRDefault="00F96E51">
      <w:pPr>
        <w:rPr>
          <w:rFonts w:cs="Arial"/>
          <w:lang w:val="es-CO"/>
        </w:rPr>
      </w:pPr>
    </w:p>
    <w:p w14:paraId="582FF6F9" w14:textId="77777777" w:rsidR="00187AF3" w:rsidRPr="008F47EB" w:rsidRDefault="005A4D4C" w:rsidP="00525446">
      <w:pPr>
        <w:pStyle w:val="Heading2"/>
        <w:keepNext w:val="0"/>
        <w:keepLines w:val="0"/>
        <w:spacing w:before="0" w:line="360" w:lineRule="auto"/>
        <w:jc w:val="both"/>
        <w:rPr>
          <w:rFonts w:ascii="Arial" w:hAnsi="Arial" w:cs="Arial"/>
          <w:lang w:val="es-CO"/>
        </w:rPr>
      </w:pPr>
      <w:r w:rsidRPr="008F47EB">
        <w:rPr>
          <w:rFonts w:ascii="Arial" w:eastAsiaTheme="minorHAnsi" w:hAnsi="Arial" w:cs="Arial"/>
          <w:color w:val="59C119"/>
          <w:lang w:val="es-ES"/>
        </w:rPr>
        <w:t>DÍA 5 – FÁTIMA &gt; SIERRA DE ESTRELLA &gt; COIMBRA</w:t>
      </w:r>
    </w:p>
    <w:p w14:paraId="3D7ECB42" w14:textId="021DA6F8" w:rsidR="00187AF3" w:rsidRPr="008F47EB" w:rsidRDefault="005A4D4C">
      <w:pPr>
        <w:rPr>
          <w:rFonts w:cs="Arial"/>
          <w:lang w:val="es-CO"/>
        </w:rPr>
      </w:pPr>
      <w:r w:rsidRPr="008F47EB">
        <w:rPr>
          <w:rFonts w:cs="Arial"/>
          <w:lang w:val="es-CO"/>
        </w:rPr>
        <w:t>Por la mañana, viaje a través de Covilhã a Serra da Estrela, la montaña más alta de Portugal continental, cuyo</w:t>
      </w:r>
      <w:r w:rsidR="00F96E51">
        <w:rPr>
          <w:rFonts w:cs="Arial"/>
          <w:lang w:val="es-CO"/>
        </w:rPr>
        <w:t xml:space="preserve"> </w:t>
      </w:r>
      <w:r w:rsidRPr="008F47EB">
        <w:rPr>
          <w:rFonts w:cs="Arial"/>
          <w:lang w:val="es-CO"/>
        </w:rPr>
        <w:t>punto más alto alcanza los 1993 metros. En esta región de rara belleza natural y paisaje viven rebaños de ovejasque han contribuido a la economía local proporcionando lana para la industria textil y leche para el quesoportugués más conocido, el famoso “queijo da serra”. Tiempo libre. Continuación a Coimbra, ubicada a orillas</w:t>
      </w:r>
      <w:r w:rsidR="00F96E51">
        <w:rPr>
          <w:rFonts w:cs="Arial"/>
          <w:lang w:val="es-CO"/>
        </w:rPr>
        <w:t xml:space="preserve"> </w:t>
      </w:r>
      <w:r w:rsidRPr="008F47EB">
        <w:rPr>
          <w:rFonts w:cs="Arial"/>
          <w:lang w:val="es-CO"/>
        </w:rPr>
        <w:t>del río Mondego; capital de Portugal hasta 1256 y sede de la universidad más antigua del país. Llegada y recorrido</w:t>
      </w:r>
      <w:r w:rsidR="00F96E51">
        <w:rPr>
          <w:rFonts w:cs="Arial"/>
          <w:lang w:val="es-CO"/>
        </w:rPr>
        <w:t xml:space="preserve"> </w:t>
      </w:r>
      <w:r w:rsidRPr="008F47EB">
        <w:rPr>
          <w:rFonts w:cs="Arial"/>
          <w:lang w:val="es-CO"/>
        </w:rPr>
        <w:t>panorámico destacando la Repúblicas, el Acueducto de San Sebastián y el Jardín Botánico. Alojamiento y tiempo</w:t>
      </w:r>
      <w:r w:rsidR="00F96E51">
        <w:rPr>
          <w:rFonts w:cs="Arial"/>
          <w:lang w:val="es-CO"/>
        </w:rPr>
        <w:t xml:space="preserve"> </w:t>
      </w:r>
      <w:r w:rsidRPr="008F47EB">
        <w:rPr>
          <w:rFonts w:cs="Arial"/>
          <w:lang w:val="es-CO"/>
        </w:rPr>
        <w:t>libre.</w:t>
      </w:r>
    </w:p>
    <w:p w14:paraId="44486BF5" w14:textId="77777777" w:rsidR="00187AF3" w:rsidRPr="008F47EB" w:rsidRDefault="005A4D4C" w:rsidP="00525446">
      <w:pPr>
        <w:pStyle w:val="Heading2"/>
        <w:keepNext w:val="0"/>
        <w:keepLines w:val="0"/>
        <w:spacing w:before="0" w:line="360" w:lineRule="auto"/>
        <w:jc w:val="both"/>
        <w:rPr>
          <w:rFonts w:ascii="Arial" w:eastAsiaTheme="minorHAnsi" w:hAnsi="Arial" w:cs="Arial"/>
          <w:color w:val="59C119"/>
          <w:lang w:val="es-ES"/>
        </w:rPr>
      </w:pPr>
      <w:r w:rsidRPr="008F47EB">
        <w:rPr>
          <w:rFonts w:ascii="Arial" w:eastAsiaTheme="minorHAnsi" w:hAnsi="Arial" w:cs="Arial"/>
          <w:color w:val="59C119"/>
          <w:lang w:val="es-ES"/>
        </w:rPr>
        <w:t>DÍA 6 – COIMBRA &gt; COSTA NOVA &gt; AVEIRO &gt; GUIMARÃES &gt; OPORTO</w:t>
      </w:r>
    </w:p>
    <w:p w14:paraId="50FD024D" w14:textId="54E95305" w:rsidR="00187AF3" w:rsidRPr="008F47EB" w:rsidRDefault="005A4D4C">
      <w:pPr>
        <w:rPr>
          <w:rFonts w:cs="Arial"/>
          <w:lang w:val="es-CO"/>
        </w:rPr>
      </w:pPr>
      <w:r w:rsidRPr="008F47EB">
        <w:rPr>
          <w:rFonts w:cs="Arial"/>
          <w:lang w:val="es-CO"/>
        </w:rPr>
        <w:t>Continuación hacia Costa Nova y parada para fotografiar los famosos “palheiros” rayados (casas tradicionales).</w:t>
      </w:r>
      <w:r w:rsidR="002E775C">
        <w:rPr>
          <w:rFonts w:cs="Arial"/>
          <w:lang w:val="es-CO"/>
        </w:rPr>
        <w:t xml:space="preserve"> </w:t>
      </w:r>
      <w:r w:rsidRPr="008F47EB">
        <w:rPr>
          <w:rFonts w:cs="Arial"/>
          <w:lang w:val="es-CO"/>
        </w:rPr>
        <w:t>Llegada a Aveiro, conocida como la "Venecia de Portugal". Parada en el centro y tiempo libre para pasear y</w:t>
      </w:r>
      <w:r w:rsidR="002E775C">
        <w:rPr>
          <w:rFonts w:cs="Arial"/>
          <w:lang w:val="es-CO"/>
        </w:rPr>
        <w:t xml:space="preserve"> </w:t>
      </w:r>
      <w:r w:rsidRPr="008F47EB">
        <w:rPr>
          <w:rFonts w:cs="Arial"/>
          <w:lang w:val="es-CO"/>
        </w:rPr>
        <w:t>almorzar. Seguimos para Guimarães, lugar del nacimiento de la nacionalidad portuguesa. Paseo a pie por el</w:t>
      </w:r>
      <w:r w:rsidR="002E775C">
        <w:rPr>
          <w:rFonts w:cs="Arial"/>
          <w:lang w:val="es-CO"/>
        </w:rPr>
        <w:t xml:space="preserve"> </w:t>
      </w:r>
      <w:r w:rsidRPr="008F47EB">
        <w:rPr>
          <w:rFonts w:cs="Arial"/>
          <w:lang w:val="es-CO"/>
        </w:rPr>
        <w:t>centro histórico, patrimonio de la humanidad. Continuación hacia Porto.</w:t>
      </w:r>
    </w:p>
    <w:p w14:paraId="4D5FC90C" w14:textId="77777777" w:rsidR="002E775C" w:rsidRPr="008F47EB" w:rsidRDefault="002E775C">
      <w:pPr>
        <w:rPr>
          <w:rFonts w:cs="Arial"/>
          <w:lang w:val="es-CO"/>
        </w:rPr>
      </w:pPr>
    </w:p>
    <w:p w14:paraId="154E308C" w14:textId="77777777" w:rsidR="00187AF3" w:rsidRPr="008F47EB" w:rsidRDefault="005A4D4C" w:rsidP="00525446">
      <w:pPr>
        <w:pStyle w:val="Heading2"/>
        <w:keepNext w:val="0"/>
        <w:keepLines w:val="0"/>
        <w:spacing w:before="0" w:line="360" w:lineRule="auto"/>
        <w:jc w:val="both"/>
        <w:rPr>
          <w:rFonts w:ascii="Arial" w:eastAsiaTheme="minorHAnsi" w:hAnsi="Arial" w:cs="Arial"/>
          <w:color w:val="59C119"/>
          <w:lang w:val="es-ES"/>
        </w:rPr>
      </w:pPr>
      <w:r w:rsidRPr="008F47EB">
        <w:rPr>
          <w:rFonts w:ascii="Arial" w:eastAsiaTheme="minorHAnsi" w:hAnsi="Arial" w:cs="Arial"/>
          <w:color w:val="59C119"/>
          <w:lang w:val="es-ES"/>
        </w:rPr>
        <w:t>DÍA 7 – PORTO &gt; BRAGA &gt; SANTIAGO DE COMPOSTELA &gt; OPORTO</w:t>
      </w:r>
    </w:p>
    <w:p w14:paraId="407B859D" w14:textId="423D5851" w:rsidR="00187AF3" w:rsidRPr="008F47EB" w:rsidRDefault="005A4D4C">
      <w:pPr>
        <w:rPr>
          <w:rFonts w:cs="Arial"/>
          <w:lang w:val="es-CO"/>
        </w:rPr>
      </w:pPr>
      <w:r w:rsidRPr="008F47EB">
        <w:rPr>
          <w:rFonts w:cs="Arial"/>
          <w:lang w:val="es-CO"/>
        </w:rPr>
        <w:t>En este día haremos un recorrido por las hermosas regiones de Minho y Galicia (en España). Primero, viajaremos</w:t>
      </w:r>
      <w:r w:rsidR="00957457">
        <w:rPr>
          <w:rFonts w:cs="Arial"/>
          <w:lang w:val="es-CO"/>
        </w:rPr>
        <w:t xml:space="preserve"> </w:t>
      </w:r>
      <w:r w:rsidRPr="008F47EB">
        <w:rPr>
          <w:rFonts w:cs="Arial"/>
          <w:lang w:val="es-CO"/>
        </w:rPr>
        <w:t>a Braga, una de las ciudades más antiguas de Portugal y un excelente destino para el turismo religioso. Ascienda</w:t>
      </w:r>
      <w:r w:rsidR="00957457">
        <w:rPr>
          <w:rFonts w:cs="Arial"/>
          <w:lang w:val="es-CO"/>
        </w:rPr>
        <w:t xml:space="preserve"> </w:t>
      </w:r>
      <w:r w:rsidRPr="008F47EB">
        <w:rPr>
          <w:rFonts w:cs="Arial"/>
          <w:lang w:val="es-CO"/>
        </w:rPr>
        <w:t>al icónico Santuario de Bom Jesus do Monte en el famoso teleférico impulsado por agua. Luego, atravesaremos</w:t>
      </w:r>
      <w:r w:rsidR="00957457">
        <w:rPr>
          <w:rFonts w:cs="Arial"/>
          <w:lang w:val="es-CO"/>
        </w:rPr>
        <w:t xml:space="preserve"> </w:t>
      </w:r>
      <w:r w:rsidRPr="008F47EB">
        <w:rPr>
          <w:rFonts w:cs="Arial"/>
          <w:lang w:val="es-CO"/>
        </w:rPr>
        <w:t>la hermosa región del Minho y de las “Rías Bajas” hasta Santiago de Compostela (centro religioso y de</w:t>
      </w:r>
      <w:r w:rsidR="00957457">
        <w:rPr>
          <w:rFonts w:cs="Arial"/>
          <w:lang w:val="es-CO"/>
        </w:rPr>
        <w:t xml:space="preserve"> </w:t>
      </w:r>
      <w:r w:rsidRPr="008F47EB">
        <w:rPr>
          <w:rFonts w:cs="Arial"/>
          <w:lang w:val="es-CO"/>
        </w:rPr>
        <w:t>peregrinación, tras el descubrimiento de la tumba del apóstol Santiago, en el siglo IX). Llegada y tiempo libre para</w:t>
      </w:r>
      <w:r w:rsidR="00957457">
        <w:rPr>
          <w:rFonts w:cs="Arial"/>
          <w:lang w:val="es-CO"/>
        </w:rPr>
        <w:t xml:space="preserve"> </w:t>
      </w:r>
      <w:r w:rsidRPr="008F47EB">
        <w:rPr>
          <w:rFonts w:cs="Arial"/>
          <w:lang w:val="es-CO"/>
        </w:rPr>
        <w:t>almorzar y visitar la Catedral donde está enterrado el Apóstol Santiago. Regreso a Portugal y a la ciudad de</w:t>
      </w:r>
      <w:r w:rsidR="00957457">
        <w:rPr>
          <w:rFonts w:cs="Arial"/>
          <w:lang w:val="es-CO"/>
        </w:rPr>
        <w:t xml:space="preserve"> </w:t>
      </w:r>
      <w:r w:rsidRPr="008F47EB">
        <w:rPr>
          <w:rFonts w:cs="Arial"/>
          <w:lang w:val="es-CO"/>
        </w:rPr>
        <w:t>Oporto.</w:t>
      </w:r>
    </w:p>
    <w:p w14:paraId="1E0BB5AB" w14:textId="77777777" w:rsidR="00957457" w:rsidRPr="008F47EB" w:rsidRDefault="00957457">
      <w:pPr>
        <w:rPr>
          <w:rFonts w:cs="Arial"/>
          <w:lang w:val="es-CO"/>
        </w:rPr>
      </w:pPr>
    </w:p>
    <w:p w14:paraId="5DC1B099" w14:textId="77777777" w:rsidR="00187AF3" w:rsidRPr="008F47EB" w:rsidRDefault="005A4D4C" w:rsidP="00525446">
      <w:pPr>
        <w:pStyle w:val="Heading2"/>
        <w:keepNext w:val="0"/>
        <w:keepLines w:val="0"/>
        <w:spacing w:before="0" w:line="360" w:lineRule="auto"/>
        <w:jc w:val="both"/>
        <w:rPr>
          <w:rFonts w:ascii="Arial" w:eastAsiaTheme="minorHAnsi" w:hAnsi="Arial" w:cs="Arial"/>
          <w:color w:val="59C119"/>
          <w:lang w:val="es-ES"/>
        </w:rPr>
      </w:pPr>
      <w:r w:rsidRPr="008F47EB">
        <w:rPr>
          <w:rFonts w:ascii="Arial" w:eastAsiaTheme="minorHAnsi" w:hAnsi="Arial" w:cs="Arial"/>
          <w:color w:val="59C119"/>
          <w:lang w:val="es-ES"/>
        </w:rPr>
        <w:t>DÍA 8 – OPORTO</w:t>
      </w:r>
    </w:p>
    <w:p w14:paraId="5559594D" w14:textId="0152A430" w:rsidR="00187AF3" w:rsidRPr="008F47EB" w:rsidRDefault="005A4D4C">
      <w:pPr>
        <w:rPr>
          <w:rFonts w:cs="Arial"/>
          <w:lang w:val="es-CO"/>
        </w:rPr>
      </w:pPr>
      <w:r w:rsidRPr="008F47EB">
        <w:rPr>
          <w:rFonts w:cs="Arial"/>
          <w:lang w:val="es-CO"/>
        </w:rPr>
        <w:t>Después del desayuno, visita guiada de Oporto descubriendo la Avenida da Boavista, Bairro da Foz, Torre dos</w:t>
      </w:r>
      <w:r w:rsidR="00957457">
        <w:rPr>
          <w:rFonts w:cs="Arial"/>
          <w:lang w:val="es-CO"/>
        </w:rPr>
        <w:t xml:space="preserve"> </w:t>
      </w:r>
      <w:r w:rsidRPr="008F47EB">
        <w:rPr>
          <w:rFonts w:cs="Arial"/>
          <w:lang w:val="es-CO"/>
        </w:rPr>
        <w:t>Clérigos, Avenida dos Aliados e Iglesia da Lapa. Visitaremos el interior de la estación de San Bento, decorada con</w:t>
      </w:r>
      <w:r w:rsidR="00957457">
        <w:rPr>
          <w:rFonts w:cs="Arial"/>
          <w:lang w:val="es-CO"/>
        </w:rPr>
        <w:t xml:space="preserve"> </w:t>
      </w:r>
      <w:r w:rsidRPr="008F47EB">
        <w:rPr>
          <w:rFonts w:cs="Arial"/>
          <w:lang w:val="es-CO"/>
        </w:rPr>
        <w:t>sus famosos paneles de azulejos. Después de cruzar Vila Nova de Gaia, visitaremos una bodega de vino de</w:t>
      </w:r>
      <w:r w:rsidR="00957457">
        <w:rPr>
          <w:rFonts w:cs="Arial"/>
          <w:lang w:val="es-CO"/>
        </w:rPr>
        <w:t xml:space="preserve"> </w:t>
      </w:r>
      <w:r w:rsidRPr="008F47EB">
        <w:rPr>
          <w:rFonts w:cs="Arial"/>
          <w:lang w:val="es-CO"/>
        </w:rPr>
        <w:t>Oporto para saborear ese famoso néctar. Tarde y noche libres. Hospedaje. Consulte los tours opcionales del día.</w:t>
      </w:r>
    </w:p>
    <w:p w14:paraId="5F696512" w14:textId="77777777" w:rsidR="00FD47BD" w:rsidRPr="008F47EB" w:rsidRDefault="00FD47BD">
      <w:pPr>
        <w:rPr>
          <w:rFonts w:cs="Arial"/>
          <w:lang w:val="es-CO"/>
        </w:rPr>
      </w:pPr>
    </w:p>
    <w:p w14:paraId="5FC3AFF8" w14:textId="77777777" w:rsidR="00187AF3" w:rsidRPr="008F47EB" w:rsidRDefault="005A4D4C" w:rsidP="00525446">
      <w:pPr>
        <w:pStyle w:val="Heading2"/>
        <w:keepNext w:val="0"/>
        <w:keepLines w:val="0"/>
        <w:spacing w:before="0" w:line="360" w:lineRule="auto"/>
        <w:jc w:val="both"/>
        <w:rPr>
          <w:rFonts w:ascii="Arial" w:eastAsiaTheme="minorHAnsi" w:hAnsi="Arial" w:cs="Arial"/>
          <w:color w:val="59C119"/>
          <w:lang w:val="es-ES"/>
        </w:rPr>
      </w:pPr>
      <w:r w:rsidRPr="008F47EB">
        <w:rPr>
          <w:rFonts w:ascii="Arial" w:eastAsiaTheme="minorHAnsi" w:hAnsi="Arial" w:cs="Arial"/>
          <w:color w:val="59C119"/>
          <w:lang w:val="es-ES"/>
        </w:rPr>
        <w:t>DÍA 9 – SALIDA DESDE OPORTO</w:t>
      </w:r>
    </w:p>
    <w:p w14:paraId="24AD6917" w14:textId="5DDFC9FB" w:rsidR="00187AF3" w:rsidRPr="008F47EB" w:rsidRDefault="005A4D4C">
      <w:pPr>
        <w:rPr>
          <w:rFonts w:cs="Arial"/>
          <w:lang w:val="es-CO"/>
        </w:rPr>
      </w:pPr>
      <w:r w:rsidRPr="008F47EB">
        <w:rPr>
          <w:rFonts w:cs="Arial"/>
          <w:lang w:val="es-CO"/>
        </w:rPr>
        <w:t>Los servicios del hotel terminan con el desayuno (la habitación puede permanecer ocupada hasta las 10 o las 12</w:t>
      </w:r>
      <w:r w:rsidR="0033496A">
        <w:rPr>
          <w:rFonts w:cs="Arial"/>
          <w:lang w:val="es-CO"/>
        </w:rPr>
        <w:t xml:space="preserve"> </w:t>
      </w:r>
      <w:r w:rsidRPr="008F47EB">
        <w:rPr>
          <w:rFonts w:cs="Arial"/>
          <w:lang w:val="es-CO"/>
        </w:rPr>
        <w:t>de la mañana, según las reglas de cada hotel). Tiempo libre hasta el traslado al aeropuerto. Feliz viaje de regreso.</w:t>
      </w:r>
    </w:p>
    <w:p w14:paraId="2863CBD1" w14:textId="77777777" w:rsidR="00011A9C" w:rsidRPr="00011A9C" w:rsidRDefault="00011A9C" w:rsidP="00C37FB5">
      <w:pPr>
        <w:rPr>
          <w:rFonts w:cs="Arial"/>
          <w:lang w:val="es-CO"/>
        </w:rPr>
      </w:pPr>
    </w:p>
    <w:p w14:paraId="7A8A705D" w14:textId="169A1115" w:rsidR="00187AF3" w:rsidRPr="008F47EB" w:rsidRDefault="005A4D4C" w:rsidP="00525446">
      <w:pPr>
        <w:pStyle w:val="Heading2"/>
        <w:keepNext w:val="0"/>
        <w:keepLines w:val="0"/>
        <w:spacing w:before="0" w:line="360" w:lineRule="auto"/>
        <w:jc w:val="both"/>
        <w:rPr>
          <w:rFonts w:ascii="Arial" w:hAnsi="Arial" w:cs="Arial"/>
          <w:lang w:val="es-CO"/>
        </w:rPr>
      </w:pPr>
      <w:r w:rsidRPr="008F47EB">
        <w:rPr>
          <w:rFonts w:ascii="Arial" w:eastAsiaTheme="minorHAnsi" w:hAnsi="Arial" w:cs="Arial"/>
          <w:color w:val="59C119"/>
          <w:sz w:val="22"/>
          <w:szCs w:val="22"/>
          <w:lang w:val="es-ES" w:eastAsia="pt-PT"/>
        </w:rPr>
        <w:t>TARIFAS</w:t>
      </w:r>
      <w:r w:rsidRPr="008F47EB">
        <w:rPr>
          <w:rFonts w:ascii="Arial" w:hAnsi="Arial" w:cs="Arial"/>
          <w:lang w:val="es-CO"/>
        </w:rPr>
        <w:t xml:space="preserve"> </w:t>
      </w:r>
    </w:p>
    <w:tbl>
      <w:tblPr>
        <w:tblW w:w="5000" w:type="pct"/>
        <w:tblCellMar>
          <w:left w:w="70" w:type="dxa"/>
          <w:right w:w="70" w:type="dxa"/>
        </w:tblCellMar>
        <w:tblLook w:val="04A0" w:firstRow="1" w:lastRow="0" w:firstColumn="1" w:lastColumn="0" w:noHBand="0" w:noVBand="1"/>
      </w:tblPr>
      <w:tblGrid>
        <w:gridCol w:w="2642"/>
        <w:gridCol w:w="2995"/>
        <w:gridCol w:w="2993"/>
      </w:tblGrid>
      <w:tr w:rsidR="00316E34" w:rsidRPr="008F47EB" w14:paraId="0CB0E89C" w14:textId="77777777" w:rsidTr="00316E34">
        <w:trPr>
          <w:trHeight w:val="600"/>
        </w:trPr>
        <w:tc>
          <w:tcPr>
            <w:tcW w:w="1531"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5118EF8F" w14:textId="77777777" w:rsidR="00BE76FA" w:rsidRDefault="00BE76FA" w:rsidP="00BE76FA">
            <w:pPr>
              <w:spacing w:after="0"/>
              <w:jc w:val="center"/>
              <w:rPr>
                <w:rFonts w:cs="Arial"/>
                <w:b/>
                <w:color w:val="FFFFFF"/>
                <w:sz w:val="18"/>
                <w:szCs w:val="20"/>
              </w:rPr>
            </w:pPr>
          </w:p>
          <w:p w14:paraId="29562EF3" w14:textId="58BFCC99" w:rsidR="00BE76FA" w:rsidRPr="009F74F6" w:rsidRDefault="00BE76FA" w:rsidP="00BE76FA">
            <w:pPr>
              <w:spacing w:after="0"/>
              <w:jc w:val="center"/>
              <w:rPr>
                <w:rFonts w:cs="Arial"/>
                <w:b/>
                <w:color w:val="FFFFFF"/>
                <w:sz w:val="18"/>
                <w:szCs w:val="20"/>
              </w:rPr>
            </w:pPr>
            <w:r w:rsidRPr="009F74F6">
              <w:rPr>
                <w:rFonts w:cs="Arial"/>
                <w:b/>
                <w:color w:val="FFFFFF"/>
                <w:sz w:val="18"/>
                <w:szCs w:val="20"/>
              </w:rPr>
              <w:t>ACOMODACIÓN</w:t>
            </w:r>
          </w:p>
          <w:p w14:paraId="124DFC96" w14:textId="6A53DE77" w:rsidR="00316E34" w:rsidRPr="008F47EB" w:rsidRDefault="00BE76FA" w:rsidP="00BE76FA">
            <w:pPr>
              <w:spacing w:line="360" w:lineRule="auto"/>
              <w:jc w:val="center"/>
              <w:rPr>
                <w:rFonts w:eastAsia="Times New Roman" w:cs="Arial"/>
                <w:b/>
                <w:color w:val="FFFFFF"/>
                <w:lang w:val="es-CO" w:eastAsia="es-CO"/>
              </w:rPr>
            </w:pPr>
            <w:r w:rsidRPr="009F74F6">
              <w:rPr>
                <w:rFonts w:cs="Arial"/>
                <w:b/>
                <w:color w:val="FFFFFF"/>
                <w:sz w:val="18"/>
                <w:szCs w:val="20"/>
              </w:rPr>
              <w:t>Y FECHAS</w:t>
            </w:r>
          </w:p>
        </w:tc>
        <w:tc>
          <w:tcPr>
            <w:tcW w:w="1735" w:type="pct"/>
            <w:tcBorders>
              <w:top w:val="single" w:sz="4" w:space="0" w:color="auto"/>
              <w:left w:val="nil"/>
              <w:bottom w:val="single" w:sz="4" w:space="0" w:color="auto"/>
              <w:right w:val="single" w:sz="4" w:space="0" w:color="auto"/>
            </w:tcBorders>
            <w:shd w:val="clear" w:color="000000" w:fill="59C119"/>
            <w:vAlign w:val="center"/>
            <w:hideMark/>
          </w:tcPr>
          <w:p w14:paraId="54DFB5D9" w14:textId="77777777" w:rsidR="00316E34" w:rsidRPr="008F47EB" w:rsidRDefault="00316E34">
            <w:pPr>
              <w:spacing w:line="360" w:lineRule="auto"/>
              <w:jc w:val="center"/>
              <w:rPr>
                <w:rFonts w:eastAsia="Times New Roman" w:cs="Arial"/>
                <w:b/>
                <w:color w:val="FFFFFF"/>
                <w:lang w:val="es-CO" w:eastAsia="es-CO"/>
              </w:rPr>
            </w:pPr>
            <w:r w:rsidRPr="008F47EB">
              <w:rPr>
                <w:rFonts w:eastAsia="Times New Roman" w:cs="Arial"/>
                <w:b/>
                <w:color w:val="FFFFFF"/>
                <w:lang w:val="es-CO" w:eastAsia="es-CO"/>
              </w:rPr>
              <w:t>HABITACIÓN DOBLE</w:t>
            </w:r>
          </w:p>
        </w:tc>
        <w:tc>
          <w:tcPr>
            <w:tcW w:w="1734" w:type="pct"/>
            <w:tcBorders>
              <w:top w:val="single" w:sz="4" w:space="0" w:color="auto"/>
              <w:left w:val="nil"/>
              <w:bottom w:val="single" w:sz="4" w:space="0" w:color="auto"/>
              <w:right w:val="single" w:sz="4" w:space="0" w:color="auto"/>
            </w:tcBorders>
            <w:shd w:val="clear" w:color="000000" w:fill="59C119"/>
            <w:vAlign w:val="center"/>
            <w:hideMark/>
          </w:tcPr>
          <w:p w14:paraId="255017E1" w14:textId="3077F2E3" w:rsidR="00316E34" w:rsidRPr="008F47EB" w:rsidRDefault="00316E34">
            <w:pPr>
              <w:spacing w:line="360" w:lineRule="auto"/>
              <w:jc w:val="center"/>
              <w:rPr>
                <w:rFonts w:eastAsia="Times New Roman" w:cs="Arial"/>
                <w:b/>
                <w:color w:val="FFFFFF"/>
                <w:lang w:val="es-CO" w:eastAsia="es-CO"/>
              </w:rPr>
            </w:pPr>
            <w:r w:rsidRPr="008F47EB">
              <w:rPr>
                <w:rFonts w:eastAsia="Times New Roman" w:cs="Arial"/>
                <w:b/>
                <w:color w:val="FFFFFF"/>
                <w:lang w:val="es-CO" w:eastAsia="es-CO"/>
              </w:rPr>
              <w:t xml:space="preserve">NIÑOS </w:t>
            </w:r>
          </w:p>
        </w:tc>
      </w:tr>
      <w:tr w:rsidR="00316E34" w:rsidRPr="008F47EB" w14:paraId="0928690C" w14:textId="77777777" w:rsidTr="00316E34">
        <w:trPr>
          <w:trHeight w:val="600"/>
        </w:trPr>
        <w:tc>
          <w:tcPr>
            <w:tcW w:w="1531" w:type="pct"/>
            <w:tcBorders>
              <w:top w:val="nil"/>
              <w:left w:val="single" w:sz="4" w:space="0" w:color="auto"/>
              <w:bottom w:val="single" w:sz="4" w:space="0" w:color="auto"/>
              <w:right w:val="single" w:sz="4" w:space="0" w:color="auto"/>
            </w:tcBorders>
            <w:vAlign w:val="center"/>
            <w:hideMark/>
          </w:tcPr>
          <w:p w14:paraId="79D8624A" w14:textId="795EC51D" w:rsidR="00316E34" w:rsidRPr="004123A4" w:rsidRDefault="004123A4" w:rsidP="00C37FB5">
            <w:pPr>
              <w:spacing w:after="0" w:line="360" w:lineRule="auto"/>
              <w:jc w:val="center"/>
              <w:rPr>
                <w:rFonts w:eastAsia="Times New Roman" w:cs="Arial"/>
                <w:color w:val="000000"/>
                <w:lang w:eastAsia="es-CO"/>
              </w:rPr>
            </w:pPr>
            <w:r w:rsidRPr="00BA15E7">
              <w:rPr>
                <w:rFonts w:cs="Arial"/>
                <w:szCs w:val="24"/>
              </w:rPr>
              <w:t>Doble</w:t>
            </w:r>
            <w:r w:rsidRPr="00BA15E7">
              <w:rPr>
                <w:rFonts w:cs="Arial"/>
                <w:szCs w:val="24"/>
              </w:rPr>
              <w:br/>
            </w:r>
            <w:r>
              <w:rPr>
                <w:rFonts w:cs="Arial"/>
                <w:szCs w:val="24"/>
              </w:rPr>
              <w:t>14</w:t>
            </w:r>
            <w:r w:rsidRPr="00BA15E7">
              <w:rPr>
                <w:rFonts w:cs="Arial"/>
                <w:szCs w:val="24"/>
              </w:rPr>
              <w:t xml:space="preserve"> </w:t>
            </w:r>
            <w:r>
              <w:rPr>
                <w:rFonts w:cs="Arial"/>
                <w:szCs w:val="24"/>
              </w:rPr>
              <w:t>Mayo</w:t>
            </w:r>
            <w:r w:rsidRPr="00BA15E7">
              <w:rPr>
                <w:rFonts w:cs="Arial"/>
                <w:szCs w:val="24"/>
              </w:rPr>
              <w:t xml:space="preserve"> – </w:t>
            </w:r>
            <w:r>
              <w:rPr>
                <w:rFonts w:cs="Arial"/>
                <w:szCs w:val="24"/>
              </w:rPr>
              <w:t>10 Septiembre</w:t>
            </w:r>
            <w:r w:rsidRPr="00BA15E7">
              <w:rPr>
                <w:rFonts w:cs="Arial"/>
                <w:szCs w:val="24"/>
              </w:rPr>
              <w:t xml:space="preserve"> 2026</w:t>
            </w:r>
          </w:p>
        </w:tc>
        <w:tc>
          <w:tcPr>
            <w:tcW w:w="1735" w:type="pct"/>
            <w:tcBorders>
              <w:top w:val="nil"/>
              <w:left w:val="nil"/>
              <w:bottom w:val="single" w:sz="4" w:space="0" w:color="auto"/>
              <w:right w:val="single" w:sz="4" w:space="0" w:color="auto"/>
            </w:tcBorders>
            <w:vAlign w:val="center"/>
            <w:hideMark/>
          </w:tcPr>
          <w:p w14:paraId="7D3FA4DE" w14:textId="74258D38" w:rsidR="00316E34" w:rsidRPr="008F47EB" w:rsidRDefault="003024F6" w:rsidP="00316E34">
            <w:pPr>
              <w:spacing w:after="0" w:line="360" w:lineRule="auto"/>
              <w:jc w:val="center"/>
              <w:rPr>
                <w:rFonts w:eastAsia="Times New Roman" w:cs="Arial"/>
                <w:bCs/>
                <w:color w:val="000000"/>
                <w:lang w:val="es-CO" w:eastAsia="es-CO"/>
              </w:rPr>
            </w:pPr>
            <w:r w:rsidRPr="00525446">
              <w:rPr>
                <w:rFonts w:eastAsia="Times New Roman" w:cs="Arial"/>
                <w:color w:val="000000"/>
                <w:lang w:val="es-CO" w:eastAsia="es-CO"/>
              </w:rPr>
              <w:t xml:space="preserve">USD </w:t>
            </w:r>
            <w:r w:rsidR="00316E34" w:rsidRPr="00525446">
              <w:rPr>
                <w:rFonts w:eastAsia="Times New Roman" w:cs="Arial"/>
                <w:color w:val="000000"/>
                <w:lang w:val="es-CO" w:eastAsia="es-CO"/>
              </w:rPr>
              <w:t>2031 USD</w:t>
            </w:r>
          </w:p>
        </w:tc>
        <w:tc>
          <w:tcPr>
            <w:tcW w:w="1734" w:type="pct"/>
            <w:tcBorders>
              <w:top w:val="nil"/>
              <w:left w:val="nil"/>
              <w:bottom w:val="single" w:sz="4" w:space="0" w:color="auto"/>
              <w:right w:val="single" w:sz="4" w:space="0" w:color="auto"/>
            </w:tcBorders>
            <w:vAlign w:val="center"/>
            <w:hideMark/>
          </w:tcPr>
          <w:p w14:paraId="0DA4DFBF" w14:textId="41FACDE9" w:rsidR="00316E34" w:rsidRPr="008F47EB" w:rsidRDefault="003024F6" w:rsidP="00316E34">
            <w:pPr>
              <w:spacing w:after="0" w:line="360" w:lineRule="auto"/>
              <w:jc w:val="center"/>
              <w:rPr>
                <w:rFonts w:eastAsia="Times New Roman" w:cs="Arial"/>
                <w:bCs/>
                <w:color w:val="000000"/>
                <w:lang w:val="es-CO" w:eastAsia="es-CO"/>
              </w:rPr>
            </w:pPr>
            <w:r w:rsidRPr="00525446">
              <w:rPr>
                <w:rFonts w:eastAsia="Times New Roman" w:cs="Arial"/>
                <w:color w:val="000000"/>
                <w:lang w:val="es-CO" w:eastAsia="es-CO"/>
              </w:rPr>
              <w:t xml:space="preserve">USD </w:t>
            </w:r>
            <w:r w:rsidR="00316E34" w:rsidRPr="00525446">
              <w:rPr>
                <w:rFonts w:eastAsia="Times New Roman" w:cs="Arial"/>
                <w:color w:val="000000"/>
                <w:lang w:val="es-CO" w:eastAsia="es-CO"/>
              </w:rPr>
              <w:t>1029</w:t>
            </w:r>
          </w:p>
        </w:tc>
      </w:tr>
      <w:tr w:rsidR="00A9530D" w:rsidRPr="008F47EB" w14:paraId="57C89188" w14:textId="77777777" w:rsidTr="00316E34">
        <w:trPr>
          <w:trHeight w:val="600"/>
        </w:trPr>
        <w:tc>
          <w:tcPr>
            <w:tcW w:w="1531" w:type="pct"/>
            <w:tcBorders>
              <w:top w:val="nil"/>
              <w:left w:val="single" w:sz="4" w:space="0" w:color="auto"/>
              <w:bottom w:val="single" w:sz="4" w:space="0" w:color="auto"/>
              <w:right w:val="single" w:sz="4" w:space="0" w:color="auto"/>
            </w:tcBorders>
            <w:vAlign w:val="center"/>
            <w:hideMark/>
          </w:tcPr>
          <w:p w14:paraId="6E52AFD9" w14:textId="4A03270C" w:rsidR="00A9530D" w:rsidRPr="00C44396" w:rsidRDefault="00A9530D" w:rsidP="00C37FB5">
            <w:pPr>
              <w:spacing w:after="0" w:line="360" w:lineRule="auto"/>
              <w:jc w:val="center"/>
              <w:rPr>
                <w:rFonts w:eastAsia="Times New Roman" w:cs="Arial"/>
                <w:bCs/>
                <w:color w:val="000000"/>
                <w:lang w:val="es-CO" w:eastAsia="es-CO"/>
              </w:rPr>
            </w:pPr>
            <w:r w:rsidRPr="00C44396">
              <w:rPr>
                <w:rFonts w:cs="Arial"/>
                <w:szCs w:val="24"/>
                <w:lang w:val="es-CO"/>
              </w:rPr>
              <w:t>Doble</w:t>
            </w:r>
            <w:r w:rsidRPr="00C44396">
              <w:rPr>
                <w:rFonts w:cs="Arial"/>
                <w:szCs w:val="24"/>
                <w:lang w:val="es-CO"/>
              </w:rPr>
              <w:br/>
              <w:t>11 Junio – 1</w:t>
            </w:r>
            <w:r w:rsidR="00F3531C" w:rsidRPr="00C44396">
              <w:rPr>
                <w:rFonts w:cs="Arial"/>
                <w:szCs w:val="24"/>
                <w:lang w:val="es-CO"/>
              </w:rPr>
              <w:t xml:space="preserve">6 </w:t>
            </w:r>
            <w:r w:rsidR="00C44396" w:rsidRPr="00C44396">
              <w:rPr>
                <w:rFonts w:cs="Arial"/>
                <w:szCs w:val="24"/>
                <w:lang w:val="es-CO"/>
              </w:rPr>
              <w:t>Julio –</w:t>
            </w:r>
            <w:r w:rsidR="00F3531C" w:rsidRPr="00C44396">
              <w:rPr>
                <w:rFonts w:cs="Arial"/>
                <w:szCs w:val="24"/>
                <w:lang w:val="es-CO"/>
              </w:rPr>
              <w:t xml:space="preserve"> 27</w:t>
            </w:r>
            <w:r w:rsidR="00C44396" w:rsidRPr="00C44396">
              <w:rPr>
                <w:rFonts w:cs="Arial"/>
                <w:szCs w:val="24"/>
                <w:lang w:val="es-CO"/>
              </w:rPr>
              <w:t xml:space="preserve"> Agosto – 08 O</w:t>
            </w:r>
            <w:r w:rsidR="00C44396">
              <w:rPr>
                <w:rFonts w:cs="Arial"/>
                <w:szCs w:val="24"/>
                <w:lang w:val="es-CO"/>
              </w:rPr>
              <w:t>ctubre 2026</w:t>
            </w:r>
          </w:p>
        </w:tc>
        <w:tc>
          <w:tcPr>
            <w:tcW w:w="1735" w:type="pct"/>
            <w:tcBorders>
              <w:top w:val="nil"/>
              <w:left w:val="nil"/>
              <w:bottom w:val="single" w:sz="4" w:space="0" w:color="auto"/>
              <w:right w:val="single" w:sz="4" w:space="0" w:color="auto"/>
            </w:tcBorders>
            <w:vAlign w:val="center"/>
            <w:hideMark/>
          </w:tcPr>
          <w:p w14:paraId="75310466" w14:textId="4DBA4547" w:rsidR="00A9530D" w:rsidRPr="008F47EB" w:rsidRDefault="003024F6" w:rsidP="00A9530D">
            <w:pPr>
              <w:spacing w:after="0" w:line="360" w:lineRule="auto"/>
              <w:jc w:val="center"/>
              <w:rPr>
                <w:rFonts w:eastAsia="Times New Roman" w:cs="Arial"/>
                <w:bCs/>
                <w:color w:val="000000"/>
                <w:lang w:val="es-CO" w:eastAsia="es-CO"/>
              </w:rPr>
            </w:pPr>
            <w:r w:rsidRPr="00525446">
              <w:rPr>
                <w:rFonts w:eastAsia="Times New Roman" w:cs="Arial"/>
                <w:color w:val="000000"/>
                <w:lang w:val="es-CO" w:eastAsia="es-CO"/>
              </w:rPr>
              <w:t xml:space="preserve">USD </w:t>
            </w:r>
            <w:r w:rsidR="00A9530D" w:rsidRPr="00525446">
              <w:rPr>
                <w:rFonts w:eastAsia="Times New Roman" w:cs="Arial"/>
                <w:color w:val="000000"/>
                <w:lang w:val="es-CO" w:eastAsia="es-CO"/>
              </w:rPr>
              <w:t>1839</w:t>
            </w:r>
          </w:p>
        </w:tc>
        <w:tc>
          <w:tcPr>
            <w:tcW w:w="1734" w:type="pct"/>
            <w:tcBorders>
              <w:top w:val="nil"/>
              <w:left w:val="nil"/>
              <w:bottom w:val="single" w:sz="4" w:space="0" w:color="auto"/>
              <w:right w:val="single" w:sz="4" w:space="0" w:color="auto"/>
            </w:tcBorders>
            <w:vAlign w:val="center"/>
            <w:hideMark/>
          </w:tcPr>
          <w:p w14:paraId="7482C4E6" w14:textId="7E008244" w:rsidR="00A9530D" w:rsidRPr="008F47EB" w:rsidRDefault="003024F6" w:rsidP="00A9530D">
            <w:pPr>
              <w:spacing w:after="0" w:line="360" w:lineRule="auto"/>
              <w:jc w:val="center"/>
              <w:rPr>
                <w:rFonts w:eastAsia="Times New Roman" w:cs="Arial"/>
                <w:bCs/>
                <w:color w:val="000000"/>
                <w:lang w:val="es-CO" w:eastAsia="es-CO"/>
              </w:rPr>
            </w:pPr>
            <w:r w:rsidRPr="00525446">
              <w:rPr>
                <w:rFonts w:eastAsia="Times New Roman" w:cs="Arial"/>
                <w:color w:val="000000"/>
                <w:lang w:val="es-CO" w:eastAsia="es-CO"/>
              </w:rPr>
              <w:t xml:space="preserve">USD </w:t>
            </w:r>
            <w:r w:rsidR="00A9530D" w:rsidRPr="00525446">
              <w:rPr>
                <w:rFonts w:eastAsia="Times New Roman" w:cs="Arial"/>
                <w:color w:val="000000"/>
                <w:lang w:val="es-CO" w:eastAsia="es-CO"/>
              </w:rPr>
              <w:t>933</w:t>
            </w:r>
          </w:p>
        </w:tc>
      </w:tr>
      <w:tr w:rsidR="00A9530D" w:rsidRPr="008F47EB" w14:paraId="418451D5" w14:textId="77777777" w:rsidTr="00316E34">
        <w:trPr>
          <w:trHeight w:val="600"/>
        </w:trPr>
        <w:tc>
          <w:tcPr>
            <w:tcW w:w="1531" w:type="pct"/>
            <w:tcBorders>
              <w:top w:val="nil"/>
              <w:left w:val="single" w:sz="4" w:space="0" w:color="auto"/>
              <w:bottom w:val="single" w:sz="4" w:space="0" w:color="auto"/>
              <w:right w:val="single" w:sz="4" w:space="0" w:color="auto"/>
            </w:tcBorders>
            <w:vAlign w:val="center"/>
            <w:hideMark/>
          </w:tcPr>
          <w:p w14:paraId="77135EC0" w14:textId="4D5A0A68" w:rsidR="00A9530D" w:rsidRDefault="00EB0C3C" w:rsidP="00C37FB5">
            <w:pPr>
              <w:spacing w:after="0" w:line="360" w:lineRule="auto"/>
              <w:jc w:val="center"/>
              <w:rPr>
                <w:rFonts w:cs="Arial"/>
                <w:szCs w:val="24"/>
                <w:lang w:val="es-CO"/>
              </w:rPr>
            </w:pPr>
            <w:r w:rsidRPr="00C44396">
              <w:rPr>
                <w:rFonts w:cs="Arial"/>
                <w:szCs w:val="24"/>
                <w:lang w:val="es-CO"/>
              </w:rPr>
              <w:t>Doble</w:t>
            </w:r>
            <w:r w:rsidRPr="00C44396">
              <w:rPr>
                <w:rFonts w:cs="Arial"/>
                <w:szCs w:val="24"/>
                <w:lang w:val="es-CO"/>
              </w:rPr>
              <w:br/>
              <w:t>1</w:t>
            </w:r>
            <w:r>
              <w:rPr>
                <w:rFonts w:cs="Arial"/>
                <w:szCs w:val="24"/>
                <w:lang w:val="es-CO"/>
              </w:rPr>
              <w:t>2</w:t>
            </w:r>
            <w:r w:rsidRPr="00C44396">
              <w:rPr>
                <w:rFonts w:cs="Arial"/>
                <w:szCs w:val="24"/>
                <w:lang w:val="es-CO"/>
              </w:rPr>
              <w:t xml:space="preserve"> </w:t>
            </w:r>
            <w:r>
              <w:rPr>
                <w:rFonts w:cs="Arial"/>
                <w:szCs w:val="24"/>
                <w:lang w:val="es-CO"/>
              </w:rPr>
              <w:t>Noviembre</w:t>
            </w:r>
            <w:r w:rsidRPr="00C44396">
              <w:rPr>
                <w:rFonts w:cs="Arial"/>
                <w:szCs w:val="24"/>
                <w:lang w:val="es-CO"/>
              </w:rPr>
              <w:t xml:space="preserve"> – 1</w:t>
            </w:r>
            <w:r>
              <w:rPr>
                <w:rFonts w:cs="Arial"/>
                <w:szCs w:val="24"/>
                <w:lang w:val="es-CO"/>
              </w:rPr>
              <w:t>4</w:t>
            </w:r>
            <w:r w:rsidRPr="00C44396">
              <w:rPr>
                <w:rFonts w:cs="Arial"/>
                <w:szCs w:val="24"/>
                <w:lang w:val="es-CO"/>
              </w:rPr>
              <w:t xml:space="preserve"> </w:t>
            </w:r>
            <w:r w:rsidR="007F4C5A">
              <w:rPr>
                <w:rFonts w:cs="Arial"/>
                <w:szCs w:val="24"/>
                <w:lang w:val="es-CO"/>
              </w:rPr>
              <w:t>Diciembre 2026</w:t>
            </w:r>
          </w:p>
          <w:p w14:paraId="7E986E5E" w14:textId="24970BD8" w:rsidR="007F4C5A" w:rsidRPr="008F47EB" w:rsidRDefault="007F4C5A" w:rsidP="00C37FB5">
            <w:pPr>
              <w:spacing w:after="0" w:line="360" w:lineRule="auto"/>
              <w:jc w:val="center"/>
              <w:rPr>
                <w:rFonts w:cs="Arial"/>
                <w:lang w:val="es-CO" w:eastAsia="pt-PT"/>
              </w:rPr>
            </w:pPr>
            <w:r>
              <w:rPr>
                <w:rFonts w:cs="Arial"/>
                <w:lang w:val="es-CO" w:eastAsia="pt-PT"/>
              </w:rPr>
              <w:t>11 Febrero – 11 Marzo 2027</w:t>
            </w:r>
          </w:p>
        </w:tc>
        <w:tc>
          <w:tcPr>
            <w:tcW w:w="1735" w:type="pct"/>
            <w:tcBorders>
              <w:top w:val="nil"/>
              <w:left w:val="nil"/>
              <w:bottom w:val="single" w:sz="4" w:space="0" w:color="auto"/>
              <w:right w:val="single" w:sz="4" w:space="0" w:color="auto"/>
            </w:tcBorders>
            <w:vAlign w:val="center"/>
            <w:hideMark/>
          </w:tcPr>
          <w:p w14:paraId="38CF1591" w14:textId="749263DC" w:rsidR="00A9530D" w:rsidRPr="008F47EB" w:rsidRDefault="003024F6" w:rsidP="00A9530D">
            <w:pPr>
              <w:spacing w:after="0" w:line="360" w:lineRule="auto"/>
              <w:jc w:val="center"/>
              <w:rPr>
                <w:rFonts w:cs="Arial"/>
                <w:b/>
                <w:bCs/>
                <w:lang w:val="es-CO" w:eastAsia="pt-PT"/>
              </w:rPr>
            </w:pPr>
            <w:r w:rsidRPr="00525446">
              <w:rPr>
                <w:rFonts w:eastAsia="Times New Roman" w:cs="Arial"/>
                <w:color w:val="000000"/>
                <w:lang w:val="es-CO" w:eastAsia="es-CO"/>
              </w:rPr>
              <w:t xml:space="preserve">USD </w:t>
            </w:r>
            <w:r w:rsidR="00A9530D" w:rsidRPr="00525446">
              <w:rPr>
                <w:rFonts w:eastAsia="Times New Roman" w:cs="Arial"/>
                <w:color w:val="000000"/>
                <w:lang w:val="es-CO" w:eastAsia="es-CO"/>
              </w:rPr>
              <w:t>1774</w:t>
            </w:r>
          </w:p>
        </w:tc>
        <w:tc>
          <w:tcPr>
            <w:tcW w:w="1734" w:type="pct"/>
            <w:tcBorders>
              <w:top w:val="nil"/>
              <w:left w:val="nil"/>
              <w:bottom w:val="single" w:sz="4" w:space="0" w:color="auto"/>
              <w:right w:val="single" w:sz="4" w:space="0" w:color="auto"/>
            </w:tcBorders>
            <w:vAlign w:val="center"/>
            <w:hideMark/>
          </w:tcPr>
          <w:p w14:paraId="7B7B3A9B" w14:textId="2F0DE430" w:rsidR="00A9530D" w:rsidRPr="008F47EB" w:rsidRDefault="003024F6" w:rsidP="00A9530D">
            <w:pPr>
              <w:spacing w:after="0" w:line="360" w:lineRule="auto"/>
              <w:jc w:val="center"/>
              <w:rPr>
                <w:rFonts w:cs="Arial"/>
                <w:b/>
                <w:bCs/>
                <w:lang w:val="es-CO" w:eastAsia="pt-PT"/>
              </w:rPr>
            </w:pPr>
            <w:r w:rsidRPr="00525446">
              <w:rPr>
                <w:rFonts w:eastAsia="Times New Roman" w:cs="Arial"/>
                <w:color w:val="000000"/>
                <w:lang w:val="es-CO" w:eastAsia="es-CO"/>
              </w:rPr>
              <w:t xml:space="preserve">USD </w:t>
            </w:r>
            <w:r w:rsidR="00A9530D" w:rsidRPr="00525446">
              <w:rPr>
                <w:rFonts w:eastAsia="Times New Roman" w:cs="Arial"/>
                <w:color w:val="000000"/>
                <w:lang w:val="es-CO" w:eastAsia="es-CO"/>
              </w:rPr>
              <w:t>901</w:t>
            </w:r>
          </w:p>
        </w:tc>
      </w:tr>
    </w:tbl>
    <w:p w14:paraId="59582EED" w14:textId="7CFE76AC" w:rsidR="00187AF3" w:rsidRPr="003024F6" w:rsidRDefault="005A4D4C" w:rsidP="00582D6B">
      <w:pPr>
        <w:pStyle w:val="ListParagraph"/>
        <w:numPr>
          <w:ilvl w:val="0"/>
          <w:numId w:val="14"/>
        </w:numPr>
        <w:rPr>
          <w:rFonts w:cs="Arial"/>
          <w:lang w:val="es-CO"/>
        </w:rPr>
      </w:pPr>
      <w:r w:rsidRPr="003024F6">
        <w:rPr>
          <w:rFonts w:cs="Arial"/>
          <w:lang w:val="es-CO"/>
        </w:rPr>
        <w:t>Tarifas por persona en dólares.</w:t>
      </w:r>
    </w:p>
    <w:p w14:paraId="270D2EB0" w14:textId="2F78F413" w:rsidR="00187AF3" w:rsidRPr="003024F6" w:rsidRDefault="005A4D4C" w:rsidP="003024F6">
      <w:pPr>
        <w:pStyle w:val="ListParagraph"/>
        <w:numPr>
          <w:ilvl w:val="0"/>
          <w:numId w:val="14"/>
        </w:numPr>
        <w:rPr>
          <w:rFonts w:cs="Arial"/>
          <w:lang w:val="es-CO"/>
        </w:rPr>
      </w:pPr>
      <w:r w:rsidRPr="003024F6">
        <w:rPr>
          <w:rFonts w:cs="Arial"/>
          <w:lang w:val="es-CO"/>
        </w:rPr>
        <w:t>Incluye asistencia médica.</w:t>
      </w:r>
    </w:p>
    <w:p w14:paraId="6235F5BE" w14:textId="34765A56" w:rsidR="003024F6" w:rsidRDefault="003024F6" w:rsidP="00EB7595">
      <w:pPr>
        <w:pStyle w:val="ListParagraph"/>
        <w:numPr>
          <w:ilvl w:val="0"/>
          <w:numId w:val="13"/>
        </w:numPr>
        <w:ind w:left="770"/>
        <w:rPr>
          <w:rFonts w:eastAsiaTheme="minorEastAsia" w:cs="Arial"/>
          <w:lang w:val="es-CO"/>
        </w:rPr>
      </w:pPr>
      <w:r w:rsidRPr="00372A46">
        <w:rPr>
          <w:rFonts w:eastAsiaTheme="minorEastAsia" w:cs="Arial"/>
          <w:lang w:val="es-CO"/>
        </w:rPr>
        <w:t xml:space="preserve">Vigencia según calendario </w:t>
      </w:r>
      <w:r>
        <w:rPr>
          <w:rFonts w:eastAsiaTheme="minorEastAsia" w:cs="Arial"/>
          <w:lang w:val="es-CO"/>
        </w:rPr>
        <w:t>desde 14</w:t>
      </w:r>
      <w:r w:rsidRPr="00145FE2">
        <w:rPr>
          <w:rFonts w:eastAsiaTheme="minorEastAsia" w:cs="Arial"/>
          <w:lang w:val="es-CO"/>
        </w:rPr>
        <w:t xml:space="preserve"> </w:t>
      </w:r>
      <w:r w:rsidR="0010246B">
        <w:rPr>
          <w:rFonts w:eastAsiaTheme="minorEastAsia" w:cs="Arial"/>
          <w:lang w:val="es-CO"/>
        </w:rPr>
        <w:t>mayo</w:t>
      </w:r>
      <w:r w:rsidRPr="00145FE2">
        <w:rPr>
          <w:rFonts w:eastAsiaTheme="minorEastAsia" w:cs="Arial"/>
          <w:lang w:val="es-CO"/>
        </w:rPr>
        <w:t xml:space="preserve"> 2026 </w:t>
      </w:r>
      <w:r>
        <w:rPr>
          <w:rFonts w:eastAsiaTheme="minorEastAsia" w:cs="Arial"/>
          <w:lang w:val="es-CO"/>
        </w:rPr>
        <w:t>a</w:t>
      </w:r>
      <w:r w:rsidRPr="00145FE2">
        <w:rPr>
          <w:rFonts w:eastAsiaTheme="minorEastAsia" w:cs="Arial"/>
          <w:lang w:val="es-CO"/>
        </w:rPr>
        <w:t xml:space="preserve"> </w:t>
      </w:r>
      <w:r>
        <w:rPr>
          <w:rFonts w:eastAsiaTheme="minorEastAsia" w:cs="Arial"/>
          <w:lang w:val="es-CO"/>
        </w:rPr>
        <w:t>11</w:t>
      </w:r>
      <w:r w:rsidRPr="00145FE2">
        <w:rPr>
          <w:rFonts w:eastAsiaTheme="minorEastAsia" w:cs="Arial"/>
          <w:lang w:val="es-CO"/>
        </w:rPr>
        <w:t xml:space="preserve"> </w:t>
      </w:r>
      <w:r w:rsidR="0010246B">
        <w:rPr>
          <w:rFonts w:eastAsiaTheme="minorEastAsia" w:cs="Arial"/>
          <w:lang w:val="es-CO"/>
        </w:rPr>
        <w:t>m</w:t>
      </w:r>
      <w:r w:rsidRPr="00145FE2">
        <w:rPr>
          <w:rFonts w:eastAsiaTheme="minorEastAsia" w:cs="Arial"/>
          <w:lang w:val="es-CO"/>
        </w:rPr>
        <w:t>arzo 2027</w:t>
      </w:r>
    </w:p>
    <w:p w14:paraId="6461161F" w14:textId="77777777" w:rsidR="00EB7595" w:rsidRPr="00EB7595" w:rsidRDefault="00EB7595" w:rsidP="00EB7595">
      <w:pPr>
        <w:rPr>
          <w:rFonts w:eastAsiaTheme="minorEastAsia" w:cs="Arial"/>
          <w:lang w:val="es-CO"/>
        </w:rPr>
      </w:pPr>
    </w:p>
    <w:p w14:paraId="79B16E82" w14:textId="77777777" w:rsidR="0010246B" w:rsidRDefault="0010246B" w:rsidP="00EB7595">
      <w:pPr>
        <w:rPr>
          <w:rFonts w:eastAsiaTheme="minorEastAsia" w:cs="Arial"/>
          <w:lang w:val="es-CO"/>
        </w:rPr>
      </w:pPr>
    </w:p>
    <w:p w14:paraId="6513164F" w14:textId="77777777" w:rsidR="0010246B" w:rsidRDefault="0010246B" w:rsidP="00EB7595">
      <w:pPr>
        <w:rPr>
          <w:rFonts w:eastAsiaTheme="minorEastAsia" w:cs="Arial"/>
          <w:lang w:val="es-CO"/>
        </w:rPr>
      </w:pPr>
    </w:p>
    <w:p w14:paraId="7D6D7388" w14:textId="77777777" w:rsidR="0010246B" w:rsidRDefault="0010246B" w:rsidP="00EB7595">
      <w:pPr>
        <w:rPr>
          <w:rFonts w:eastAsiaTheme="minorEastAsia" w:cs="Arial"/>
          <w:lang w:val="es-CO"/>
        </w:rPr>
      </w:pPr>
    </w:p>
    <w:p w14:paraId="7DC07A2D" w14:textId="77777777" w:rsidR="0010246B" w:rsidRDefault="0010246B" w:rsidP="00EB7595">
      <w:pPr>
        <w:rPr>
          <w:rFonts w:eastAsiaTheme="minorEastAsia" w:cs="Arial"/>
          <w:lang w:val="es-CO"/>
        </w:rPr>
      </w:pPr>
    </w:p>
    <w:p w14:paraId="39D0D8B2" w14:textId="77777777" w:rsidR="0010246B" w:rsidRDefault="0010246B" w:rsidP="00EB7595">
      <w:pPr>
        <w:rPr>
          <w:rFonts w:eastAsiaTheme="minorEastAsia" w:cs="Arial"/>
          <w:lang w:val="es-CO"/>
        </w:rPr>
      </w:pPr>
    </w:p>
    <w:p w14:paraId="14107E2F" w14:textId="77777777" w:rsidR="0010246B" w:rsidRPr="00EB7595" w:rsidRDefault="0010246B" w:rsidP="00EB7595">
      <w:pPr>
        <w:rPr>
          <w:rFonts w:eastAsiaTheme="minorEastAsia" w:cs="Arial"/>
          <w:lang w:val="es-CO"/>
        </w:rPr>
      </w:pPr>
    </w:p>
    <w:p w14:paraId="2BA07DC6" w14:textId="77777777" w:rsidR="00316E34" w:rsidRPr="008F47EB" w:rsidRDefault="00316E34" w:rsidP="00316E34">
      <w:pPr>
        <w:pStyle w:val="Heading2"/>
        <w:keepNext w:val="0"/>
        <w:keepLines w:val="0"/>
        <w:spacing w:before="0" w:line="360" w:lineRule="auto"/>
        <w:jc w:val="both"/>
        <w:rPr>
          <w:rFonts w:ascii="Arial" w:eastAsiaTheme="minorHAnsi" w:hAnsi="Arial" w:cs="Arial"/>
          <w:color w:val="59C119"/>
          <w:lang w:val="es-ES"/>
        </w:rPr>
      </w:pPr>
      <w:r w:rsidRPr="008F47EB">
        <w:rPr>
          <w:rFonts w:ascii="Arial" w:eastAsiaTheme="minorHAnsi" w:hAnsi="Arial" w:cs="Arial"/>
          <w:color w:val="59C119"/>
          <w:lang w:val="es-ES"/>
        </w:rPr>
        <w:t>HOSPEDAJE:</w:t>
      </w:r>
    </w:p>
    <w:tbl>
      <w:tblPr>
        <w:tblStyle w:val="TableGrid"/>
        <w:tblW w:w="4921" w:type="pct"/>
        <w:tblLook w:val="04A0" w:firstRow="1" w:lastRow="0" w:firstColumn="1" w:lastColumn="0" w:noHBand="0" w:noVBand="1"/>
      </w:tblPr>
      <w:tblGrid>
        <w:gridCol w:w="1227"/>
        <w:gridCol w:w="1561"/>
        <w:gridCol w:w="2536"/>
        <w:gridCol w:w="3170"/>
      </w:tblGrid>
      <w:tr w:rsidR="008F47EB" w:rsidRPr="008F47EB" w14:paraId="373B2A5E" w14:textId="77777777">
        <w:trPr>
          <w:trHeight w:val="497"/>
        </w:trPr>
        <w:tc>
          <w:tcPr>
            <w:tcW w:w="722" w:type="pct"/>
            <w:shd w:val="clear" w:color="auto" w:fill="59C119"/>
            <w:vAlign w:val="center"/>
            <w:hideMark/>
          </w:tcPr>
          <w:p w14:paraId="4705DD76" w14:textId="77777777" w:rsidR="00316E34" w:rsidRPr="008F47EB" w:rsidRDefault="00316E34">
            <w:pPr>
              <w:spacing w:line="360" w:lineRule="auto"/>
              <w:jc w:val="center"/>
              <w:rPr>
                <w:rFonts w:cs="Arial"/>
                <w:b/>
                <w:color w:val="FFFFFF" w:themeColor="background1"/>
                <w:lang w:val="es-CO"/>
              </w:rPr>
            </w:pPr>
            <w:r w:rsidRPr="008F47EB">
              <w:rPr>
                <w:rFonts w:cs="Arial"/>
                <w:b/>
                <w:color w:val="FFFFFF" w:themeColor="background1"/>
                <w:lang w:val="es-CO"/>
              </w:rPr>
              <w:t>CIUDAD</w:t>
            </w:r>
          </w:p>
        </w:tc>
        <w:tc>
          <w:tcPr>
            <w:tcW w:w="919" w:type="pct"/>
            <w:shd w:val="clear" w:color="auto" w:fill="59C119"/>
            <w:vAlign w:val="center"/>
          </w:tcPr>
          <w:p w14:paraId="470DCB1D" w14:textId="77777777" w:rsidR="00316E34" w:rsidRPr="008F47EB" w:rsidRDefault="00316E34">
            <w:pPr>
              <w:spacing w:line="360" w:lineRule="auto"/>
              <w:jc w:val="center"/>
              <w:rPr>
                <w:rFonts w:cs="Arial"/>
                <w:b/>
                <w:color w:val="FFFFFF" w:themeColor="background1"/>
                <w:lang w:val="es-CO"/>
              </w:rPr>
            </w:pPr>
            <w:r w:rsidRPr="008F47EB">
              <w:rPr>
                <w:rFonts w:cs="Arial"/>
                <w:b/>
                <w:color w:val="FFFFFF" w:themeColor="background1"/>
                <w:lang w:val="es-CO"/>
              </w:rPr>
              <w:t>CATEGORÍA</w:t>
            </w:r>
          </w:p>
        </w:tc>
        <w:tc>
          <w:tcPr>
            <w:tcW w:w="1493" w:type="pct"/>
            <w:shd w:val="clear" w:color="auto" w:fill="59C119"/>
            <w:vAlign w:val="center"/>
            <w:hideMark/>
          </w:tcPr>
          <w:p w14:paraId="7735E9CE" w14:textId="77777777" w:rsidR="00316E34" w:rsidRPr="008F47EB" w:rsidRDefault="00316E34">
            <w:pPr>
              <w:spacing w:line="360" w:lineRule="auto"/>
              <w:jc w:val="center"/>
              <w:rPr>
                <w:rFonts w:cs="Arial"/>
                <w:b/>
                <w:color w:val="FFFFFF" w:themeColor="background1"/>
                <w:lang w:val="es-CO"/>
              </w:rPr>
            </w:pPr>
            <w:r w:rsidRPr="008F47EB">
              <w:rPr>
                <w:rFonts w:cs="Arial"/>
                <w:b/>
                <w:color w:val="FFFFFF" w:themeColor="background1"/>
                <w:lang w:val="es-CO"/>
              </w:rPr>
              <w:t>HOTEL</w:t>
            </w:r>
          </w:p>
        </w:tc>
        <w:tc>
          <w:tcPr>
            <w:tcW w:w="1866" w:type="pct"/>
            <w:shd w:val="clear" w:color="auto" w:fill="59C119"/>
            <w:vAlign w:val="center"/>
          </w:tcPr>
          <w:p w14:paraId="6A576E9B" w14:textId="77777777" w:rsidR="00316E34" w:rsidRPr="008F47EB" w:rsidRDefault="00316E34">
            <w:pPr>
              <w:spacing w:line="360" w:lineRule="auto"/>
              <w:jc w:val="center"/>
              <w:rPr>
                <w:rFonts w:cs="Arial"/>
                <w:b/>
                <w:color w:val="FFFFFF" w:themeColor="background1"/>
                <w:lang w:val="es-CO"/>
              </w:rPr>
            </w:pPr>
            <w:r w:rsidRPr="008F47EB">
              <w:rPr>
                <w:rFonts w:cs="Arial"/>
                <w:b/>
                <w:color w:val="FFFFFF" w:themeColor="background1"/>
                <w:lang w:val="es-CO"/>
              </w:rPr>
              <w:t>FOTO DE REFERENCIA</w:t>
            </w:r>
          </w:p>
        </w:tc>
      </w:tr>
      <w:tr w:rsidR="008F47EB" w:rsidRPr="008F47EB" w14:paraId="70570DD8" w14:textId="77777777">
        <w:trPr>
          <w:trHeight w:val="964"/>
        </w:trPr>
        <w:tc>
          <w:tcPr>
            <w:tcW w:w="722" w:type="pct"/>
            <w:vAlign w:val="center"/>
            <w:hideMark/>
          </w:tcPr>
          <w:p w14:paraId="73D52DDD" w14:textId="7E663130" w:rsidR="00316E34" w:rsidRPr="008F47EB" w:rsidRDefault="00316E34">
            <w:pPr>
              <w:spacing w:line="360" w:lineRule="auto"/>
              <w:jc w:val="center"/>
              <w:rPr>
                <w:rFonts w:cs="Arial"/>
                <w:lang w:val="es-CO"/>
              </w:rPr>
            </w:pPr>
            <w:r w:rsidRPr="008F47EB">
              <w:rPr>
                <w:rFonts w:cs="Arial"/>
                <w:lang w:val="es-CO"/>
              </w:rPr>
              <w:t>Lisboa</w:t>
            </w:r>
          </w:p>
        </w:tc>
        <w:tc>
          <w:tcPr>
            <w:tcW w:w="919" w:type="pct"/>
            <w:vAlign w:val="center"/>
          </w:tcPr>
          <w:p w14:paraId="544D6FB2" w14:textId="77777777" w:rsidR="00316E34" w:rsidRPr="008F47EB" w:rsidRDefault="00316E34">
            <w:pPr>
              <w:spacing w:line="360" w:lineRule="auto"/>
              <w:jc w:val="center"/>
              <w:rPr>
                <w:rFonts w:cs="Arial"/>
                <w:lang w:val="es-CO"/>
              </w:rPr>
            </w:pPr>
            <w:r w:rsidRPr="008F47EB">
              <w:rPr>
                <w:rFonts w:cs="Arial"/>
                <w:lang w:val="es-CO"/>
              </w:rPr>
              <w:t>4 estrellas</w:t>
            </w:r>
          </w:p>
        </w:tc>
        <w:tc>
          <w:tcPr>
            <w:tcW w:w="1493" w:type="pct"/>
            <w:vAlign w:val="center"/>
            <w:hideMark/>
          </w:tcPr>
          <w:p w14:paraId="39C2D59C" w14:textId="4374BB2E" w:rsidR="00316E34" w:rsidRPr="008F47EB" w:rsidRDefault="00316E34">
            <w:pPr>
              <w:spacing w:line="360" w:lineRule="auto"/>
              <w:jc w:val="center"/>
              <w:rPr>
                <w:rFonts w:cs="Arial"/>
                <w:lang w:val="es-CO"/>
              </w:rPr>
            </w:pPr>
            <w:r w:rsidRPr="008F47EB">
              <w:rPr>
                <w:rFonts w:cs="Arial"/>
              </w:rPr>
              <w:t>Vip Executive Art’s Hotel</w:t>
            </w:r>
          </w:p>
        </w:tc>
        <w:tc>
          <w:tcPr>
            <w:tcW w:w="1866" w:type="pct"/>
            <w:vAlign w:val="center"/>
          </w:tcPr>
          <w:p w14:paraId="552D8B06" w14:textId="77777777" w:rsidR="00212EFD" w:rsidRPr="008F47EB" w:rsidRDefault="00212EFD">
            <w:pPr>
              <w:spacing w:line="360" w:lineRule="auto"/>
              <w:jc w:val="center"/>
              <w:rPr>
                <w:rFonts w:cs="Arial"/>
                <w:lang w:val="es-CO"/>
              </w:rPr>
            </w:pPr>
          </w:p>
          <w:p w14:paraId="02898244" w14:textId="78830396" w:rsidR="00316E34" w:rsidRPr="008F47EB" w:rsidRDefault="00212EFD">
            <w:pPr>
              <w:spacing w:line="360" w:lineRule="auto"/>
              <w:jc w:val="center"/>
              <w:rPr>
                <w:rFonts w:cs="Arial"/>
                <w:lang w:val="es-CO"/>
              </w:rPr>
            </w:pPr>
            <w:r w:rsidRPr="008F47EB">
              <w:rPr>
                <w:rFonts w:cs="Arial"/>
                <w:noProof/>
              </w:rPr>
              <w:drawing>
                <wp:inline distT="0" distB="0" distL="0" distR="0" wp14:anchorId="657D8771" wp14:editId="7B5846E3">
                  <wp:extent cx="1579225" cy="1053548"/>
                  <wp:effectExtent l="0" t="0" r="2540" b="0"/>
                  <wp:docPr id="712034020" name="Imagen 1" descr="VIP Executive Arts Hotel, Lisbo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P Executive Arts Hotel, Lisboa (precios actualizados 20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226" cy="1066224"/>
                          </a:xfrm>
                          <a:prstGeom prst="rect">
                            <a:avLst/>
                          </a:prstGeom>
                          <a:noFill/>
                          <a:ln>
                            <a:noFill/>
                          </a:ln>
                        </pic:spPr>
                      </pic:pic>
                    </a:graphicData>
                  </a:graphic>
                </wp:inline>
              </w:drawing>
            </w:r>
          </w:p>
        </w:tc>
      </w:tr>
      <w:tr w:rsidR="008F47EB" w:rsidRPr="008F47EB" w14:paraId="5A2C3270" w14:textId="77777777">
        <w:trPr>
          <w:trHeight w:val="964"/>
        </w:trPr>
        <w:tc>
          <w:tcPr>
            <w:tcW w:w="722" w:type="pct"/>
            <w:vAlign w:val="center"/>
            <w:hideMark/>
          </w:tcPr>
          <w:p w14:paraId="5B90D961" w14:textId="77777777" w:rsidR="00212EFD" w:rsidRPr="008F47EB" w:rsidRDefault="00212EFD" w:rsidP="00316E34">
            <w:pPr>
              <w:spacing w:line="360" w:lineRule="auto"/>
              <w:jc w:val="center"/>
              <w:rPr>
                <w:rFonts w:cs="Arial"/>
              </w:rPr>
            </w:pPr>
          </w:p>
          <w:p w14:paraId="56BAF894" w14:textId="50E425F4" w:rsidR="00316E34" w:rsidRPr="008F47EB" w:rsidRDefault="00316E34" w:rsidP="00316E34">
            <w:pPr>
              <w:spacing w:line="360" w:lineRule="auto"/>
              <w:jc w:val="center"/>
              <w:rPr>
                <w:rFonts w:cs="Arial"/>
                <w:lang w:val="es-CO"/>
              </w:rPr>
            </w:pPr>
            <w:r w:rsidRPr="008F47EB">
              <w:rPr>
                <w:rFonts w:cs="Arial"/>
              </w:rPr>
              <w:t>Fátima</w:t>
            </w:r>
          </w:p>
        </w:tc>
        <w:tc>
          <w:tcPr>
            <w:tcW w:w="919" w:type="pct"/>
            <w:vAlign w:val="center"/>
          </w:tcPr>
          <w:p w14:paraId="50831C5E" w14:textId="77777777" w:rsidR="00212EFD" w:rsidRPr="008F47EB" w:rsidRDefault="00212EFD" w:rsidP="00316E34">
            <w:pPr>
              <w:spacing w:line="360" w:lineRule="auto"/>
              <w:jc w:val="center"/>
              <w:rPr>
                <w:rFonts w:cs="Arial"/>
                <w:lang w:val="es-CO"/>
              </w:rPr>
            </w:pPr>
          </w:p>
          <w:p w14:paraId="5DDF1FE7" w14:textId="3CE8F81C" w:rsidR="00316E34" w:rsidRPr="008F47EB" w:rsidRDefault="00316E34" w:rsidP="00316E34">
            <w:pPr>
              <w:spacing w:line="360" w:lineRule="auto"/>
              <w:jc w:val="center"/>
              <w:rPr>
                <w:rFonts w:cs="Arial"/>
                <w:lang w:val="es-CO"/>
              </w:rPr>
            </w:pPr>
            <w:r w:rsidRPr="008F47EB">
              <w:rPr>
                <w:rFonts w:cs="Arial"/>
                <w:lang w:val="es-CO"/>
              </w:rPr>
              <w:t>4 estrellas</w:t>
            </w:r>
          </w:p>
        </w:tc>
        <w:tc>
          <w:tcPr>
            <w:tcW w:w="1493" w:type="pct"/>
            <w:hideMark/>
          </w:tcPr>
          <w:p w14:paraId="4A513043" w14:textId="77777777" w:rsidR="00212EFD" w:rsidRPr="008F47EB" w:rsidRDefault="00212EFD" w:rsidP="00316E34">
            <w:pPr>
              <w:spacing w:line="360" w:lineRule="auto"/>
              <w:jc w:val="center"/>
              <w:rPr>
                <w:rFonts w:cs="Arial"/>
              </w:rPr>
            </w:pPr>
          </w:p>
          <w:p w14:paraId="0BB65942" w14:textId="77777777" w:rsidR="00212EFD" w:rsidRPr="008F47EB" w:rsidRDefault="00212EFD" w:rsidP="00316E34">
            <w:pPr>
              <w:spacing w:line="360" w:lineRule="auto"/>
              <w:jc w:val="center"/>
              <w:rPr>
                <w:rFonts w:cs="Arial"/>
              </w:rPr>
            </w:pPr>
          </w:p>
          <w:p w14:paraId="5DC48762" w14:textId="77777777" w:rsidR="00212EFD" w:rsidRPr="008F47EB" w:rsidRDefault="00212EFD" w:rsidP="00212EFD">
            <w:pPr>
              <w:spacing w:line="360" w:lineRule="auto"/>
              <w:jc w:val="center"/>
              <w:rPr>
                <w:rFonts w:cs="Arial"/>
              </w:rPr>
            </w:pPr>
          </w:p>
          <w:p w14:paraId="53D7CE76" w14:textId="1E9BE59D" w:rsidR="00316E34" w:rsidRPr="008F47EB" w:rsidRDefault="00212EFD" w:rsidP="00212EFD">
            <w:pPr>
              <w:spacing w:line="360" w:lineRule="auto"/>
              <w:jc w:val="center"/>
              <w:rPr>
                <w:rFonts w:cs="Arial"/>
                <w:lang w:val="es-CO"/>
              </w:rPr>
            </w:pPr>
            <w:r w:rsidRPr="008F47EB">
              <w:rPr>
                <w:rFonts w:cs="Arial"/>
              </w:rPr>
              <w:t>Regina</w:t>
            </w:r>
          </w:p>
        </w:tc>
        <w:tc>
          <w:tcPr>
            <w:tcW w:w="1866" w:type="pct"/>
            <w:vAlign w:val="center"/>
          </w:tcPr>
          <w:p w14:paraId="4FEE70CF" w14:textId="77777777" w:rsidR="00212EFD" w:rsidRPr="008F47EB" w:rsidRDefault="00212EFD" w:rsidP="00212EFD">
            <w:pPr>
              <w:spacing w:line="360" w:lineRule="auto"/>
              <w:rPr>
                <w:rFonts w:cs="Arial"/>
                <w:lang w:val="es-CO"/>
              </w:rPr>
            </w:pPr>
          </w:p>
          <w:p w14:paraId="19187423" w14:textId="558AFBE5" w:rsidR="00316E34" w:rsidRPr="008F47EB" w:rsidRDefault="00212EFD" w:rsidP="00316E34">
            <w:pPr>
              <w:spacing w:line="360" w:lineRule="auto"/>
              <w:jc w:val="center"/>
              <w:rPr>
                <w:rFonts w:cs="Arial"/>
                <w:lang w:val="es-CO"/>
              </w:rPr>
            </w:pPr>
            <w:r w:rsidRPr="008F47EB">
              <w:rPr>
                <w:rFonts w:cs="Arial"/>
                <w:noProof/>
              </w:rPr>
              <w:drawing>
                <wp:inline distT="0" distB="0" distL="0" distR="0" wp14:anchorId="46B64E64" wp14:editId="461A3BF5">
                  <wp:extent cx="1618954" cy="1080052"/>
                  <wp:effectExtent l="0" t="0" r="635" b="6350"/>
                  <wp:docPr id="2091631084" name="Imagen 2" descr="Hotel Regina, Fátim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Regina, Fátima (precios actualizados 2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1618954" cy="1080052"/>
                          </a:xfrm>
                          <a:prstGeom prst="rect">
                            <a:avLst/>
                          </a:prstGeom>
                          <a:noFill/>
                          <a:ln>
                            <a:noFill/>
                          </a:ln>
                        </pic:spPr>
                      </pic:pic>
                    </a:graphicData>
                  </a:graphic>
                </wp:inline>
              </w:drawing>
            </w:r>
          </w:p>
        </w:tc>
      </w:tr>
      <w:tr w:rsidR="008F47EB" w:rsidRPr="008F47EB" w14:paraId="39EBD807" w14:textId="77777777">
        <w:trPr>
          <w:trHeight w:val="964"/>
        </w:trPr>
        <w:tc>
          <w:tcPr>
            <w:tcW w:w="722" w:type="pct"/>
            <w:vAlign w:val="center"/>
            <w:hideMark/>
          </w:tcPr>
          <w:p w14:paraId="6C97D6B7" w14:textId="553C3A14" w:rsidR="00212EFD" w:rsidRPr="008F47EB" w:rsidRDefault="00212EFD" w:rsidP="00212EFD">
            <w:pPr>
              <w:spacing w:line="360" w:lineRule="auto"/>
              <w:jc w:val="center"/>
              <w:rPr>
                <w:rFonts w:cs="Arial"/>
                <w:lang w:val="es-CO"/>
              </w:rPr>
            </w:pPr>
            <w:r w:rsidRPr="008F47EB">
              <w:rPr>
                <w:rFonts w:cs="Arial"/>
              </w:rPr>
              <w:t>Coimbra</w:t>
            </w:r>
          </w:p>
        </w:tc>
        <w:tc>
          <w:tcPr>
            <w:tcW w:w="919" w:type="pct"/>
            <w:vAlign w:val="center"/>
          </w:tcPr>
          <w:p w14:paraId="18151721" w14:textId="77777777" w:rsidR="00212EFD" w:rsidRPr="008F47EB" w:rsidRDefault="00212EFD" w:rsidP="00212EFD">
            <w:pPr>
              <w:spacing w:line="360" w:lineRule="auto"/>
              <w:jc w:val="center"/>
              <w:rPr>
                <w:rFonts w:cs="Arial"/>
                <w:lang w:val="es-CO"/>
              </w:rPr>
            </w:pPr>
            <w:r w:rsidRPr="008F47EB">
              <w:rPr>
                <w:rFonts w:cs="Arial"/>
                <w:lang w:val="es-CO"/>
              </w:rPr>
              <w:t>4 estrellas</w:t>
            </w:r>
          </w:p>
        </w:tc>
        <w:tc>
          <w:tcPr>
            <w:tcW w:w="1493" w:type="pct"/>
            <w:hideMark/>
          </w:tcPr>
          <w:p w14:paraId="75763755" w14:textId="77777777" w:rsidR="00212EFD" w:rsidRPr="008F47EB" w:rsidRDefault="00212EFD" w:rsidP="00212EFD">
            <w:pPr>
              <w:spacing w:line="360" w:lineRule="auto"/>
              <w:jc w:val="center"/>
              <w:rPr>
                <w:rFonts w:cs="Arial"/>
              </w:rPr>
            </w:pPr>
          </w:p>
          <w:p w14:paraId="7E43D937" w14:textId="77777777" w:rsidR="00212EFD" w:rsidRPr="008F47EB" w:rsidRDefault="00212EFD" w:rsidP="00212EFD">
            <w:pPr>
              <w:spacing w:line="360" w:lineRule="auto"/>
              <w:jc w:val="center"/>
              <w:rPr>
                <w:rFonts w:cs="Arial"/>
              </w:rPr>
            </w:pPr>
          </w:p>
          <w:p w14:paraId="7C250F26" w14:textId="4A8FAD47" w:rsidR="00212EFD" w:rsidRPr="008F47EB" w:rsidRDefault="00212EFD" w:rsidP="00212EFD">
            <w:pPr>
              <w:spacing w:line="360" w:lineRule="auto"/>
              <w:jc w:val="center"/>
              <w:rPr>
                <w:rFonts w:cs="Arial"/>
                <w:lang w:val="es-CO"/>
              </w:rPr>
            </w:pPr>
            <w:r w:rsidRPr="008F47EB">
              <w:rPr>
                <w:rFonts w:cs="Arial"/>
              </w:rPr>
              <w:t>Hotel Coimbra Aeminium</w:t>
            </w:r>
          </w:p>
        </w:tc>
        <w:tc>
          <w:tcPr>
            <w:tcW w:w="1866" w:type="pct"/>
            <w:vAlign w:val="center"/>
          </w:tcPr>
          <w:p w14:paraId="20AC3AAC" w14:textId="77777777" w:rsidR="00212EFD" w:rsidRPr="008F47EB" w:rsidRDefault="00212EFD" w:rsidP="00212EFD">
            <w:pPr>
              <w:spacing w:line="360" w:lineRule="auto"/>
              <w:jc w:val="center"/>
              <w:rPr>
                <w:rFonts w:cs="Arial"/>
                <w:lang w:val="es-CO"/>
              </w:rPr>
            </w:pPr>
          </w:p>
          <w:p w14:paraId="34C30D8E" w14:textId="42B12383" w:rsidR="00212EFD" w:rsidRPr="008F47EB" w:rsidRDefault="00212EFD" w:rsidP="00212EFD">
            <w:pPr>
              <w:spacing w:line="360" w:lineRule="auto"/>
              <w:jc w:val="center"/>
              <w:rPr>
                <w:rFonts w:cs="Arial"/>
                <w:lang w:val="es-CO"/>
              </w:rPr>
            </w:pPr>
            <w:r w:rsidRPr="008F47EB">
              <w:rPr>
                <w:rFonts w:cs="Arial"/>
                <w:noProof/>
              </w:rPr>
              <w:drawing>
                <wp:inline distT="0" distB="0" distL="0" distR="0" wp14:anchorId="57439B13" wp14:editId="6147481F">
                  <wp:extent cx="1555620" cy="1052471"/>
                  <wp:effectExtent l="0" t="0" r="6985" b="0"/>
                  <wp:docPr id="806690599" name="Imagen 4" descr="HOTEL COIMBRA AEMINIUM, AFFILIATED BY MELIÁ (Portugal): reseñas y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EL COIMBRA AEMINIUM, AFFILIATED BY MELIÁ (Portugal): reseñas y precios  20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8346" cy="1094909"/>
                          </a:xfrm>
                          <a:prstGeom prst="rect">
                            <a:avLst/>
                          </a:prstGeom>
                          <a:noFill/>
                          <a:ln>
                            <a:noFill/>
                          </a:ln>
                        </pic:spPr>
                      </pic:pic>
                    </a:graphicData>
                  </a:graphic>
                </wp:inline>
              </w:drawing>
            </w:r>
          </w:p>
        </w:tc>
      </w:tr>
      <w:tr w:rsidR="008F47EB" w:rsidRPr="008F47EB" w14:paraId="476ADAFC" w14:textId="77777777">
        <w:trPr>
          <w:trHeight w:val="964"/>
        </w:trPr>
        <w:tc>
          <w:tcPr>
            <w:tcW w:w="722" w:type="pct"/>
            <w:vAlign w:val="center"/>
            <w:hideMark/>
          </w:tcPr>
          <w:p w14:paraId="27CB5D69" w14:textId="7639D2AA" w:rsidR="00212EFD" w:rsidRPr="008F47EB" w:rsidRDefault="00212EFD" w:rsidP="00212EFD">
            <w:pPr>
              <w:spacing w:line="360" w:lineRule="auto"/>
              <w:jc w:val="center"/>
              <w:rPr>
                <w:rFonts w:cs="Arial"/>
                <w:lang w:val="es-CO"/>
              </w:rPr>
            </w:pPr>
            <w:r w:rsidRPr="008F47EB">
              <w:rPr>
                <w:rFonts w:cs="Arial"/>
              </w:rPr>
              <w:t>Porto</w:t>
            </w:r>
          </w:p>
        </w:tc>
        <w:tc>
          <w:tcPr>
            <w:tcW w:w="919" w:type="pct"/>
            <w:vAlign w:val="center"/>
          </w:tcPr>
          <w:p w14:paraId="3FCB48F4" w14:textId="77777777" w:rsidR="00212EFD" w:rsidRPr="008F47EB" w:rsidRDefault="00212EFD" w:rsidP="00212EFD">
            <w:pPr>
              <w:spacing w:line="360" w:lineRule="auto"/>
              <w:jc w:val="center"/>
              <w:rPr>
                <w:rFonts w:cs="Arial"/>
                <w:lang w:val="es-CO"/>
              </w:rPr>
            </w:pPr>
            <w:r w:rsidRPr="008F47EB">
              <w:rPr>
                <w:rFonts w:cs="Arial"/>
                <w:lang w:val="es-CO"/>
              </w:rPr>
              <w:t>4 estrellas</w:t>
            </w:r>
          </w:p>
        </w:tc>
        <w:tc>
          <w:tcPr>
            <w:tcW w:w="1493" w:type="pct"/>
            <w:vAlign w:val="center"/>
            <w:hideMark/>
          </w:tcPr>
          <w:p w14:paraId="4E2EB773" w14:textId="77777777" w:rsidR="00212EFD" w:rsidRPr="008F47EB" w:rsidRDefault="00212EFD" w:rsidP="00212EFD">
            <w:pPr>
              <w:spacing w:line="360" w:lineRule="auto"/>
              <w:jc w:val="center"/>
              <w:rPr>
                <w:rFonts w:cs="Arial"/>
              </w:rPr>
            </w:pPr>
          </w:p>
          <w:p w14:paraId="74BAA13D" w14:textId="1028204A" w:rsidR="00212EFD" w:rsidRPr="008F47EB" w:rsidRDefault="00212EFD" w:rsidP="00212EFD">
            <w:pPr>
              <w:spacing w:line="360" w:lineRule="auto"/>
              <w:jc w:val="center"/>
              <w:rPr>
                <w:rFonts w:cs="Arial"/>
                <w:lang w:val="es-CO"/>
              </w:rPr>
            </w:pPr>
            <w:r w:rsidRPr="008F47EB">
              <w:rPr>
                <w:rFonts w:cs="Arial"/>
              </w:rPr>
              <w:t xml:space="preserve">Vila Galé Porto </w:t>
            </w:r>
          </w:p>
        </w:tc>
        <w:tc>
          <w:tcPr>
            <w:tcW w:w="1866" w:type="pct"/>
            <w:vAlign w:val="center"/>
          </w:tcPr>
          <w:p w14:paraId="34DF7D16" w14:textId="77777777" w:rsidR="008F47EB" w:rsidRPr="008F47EB" w:rsidRDefault="008F47EB" w:rsidP="00212EFD">
            <w:pPr>
              <w:spacing w:line="360" w:lineRule="auto"/>
              <w:jc w:val="center"/>
              <w:rPr>
                <w:rFonts w:cs="Arial"/>
                <w:lang w:val="es-CO"/>
              </w:rPr>
            </w:pPr>
          </w:p>
          <w:p w14:paraId="36C890E1" w14:textId="346F821E" w:rsidR="00212EFD" w:rsidRPr="008F47EB" w:rsidRDefault="008F47EB" w:rsidP="00212EFD">
            <w:pPr>
              <w:spacing w:line="360" w:lineRule="auto"/>
              <w:jc w:val="center"/>
              <w:rPr>
                <w:rFonts w:cs="Arial"/>
                <w:lang w:val="es-CO"/>
              </w:rPr>
            </w:pPr>
            <w:r w:rsidRPr="008F47EB">
              <w:rPr>
                <w:rFonts w:cs="Arial"/>
                <w:noProof/>
              </w:rPr>
              <w:drawing>
                <wp:inline distT="0" distB="0" distL="0" distR="0" wp14:anchorId="1D1EAEE3" wp14:editId="3A2EE763">
                  <wp:extent cx="1550181" cy="861391"/>
                  <wp:effectExtent l="0" t="0" r="0" b="0"/>
                  <wp:docPr id="1905501306" name="Imagen 5" descr="VILA GALÉ PORTO desde $ 448.529 (Oporto, Portugal)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LA GALÉ PORTO desde $ 448.529 (Oporto, Portugal) - opiniones y  comentarios - hotel - Tripadvi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578111" cy="876911"/>
                          </a:xfrm>
                          <a:prstGeom prst="rect">
                            <a:avLst/>
                          </a:prstGeom>
                          <a:noFill/>
                          <a:ln>
                            <a:noFill/>
                          </a:ln>
                        </pic:spPr>
                      </pic:pic>
                    </a:graphicData>
                  </a:graphic>
                </wp:inline>
              </w:drawing>
            </w:r>
          </w:p>
        </w:tc>
      </w:tr>
      <w:tr w:rsidR="008F47EB" w:rsidRPr="008F47EB" w14:paraId="7C687B53" w14:textId="77777777">
        <w:trPr>
          <w:trHeight w:val="964"/>
        </w:trPr>
        <w:tc>
          <w:tcPr>
            <w:tcW w:w="722" w:type="pct"/>
            <w:vAlign w:val="center"/>
            <w:hideMark/>
          </w:tcPr>
          <w:p w14:paraId="695FC7D1" w14:textId="054F36A4" w:rsidR="00212EFD" w:rsidRPr="008F47EB" w:rsidRDefault="00212EFD" w:rsidP="00212EFD">
            <w:pPr>
              <w:spacing w:line="360" w:lineRule="auto"/>
              <w:jc w:val="center"/>
              <w:rPr>
                <w:rFonts w:cs="Arial"/>
                <w:lang w:val="es-CO"/>
              </w:rPr>
            </w:pPr>
            <w:r w:rsidRPr="008F47EB">
              <w:rPr>
                <w:rFonts w:cs="Arial"/>
                <w:lang w:val="es-CO"/>
              </w:rPr>
              <w:t>Porto</w:t>
            </w:r>
          </w:p>
        </w:tc>
        <w:tc>
          <w:tcPr>
            <w:tcW w:w="919" w:type="pct"/>
            <w:vAlign w:val="center"/>
          </w:tcPr>
          <w:p w14:paraId="1A8187B4" w14:textId="77777777" w:rsidR="00212EFD" w:rsidRPr="008F47EB" w:rsidRDefault="00212EFD" w:rsidP="00212EFD">
            <w:pPr>
              <w:spacing w:line="360" w:lineRule="auto"/>
              <w:jc w:val="center"/>
              <w:rPr>
                <w:rFonts w:cs="Arial"/>
                <w:lang w:val="es-CO"/>
              </w:rPr>
            </w:pPr>
            <w:r w:rsidRPr="008F47EB">
              <w:rPr>
                <w:rFonts w:cs="Arial"/>
                <w:lang w:val="es-CO"/>
              </w:rPr>
              <w:t>4 estrellas</w:t>
            </w:r>
          </w:p>
        </w:tc>
        <w:tc>
          <w:tcPr>
            <w:tcW w:w="1493" w:type="pct"/>
            <w:vAlign w:val="center"/>
            <w:hideMark/>
          </w:tcPr>
          <w:p w14:paraId="763FB1A5" w14:textId="30846F24" w:rsidR="00212EFD" w:rsidRPr="008F47EB" w:rsidRDefault="00212EFD" w:rsidP="00212EFD">
            <w:pPr>
              <w:spacing w:line="360" w:lineRule="auto"/>
              <w:jc w:val="center"/>
              <w:rPr>
                <w:rFonts w:cs="Arial"/>
                <w:lang w:val="es-CO"/>
              </w:rPr>
            </w:pPr>
            <w:r w:rsidRPr="008F47EB">
              <w:rPr>
                <w:rFonts w:cs="Arial"/>
              </w:rPr>
              <w:t>Portus Cale</w:t>
            </w:r>
          </w:p>
        </w:tc>
        <w:tc>
          <w:tcPr>
            <w:tcW w:w="1866" w:type="pct"/>
            <w:vAlign w:val="center"/>
          </w:tcPr>
          <w:p w14:paraId="58ECE82B" w14:textId="77777777" w:rsidR="008F47EB" w:rsidRPr="008F47EB" w:rsidRDefault="008F47EB" w:rsidP="00212EFD">
            <w:pPr>
              <w:spacing w:line="360" w:lineRule="auto"/>
              <w:jc w:val="center"/>
              <w:rPr>
                <w:rFonts w:cs="Arial"/>
                <w:lang w:val="es-CO"/>
              </w:rPr>
            </w:pPr>
          </w:p>
          <w:p w14:paraId="048EFC0F" w14:textId="2E38ED1B" w:rsidR="00212EFD" w:rsidRPr="008F47EB" w:rsidRDefault="008F47EB" w:rsidP="00212EFD">
            <w:pPr>
              <w:spacing w:line="360" w:lineRule="auto"/>
              <w:jc w:val="center"/>
              <w:rPr>
                <w:rFonts w:cs="Arial"/>
                <w:lang w:val="es-CO"/>
              </w:rPr>
            </w:pPr>
            <w:r w:rsidRPr="008F47EB">
              <w:rPr>
                <w:rFonts w:cs="Arial"/>
                <w:noProof/>
              </w:rPr>
              <w:drawing>
                <wp:inline distT="0" distB="0" distL="0" distR="0" wp14:anchorId="1FEFAAFD" wp14:editId="007D482B">
                  <wp:extent cx="1549962" cy="1078230"/>
                  <wp:effectExtent l="0" t="0" r="0" b="7620"/>
                  <wp:docPr id="418692975" name="Imagen 6" descr="Portus Cale&quot;) | Portugal actually got its name for the city…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us Cale&quot;) | Portugal actually got its name for the city… | Flick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1559764" cy="1085048"/>
                          </a:xfrm>
                          <a:prstGeom prst="rect">
                            <a:avLst/>
                          </a:prstGeom>
                          <a:noFill/>
                          <a:ln>
                            <a:noFill/>
                          </a:ln>
                        </pic:spPr>
                      </pic:pic>
                    </a:graphicData>
                  </a:graphic>
                </wp:inline>
              </w:drawing>
            </w:r>
          </w:p>
        </w:tc>
      </w:tr>
    </w:tbl>
    <w:p w14:paraId="21E364D8" w14:textId="77777777" w:rsidR="00316E34" w:rsidRDefault="00316E34">
      <w:pPr>
        <w:pStyle w:val="ListParagraph"/>
        <w:rPr>
          <w:rFonts w:cs="Arial"/>
          <w:lang w:val="es-CO"/>
        </w:rPr>
      </w:pPr>
    </w:p>
    <w:p w14:paraId="5BD131F8" w14:textId="77777777" w:rsidR="003024F6" w:rsidRDefault="003024F6">
      <w:pPr>
        <w:pStyle w:val="ListParagraph"/>
        <w:rPr>
          <w:rFonts w:cs="Arial"/>
          <w:lang w:val="es-CO"/>
        </w:rPr>
      </w:pPr>
    </w:p>
    <w:p w14:paraId="01C120E9" w14:textId="77777777" w:rsidR="003024F6" w:rsidRPr="008F47EB" w:rsidRDefault="003024F6">
      <w:pPr>
        <w:pStyle w:val="ListParagraph"/>
        <w:rPr>
          <w:rFonts w:cs="Arial"/>
          <w:lang w:val="es-CO"/>
        </w:rPr>
      </w:pPr>
    </w:p>
    <w:p w14:paraId="7F130F46" w14:textId="2FA5AB68" w:rsidR="00187AF3" w:rsidRPr="008F47EB" w:rsidRDefault="00316E34" w:rsidP="00316E34">
      <w:pPr>
        <w:pStyle w:val="Heading1"/>
        <w:keepNext w:val="0"/>
        <w:keepLines w:val="0"/>
        <w:spacing w:before="0" w:line="360" w:lineRule="auto"/>
        <w:jc w:val="both"/>
        <w:rPr>
          <w:rFonts w:ascii="Arial" w:eastAsiaTheme="minorHAnsi" w:hAnsi="Arial" w:cs="Arial"/>
          <w:color w:val="59C119"/>
          <w:sz w:val="26"/>
          <w:szCs w:val="26"/>
          <w:lang w:val="es-ES" w:eastAsia="pt-PT"/>
        </w:rPr>
      </w:pPr>
      <w:r w:rsidRPr="008F47EB">
        <w:rPr>
          <w:rFonts w:ascii="Arial" w:eastAsiaTheme="minorHAnsi" w:hAnsi="Arial" w:cs="Arial"/>
          <w:color w:val="59C119"/>
          <w:sz w:val="26"/>
          <w:szCs w:val="26"/>
          <w:lang w:val="es-ES" w:eastAsia="pt-PT"/>
        </w:rPr>
        <w:t>INCLUYE</w:t>
      </w:r>
    </w:p>
    <w:p w14:paraId="6C334A2D" w14:textId="77777777" w:rsidR="0010246B" w:rsidRDefault="00FE620F" w:rsidP="0010246B">
      <w:pPr>
        <w:pStyle w:val="ListParagraph"/>
        <w:numPr>
          <w:ilvl w:val="0"/>
          <w:numId w:val="13"/>
        </w:numPr>
        <w:rPr>
          <w:rFonts w:cs="Arial"/>
          <w:lang w:val="es-CO"/>
        </w:rPr>
      </w:pPr>
      <w:r w:rsidRPr="0010246B">
        <w:rPr>
          <w:rFonts w:cs="Arial"/>
          <w:lang w:val="es-CO"/>
        </w:rPr>
        <w:t>8 desayuno</w:t>
      </w:r>
      <w:r w:rsidR="003024F6" w:rsidRPr="0010246B">
        <w:rPr>
          <w:rFonts w:cs="Arial"/>
          <w:lang w:val="es-CO"/>
        </w:rPr>
        <w:t>s</w:t>
      </w:r>
    </w:p>
    <w:p w14:paraId="553D7EEC" w14:textId="77777777" w:rsidR="0010246B" w:rsidRDefault="00FE620F" w:rsidP="0010246B">
      <w:pPr>
        <w:pStyle w:val="ListParagraph"/>
        <w:numPr>
          <w:ilvl w:val="0"/>
          <w:numId w:val="13"/>
        </w:numPr>
        <w:rPr>
          <w:rFonts w:cs="Arial"/>
          <w:lang w:val="es-CO"/>
        </w:rPr>
      </w:pPr>
      <w:r w:rsidRPr="0010246B">
        <w:rPr>
          <w:rFonts w:cs="Arial"/>
          <w:lang w:val="es-CO"/>
        </w:rPr>
        <w:t>Circuito en autobús de turismo</w:t>
      </w:r>
    </w:p>
    <w:p w14:paraId="50575C0C" w14:textId="77777777" w:rsidR="0010246B" w:rsidRDefault="00FE620F" w:rsidP="0010246B">
      <w:pPr>
        <w:pStyle w:val="ListParagraph"/>
        <w:numPr>
          <w:ilvl w:val="0"/>
          <w:numId w:val="13"/>
        </w:numPr>
        <w:rPr>
          <w:rFonts w:cs="Arial"/>
          <w:lang w:val="es-CO"/>
        </w:rPr>
      </w:pPr>
      <w:r w:rsidRPr="0010246B">
        <w:rPr>
          <w:rFonts w:cs="Arial"/>
          <w:lang w:val="es-CO"/>
        </w:rPr>
        <w:t>Traslados de llegada y salida (los traslados solo se incluyen si recibimos información de vuelo con más de 15</w:t>
      </w:r>
      <w:r w:rsidR="003024F6" w:rsidRPr="0010246B">
        <w:rPr>
          <w:rFonts w:cs="Arial"/>
          <w:lang w:val="es-CO"/>
        </w:rPr>
        <w:t xml:space="preserve"> </w:t>
      </w:r>
      <w:r w:rsidRPr="0010246B">
        <w:rPr>
          <w:rFonts w:cs="Arial"/>
          <w:lang w:val="es-CO"/>
        </w:rPr>
        <w:t>días de anticipación)</w:t>
      </w:r>
    </w:p>
    <w:p w14:paraId="10665BEE" w14:textId="77777777" w:rsidR="0010246B" w:rsidRDefault="00FE620F" w:rsidP="0010246B">
      <w:pPr>
        <w:pStyle w:val="ListParagraph"/>
        <w:numPr>
          <w:ilvl w:val="0"/>
          <w:numId w:val="13"/>
        </w:numPr>
        <w:rPr>
          <w:rFonts w:cs="Arial"/>
          <w:lang w:val="es-CO"/>
        </w:rPr>
      </w:pPr>
      <w:r w:rsidRPr="0010246B">
        <w:rPr>
          <w:rFonts w:cs="Arial"/>
          <w:lang w:val="es-CO"/>
        </w:rPr>
        <w:t>Estancia en habitaciones dobles en los hoteles mencionados</w:t>
      </w:r>
    </w:p>
    <w:p w14:paraId="11DFEBA6" w14:textId="77777777" w:rsidR="0010246B" w:rsidRDefault="00FE620F" w:rsidP="0010246B">
      <w:pPr>
        <w:pStyle w:val="ListParagraph"/>
        <w:numPr>
          <w:ilvl w:val="0"/>
          <w:numId w:val="13"/>
        </w:numPr>
        <w:rPr>
          <w:rFonts w:cs="Arial"/>
          <w:lang w:val="es-CO"/>
        </w:rPr>
      </w:pPr>
      <w:r w:rsidRPr="0010246B">
        <w:rPr>
          <w:rFonts w:cs="Arial"/>
          <w:lang w:val="es-CO"/>
        </w:rPr>
        <w:t>Tasas hoteleras y de servicios</w:t>
      </w:r>
    </w:p>
    <w:p w14:paraId="4342B5CB" w14:textId="77777777" w:rsidR="00CB5AA1" w:rsidRDefault="00220DD5" w:rsidP="00CB5AA1">
      <w:pPr>
        <w:pStyle w:val="ListParagraph"/>
        <w:numPr>
          <w:ilvl w:val="0"/>
          <w:numId w:val="13"/>
        </w:numPr>
        <w:rPr>
          <w:rFonts w:cs="Arial"/>
          <w:lang w:val="es-CO"/>
        </w:rPr>
      </w:pPr>
      <w:r w:rsidRPr="0010246B">
        <w:rPr>
          <w:rFonts w:cs="Arial"/>
          <w:lang w:val="es-CO"/>
        </w:rPr>
        <w:t xml:space="preserve">Servicio de maleteros, siempre que posible, en la salida de los hoteles </w:t>
      </w:r>
      <w:r w:rsidR="00CB5AA1">
        <w:rPr>
          <w:rFonts w:cs="Arial"/>
          <w:lang w:val="es-CO"/>
        </w:rPr>
        <w:t xml:space="preserve"> </w:t>
      </w:r>
      <w:r w:rsidRPr="00CB5AA1">
        <w:rPr>
          <w:rFonts w:cs="Arial"/>
          <w:lang w:val="es-CO"/>
        </w:rPr>
        <w:t>(1 maleta por persona)</w:t>
      </w:r>
    </w:p>
    <w:p w14:paraId="6860AD99" w14:textId="77777777" w:rsidR="00CB5AA1" w:rsidRDefault="00220DD5" w:rsidP="00CB5AA1">
      <w:pPr>
        <w:pStyle w:val="ListParagraph"/>
        <w:numPr>
          <w:ilvl w:val="0"/>
          <w:numId w:val="13"/>
        </w:numPr>
        <w:rPr>
          <w:rFonts w:cs="Arial"/>
          <w:lang w:val="es-CO"/>
        </w:rPr>
      </w:pPr>
      <w:r w:rsidRPr="00CB5AA1">
        <w:rPr>
          <w:rFonts w:cs="Arial"/>
          <w:lang w:val="es-CO"/>
        </w:rPr>
        <w:t>Acompañamiento en todo el circuito por un guía bilingüe Abreu (portugués y español)</w:t>
      </w:r>
    </w:p>
    <w:p w14:paraId="1485D83B" w14:textId="0CC88012" w:rsidR="00187AF3" w:rsidRPr="008F47EB" w:rsidRDefault="005A4D4C" w:rsidP="00CB5AA1">
      <w:pPr>
        <w:pStyle w:val="ListParagraph"/>
        <w:numPr>
          <w:ilvl w:val="0"/>
          <w:numId w:val="13"/>
        </w:numPr>
        <w:rPr>
          <w:rFonts w:cs="Arial"/>
          <w:lang w:val="es-CO"/>
        </w:rPr>
      </w:pPr>
      <w:r w:rsidRPr="008F47EB">
        <w:rPr>
          <w:rFonts w:cs="Arial"/>
          <w:lang w:val="es-CO"/>
        </w:rPr>
        <w:t>Visitas de ciudad (incluidas) con guía local</w:t>
      </w:r>
      <w:r w:rsidR="00E4123A">
        <w:rPr>
          <w:rFonts w:cs="Arial"/>
          <w:lang w:val="es-CO"/>
        </w:rPr>
        <w:t xml:space="preserve"> en</w:t>
      </w:r>
      <w:r w:rsidRPr="008F47EB">
        <w:rPr>
          <w:rFonts w:cs="Arial"/>
          <w:lang w:val="es-CO"/>
        </w:rPr>
        <w:t xml:space="preserve"> Lisboa y Oporto</w:t>
      </w:r>
    </w:p>
    <w:p w14:paraId="395B3E56" w14:textId="7683651C" w:rsidR="00187AF3" w:rsidRPr="00E4123A" w:rsidRDefault="005A4D4C" w:rsidP="008C5254">
      <w:pPr>
        <w:pStyle w:val="ListParagraph"/>
        <w:numPr>
          <w:ilvl w:val="0"/>
          <w:numId w:val="13"/>
        </w:numPr>
        <w:rPr>
          <w:rFonts w:cs="Arial"/>
          <w:lang w:val="es-CO"/>
        </w:rPr>
      </w:pPr>
      <w:r w:rsidRPr="008F47EB">
        <w:rPr>
          <w:rFonts w:cs="Arial"/>
          <w:lang w:val="es-CO"/>
        </w:rPr>
        <w:t>Otras ciudades y lugares comentados por nuestro guía: Óbidos, Nazaré, Fátima,</w:t>
      </w:r>
      <w:r w:rsidR="00E4123A">
        <w:rPr>
          <w:rFonts w:cs="Arial"/>
          <w:lang w:val="es-CO"/>
        </w:rPr>
        <w:t xml:space="preserve"> </w:t>
      </w:r>
      <w:r w:rsidRPr="008F47EB">
        <w:rPr>
          <w:rFonts w:cs="Arial"/>
          <w:lang w:val="es-CO"/>
        </w:rPr>
        <w:t>Sierra de Estrella,</w:t>
      </w:r>
      <w:r w:rsidR="00E4123A">
        <w:rPr>
          <w:rFonts w:cs="Arial"/>
          <w:lang w:val="es-CO"/>
        </w:rPr>
        <w:t xml:space="preserve"> </w:t>
      </w:r>
      <w:r w:rsidRPr="00E4123A">
        <w:rPr>
          <w:rFonts w:cs="Arial"/>
          <w:lang w:val="es-CO"/>
        </w:rPr>
        <w:t>Coimbra, Aveiro, Costa Nova, Guimarães, Porto, Braga y Santiago de Compostela</w:t>
      </w:r>
    </w:p>
    <w:p w14:paraId="19E69F8C" w14:textId="77777777" w:rsidR="008C5254" w:rsidRDefault="00236ECD" w:rsidP="008C5254">
      <w:pPr>
        <w:pStyle w:val="ListParagraph"/>
        <w:numPr>
          <w:ilvl w:val="0"/>
          <w:numId w:val="13"/>
        </w:numPr>
        <w:rPr>
          <w:rFonts w:cs="Arial"/>
          <w:lang w:val="es-CO"/>
        </w:rPr>
      </w:pPr>
      <w:r w:rsidRPr="008C5254">
        <w:rPr>
          <w:rFonts w:cs="Arial"/>
          <w:lang w:val="es-CO"/>
        </w:rPr>
        <w:t>Entradas a museos y monumentos según el itinerario: Santuario de Fátima, Santuario de Bom Jesus de</w:t>
      </w:r>
      <w:r w:rsidR="00E4123A" w:rsidRPr="008C5254">
        <w:rPr>
          <w:rFonts w:cs="Arial"/>
          <w:lang w:val="es-CO"/>
        </w:rPr>
        <w:t xml:space="preserve"> </w:t>
      </w:r>
      <w:r w:rsidRPr="008C5254">
        <w:rPr>
          <w:rFonts w:cs="Arial"/>
          <w:lang w:val="es-CO"/>
        </w:rPr>
        <w:t>Braga (subida en el teleférico accionado por agua)</w:t>
      </w:r>
    </w:p>
    <w:p w14:paraId="58293067" w14:textId="77777777" w:rsidR="008C5254" w:rsidRDefault="00236ECD" w:rsidP="008C5254">
      <w:pPr>
        <w:pStyle w:val="ListParagraph"/>
        <w:numPr>
          <w:ilvl w:val="0"/>
          <w:numId w:val="13"/>
        </w:numPr>
        <w:rPr>
          <w:rFonts w:cs="Arial"/>
          <w:lang w:val="es-CO"/>
        </w:rPr>
      </w:pPr>
      <w:r w:rsidRPr="008C5254">
        <w:rPr>
          <w:rFonts w:cs="Arial"/>
          <w:lang w:val="es-CO"/>
        </w:rPr>
        <w:t>Visita de una Bodega de Vino de Oporto, con degustación</w:t>
      </w:r>
    </w:p>
    <w:p w14:paraId="45824E54" w14:textId="20E6FA9E" w:rsidR="00187AF3" w:rsidRPr="008F47EB" w:rsidRDefault="005A4D4C" w:rsidP="008C5254">
      <w:pPr>
        <w:pStyle w:val="ListParagraph"/>
        <w:numPr>
          <w:ilvl w:val="0"/>
          <w:numId w:val="13"/>
        </w:numPr>
        <w:rPr>
          <w:rFonts w:cs="Arial"/>
          <w:lang w:val="es-CO"/>
        </w:rPr>
      </w:pPr>
      <w:r w:rsidRPr="008F47EB">
        <w:rPr>
          <w:rFonts w:cs="Arial"/>
          <w:lang w:val="es-CO"/>
        </w:rPr>
        <w:t>Auriculares para mayor comodidad durante las visitas.</w:t>
      </w:r>
    </w:p>
    <w:p w14:paraId="16C9385C" w14:textId="77777777" w:rsidR="008C5254" w:rsidRPr="008C5254" w:rsidRDefault="008C5254" w:rsidP="008C5254">
      <w:pPr>
        <w:rPr>
          <w:rFonts w:cs="Arial"/>
          <w:lang w:val="es-CO"/>
        </w:rPr>
      </w:pPr>
    </w:p>
    <w:p w14:paraId="677FCFAB" w14:textId="7C563C8E" w:rsidR="001B0C00" w:rsidRPr="001B0C00" w:rsidRDefault="00316E34" w:rsidP="001B0C00">
      <w:pPr>
        <w:pStyle w:val="Heading1"/>
        <w:keepNext w:val="0"/>
        <w:keepLines w:val="0"/>
        <w:spacing w:before="0" w:line="360" w:lineRule="auto"/>
        <w:jc w:val="both"/>
        <w:rPr>
          <w:rFonts w:ascii="Arial" w:eastAsiaTheme="minorHAnsi" w:hAnsi="Arial" w:cs="Arial"/>
          <w:color w:val="59C119"/>
          <w:sz w:val="26"/>
          <w:szCs w:val="26"/>
          <w:lang w:val="es-ES" w:eastAsia="pt-PT"/>
        </w:rPr>
      </w:pPr>
      <w:r w:rsidRPr="008F47EB">
        <w:rPr>
          <w:rFonts w:ascii="Arial" w:eastAsiaTheme="minorHAnsi" w:hAnsi="Arial" w:cs="Arial"/>
          <w:color w:val="59C119"/>
          <w:sz w:val="26"/>
          <w:szCs w:val="26"/>
          <w:lang w:val="es-ES" w:eastAsia="pt-PT"/>
        </w:rPr>
        <w:t>NO INCLUYE</w:t>
      </w:r>
    </w:p>
    <w:p w14:paraId="08AACD22" w14:textId="77777777" w:rsidR="001B0C00" w:rsidRPr="00372A46" w:rsidRDefault="001B0C00" w:rsidP="001B0C00">
      <w:pPr>
        <w:pStyle w:val="ListParagraph"/>
        <w:numPr>
          <w:ilvl w:val="0"/>
          <w:numId w:val="16"/>
        </w:numPr>
        <w:ind w:left="709"/>
        <w:rPr>
          <w:rFonts w:cs="Arial"/>
          <w:lang w:val="es-CO"/>
        </w:rPr>
      </w:pPr>
      <w:r w:rsidRPr="00372A46">
        <w:rPr>
          <w:rFonts w:cs="Arial"/>
          <w:lang w:val="es-CO"/>
        </w:rPr>
        <w:t>Trámite de visado.</w:t>
      </w:r>
    </w:p>
    <w:p w14:paraId="1B8C4C3F" w14:textId="77777777" w:rsidR="001B0C00" w:rsidRPr="00372A46" w:rsidRDefault="001B0C00" w:rsidP="001B0C00">
      <w:pPr>
        <w:pStyle w:val="ListParagraph"/>
        <w:numPr>
          <w:ilvl w:val="0"/>
          <w:numId w:val="16"/>
        </w:numPr>
        <w:ind w:left="709"/>
        <w:rPr>
          <w:rFonts w:cs="Arial"/>
          <w:lang w:val="es-CO"/>
        </w:rPr>
      </w:pPr>
      <w:r w:rsidRPr="00372A46">
        <w:rPr>
          <w:rFonts w:cs="Arial"/>
          <w:lang w:val="es-CO"/>
        </w:rPr>
        <w:t>Gastos personales.</w:t>
      </w:r>
    </w:p>
    <w:p w14:paraId="7055DDE2" w14:textId="77777777" w:rsidR="001B0C00" w:rsidRPr="00372A46" w:rsidRDefault="001B0C00" w:rsidP="001B0C00">
      <w:pPr>
        <w:pStyle w:val="ListParagraph"/>
        <w:numPr>
          <w:ilvl w:val="0"/>
          <w:numId w:val="16"/>
        </w:numPr>
        <w:ind w:left="709"/>
        <w:rPr>
          <w:rFonts w:cs="Arial"/>
          <w:lang w:val="es-CO"/>
        </w:rPr>
      </w:pPr>
      <w:r w:rsidRPr="00372A46">
        <w:rPr>
          <w:rFonts w:cs="Arial"/>
          <w:lang w:val="es-CO"/>
        </w:rPr>
        <w:t>USD 50 tasas de hoteles y cuota de servicio (pago en destino).</w:t>
      </w:r>
    </w:p>
    <w:p w14:paraId="292E0E81" w14:textId="77777777" w:rsidR="001B0C00" w:rsidRPr="00372A46" w:rsidRDefault="001B0C00" w:rsidP="001B0C00">
      <w:pPr>
        <w:pStyle w:val="ListParagraph"/>
        <w:numPr>
          <w:ilvl w:val="0"/>
          <w:numId w:val="16"/>
        </w:numPr>
        <w:ind w:left="709"/>
        <w:rPr>
          <w:rFonts w:cs="Arial"/>
          <w:lang w:val="es-CO"/>
        </w:rPr>
      </w:pPr>
      <w:r w:rsidRPr="00372A46">
        <w:rPr>
          <w:rFonts w:cs="Arial"/>
          <w:lang w:val="es-CO"/>
        </w:rPr>
        <w:t>Propinas de guía y conductor.</w:t>
      </w:r>
    </w:p>
    <w:p w14:paraId="66EF37D0" w14:textId="77777777" w:rsidR="001B0C00" w:rsidRPr="00372A46" w:rsidRDefault="001B0C00" w:rsidP="001B0C00">
      <w:pPr>
        <w:pStyle w:val="ListParagraph"/>
        <w:numPr>
          <w:ilvl w:val="0"/>
          <w:numId w:val="16"/>
        </w:numPr>
        <w:ind w:left="709"/>
        <w:rPr>
          <w:rFonts w:cs="Arial"/>
          <w:lang w:val="es-CO"/>
        </w:rPr>
      </w:pPr>
      <w:r w:rsidRPr="00372A46">
        <w:rPr>
          <w:rFonts w:cs="Arial"/>
          <w:lang w:val="es-CO"/>
        </w:rPr>
        <w:t>Vuelos internacionales y domésticos.</w:t>
      </w:r>
    </w:p>
    <w:p w14:paraId="023D1550" w14:textId="77777777" w:rsidR="001B0C00" w:rsidRPr="00372A46" w:rsidRDefault="001B0C00" w:rsidP="001B0C00">
      <w:pPr>
        <w:pStyle w:val="ListParagraph"/>
        <w:numPr>
          <w:ilvl w:val="0"/>
          <w:numId w:val="16"/>
        </w:numPr>
        <w:ind w:left="709"/>
        <w:rPr>
          <w:rFonts w:cs="Arial"/>
          <w:lang w:val="es-CO"/>
        </w:rPr>
      </w:pPr>
      <w:r w:rsidRPr="00372A46">
        <w:rPr>
          <w:rFonts w:cs="Arial"/>
          <w:lang w:val="es-CO"/>
        </w:rPr>
        <w:t>Comidas, bebidas o cualquier gasto no mencionado como incluido.</w:t>
      </w:r>
    </w:p>
    <w:p w14:paraId="7C673D01" w14:textId="77777777" w:rsidR="001B0C00" w:rsidRPr="00372A46" w:rsidRDefault="001B0C00" w:rsidP="001B0C00">
      <w:pPr>
        <w:pStyle w:val="ListParagraph"/>
        <w:numPr>
          <w:ilvl w:val="0"/>
          <w:numId w:val="16"/>
        </w:numPr>
        <w:ind w:left="709"/>
        <w:rPr>
          <w:rFonts w:cs="Arial"/>
          <w:lang w:val="es-CO"/>
        </w:rPr>
      </w:pPr>
      <w:r w:rsidRPr="00372A46">
        <w:rPr>
          <w:rFonts w:cs="Arial"/>
          <w:lang w:val="es-CO"/>
        </w:rPr>
        <w:t>Excursiones opcionales.</w:t>
      </w:r>
    </w:p>
    <w:p w14:paraId="5D3B475F" w14:textId="77777777" w:rsidR="00212EFD" w:rsidRPr="00E4123A" w:rsidRDefault="00212EFD" w:rsidP="00E4123A">
      <w:pPr>
        <w:rPr>
          <w:rFonts w:cs="Arial"/>
          <w:lang w:val="es-CO"/>
        </w:rPr>
      </w:pPr>
    </w:p>
    <w:p w14:paraId="02F37DA1" w14:textId="77777777" w:rsidR="00316E34" w:rsidRPr="008F47EB" w:rsidRDefault="00316E34" w:rsidP="00316E34">
      <w:pPr>
        <w:pStyle w:val="Heading1"/>
        <w:keepNext w:val="0"/>
        <w:keepLines w:val="0"/>
        <w:spacing w:before="0" w:line="360" w:lineRule="auto"/>
        <w:jc w:val="both"/>
        <w:rPr>
          <w:rFonts w:ascii="Arial" w:eastAsiaTheme="minorHAnsi" w:hAnsi="Arial" w:cs="Arial"/>
          <w:color w:val="59C119"/>
          <w:sz w:val="26"/>
          <w:szCs w:val="26"/>
          <w:lang w:val="es-ES"/>
        </w:rPr>
      </w:pPr>
      <w:r w:rsidRPr="008F47EB">
        <w:rPr>
          <w:rFonts w:ascii="Arial" w:eastAsiaTheme="minorHAnsi" w:hAnsi="Arial" w:cs="Arial"/>
          <w:color w:val="59C119"/>
          <w:sz w:val="26"/>
          <w:szCs w:val="26"/>
          <w:lang w:val="es-ES"/>
        </w:rPr>
        <w:t>NOTAS IMPORTANTES:</w:t>
      </w:r>
    </w:p>
    <w:p w14:paraId="44F071B3" w14:textId="77777777" w:rsidR="00316E34" w:rsidRPr="008F47EB" w:rsidRDefault="00316E34" w:rsidP="00316E3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5746BE96" w14:textId="77777777" w:rsidR="00316E34" w:rsidRPr="008F47EB" w:rsidRDefault="00316E34" w:rsidP="00316E3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 xml:space="preserve">Durante las ferias u otros eventos especiales, el alojamiento podrá realizarse en hoteles y/o ciudades distintas de los indicados en el itinerario. </w:t>
      </w:r>
    </w:p>
    <w:p w14:paraId="500A632C" w14:textId="77777777" w:rsidR="00316E34" w:rsidRPr="008F47EB" w:rsidRDefault="00316E34" w:rsidP="00316E3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En caso necesario, podrán introducirse cambios en el orden de los itinerarios y visitas descritos en el itinerario.</w:t>
      </w:r>
    </w:p>
    <w:p w14:paraId="398B714A" w14:textId="77777777" w:rsidR="00316E34" w:rsidRPr="008F47EB" w:rsidRDefault="00316E34" w:rsidP="00316E3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Se salvaguardarán los posibles cambios en el programa debidos a carreteras intransitables por causas meteorológicas u otros motivos de fuerza mayor.</w:t>
      </w:r>
    </w:p>
    <w:p w14:paraId="358609B6" w14:textId="77777777" w:rsidR="00316E34" w:rsidRPr="008F47EB" w:rsidRDefault="00316E34" w:rsidP="00316E3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Itinerario no recomendado para niños menores de 5 años (incluidos). Nos reservamos el derecho de no aceptar participantes hasta esta edad.</w:t>
      </w:r>
    </w:p>
    <w:p w14:paraId="722F5F2F" w14:textId="260B4EC1" w:rsidR="00316E34" w:rsidRPr="006070B4" w:rsidRDefault="00316E34" w:rsidP="006070B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Las habitaciones triples son habitaciones dobles con una cama extra (a veces un sofá cama).</w:t>
      </w:r>
      <w:r w:rsidRPr="006070B4">
        <w:rPr>
          <w:rFonts w:ascii="Arial" w:eastAsiaTheme="minorHAnsi" w:hAnsi="Arial" w:cs="Arial"/>
          <w:bCs/>
          <w:lang w:val="es-ES"/>
        </w:rPr>
        <w:t xml:space="preserve"> A veces, esta cama extra es más pequeña que las camas normales y, en este caso, sólo se recomienda para niños y adolescentes.</w:t>
      </w:r>
    </w:p>
    <w:p w14:paraId="71C141B0" w14:textId="78CF7CA3" w:rsidR="001B0C00" w:rsidRDefault="00316E34" w:rsidP="00316E3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w:t>
      </w:r>
      <w:r w:rsidR="006070B4">
        <w:rPr>
          <w:rFonts w:ascii="Arial" w:eastAsiaTheme="minorHAnsi" w:hAnsi="Arial" w:cs="Arial"/>
          <w:bCs/>
          <w:lang w:val="es-ES"/>
        </w:rPr>
        <w:t xml:space="preserve"> </w:t>
      </w:r>
    </w:p>
    <w:p w14:paraId="1E6386A3" w14:textId="66C369DD" w:rsidR="00316E34" w:rsidRPr="008F47EB" w:rsidRDefault="00316E34" w:rsidP="00316E3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 xml:space="preserv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13A54D40" w14:textId="3E737A15" w:rsidR="006070B4" w:rsidRPr="006070B4" w:rsidRDefault="00316E34" w:rsidP="006070B4">
      <w:pPr>
        <w:pStyle w:val="NoSpacing"/>
        <w:numPr>
          <w:ilvl w:val="0"/>
          <w:numId w:val="11"/>
        </w:numPr>
        <w:spacing w:line="360" w:lineRule="auto"/>
        <w:jc w:val="both"/>
        <w:rPr>
          <w:rFonts w:ascii="Arial" w:eastAsiaTheme="minorHAnsi" w:hAnsi="Arial" w:cs="Arial"/>
          <w:bCs/>
          <w:lang w:val="es-ES"/>
        </w:rPr>
      </w:pPr>
      <w:r w:rsidRPr="008F47EB">
        <w:rPr>
          <w:rFonts w:ascii="Arial" w:eastAsiaTheme="minorHAnsi" w:hAnsi="Arial" w:cs="Arial"/>
          <w:bCs/>
          <w:lang w:val="es-ES"/>
        </w:rPr>
        <w:t xml:space="preserve">Los recorridos panorámicos finalizan en el centro de las ciudades para que pueda disfrutar plenamente de su tiempo libre. </w:t>
      </w:r>
      <w:r w:rsidRPr="006070B4">
        <w:rPr>
          <w:rFonts w:ascii="Arial" w:eastAsiaTheme="minorHAnsi" w:hAnsi="Arial" w:cs="Arial"/>
          <w:bCs/>
          <w:lang w:val="es-ES"/>
        </w:rPr>
        <w:t>Camine a su propio ritmo, saboree la gastronomía en alguno de los restaurantes recomendados o explore un monumento o museo de su preferencia. Más tarde, regrese al hotel en el horario que más le convenga (el regreso será por cuenta del pasajero)</w:t>
      </w:r>
    </w:p>
    <w:sectPr w:rsidR="006070B4" w:rsidRPr="006070B4"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32106C"/>
    <w:multiLevelType w:val="hybridMultilevel"/>
    <w:tmpl w:val="10863F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8F73FF6"/>
    <w:multiLevelType w:val="hybridMultilevel"/>
    <w:tmpl w:val="08088286"/>
    <w:lvl w:ilvl="0" w:tplc="240A0001">
      <w:start w:val="1"/>
      <w:numFmt w:val="bullet"/>
      <w:lvlText w:val=""/>
      <w:lvlJc w:val="left"/>
      <w:pPr>
        <w:ind w:left="729" w:hanging="360"/>
      </w:pPr>
      <w:rPr>
        <w:rFonts w:ascii="Symbol" w:hAnsi="Symbol" w:hint="default"/>
      </w:rPr>
    </w:lvl>
    <w:lvl w:ilvl="1" w:tplc="240A0003" w:tentative="1">
      <w:start w:val="1"/>
      <w:numFmt w:val="bullet"/>
      <w:lvlText w:val="o"/>
      <w:lvlJc w:val="left"/>
      <w:pPr>
        <w:ind w:left="1449" w:hanging="360"/>
      </w:pPr>
      <w:rPr>
        <w:rFonts w:ascii="Courier New" w:hAnsi="Courier New" w:cs="Courier New" w:hint="default"/>
      </w:rPr>
    </w:lvl>
    <w:lvl w:ilvl="2" w:tplc="240A0005" w:tentative="1">
      <w:start w:val="1"/>
      <w:numFmt w:val="bullet"/>
      <w:lvlText w:val=""/>
      <w:lvlJc w:val="left"/>
      <w:pPr>
        <w:ind w:left="2169" w:hanging="360"/>
      </w:pPr>
      <w:rPr>
        <w:rFonts w:ascii="Wingdings" w:hAnsi="Wingdings" w:hint="default"/>
      </w:rPr>
    </w:lvl>
    <w:lvl w:ilvl="3" w:tplc="240A0001" w:tentative="1">
      <w:start w:val="1"/>
      <w:numFmt w:val="bullet"/>
      <w:lvlText w:val=""/>
      <w:lvlJc w:val="left"/>
      <w:pPr>
        <w:ind w:left="2889" w:hanging="360"/>
      </w:pPr>
      <w:rPr>
        <w:rFonts w:ascii="Symbol" w:hAnsi="Symbol" w:hint="default"/>
      </w:rPr>
    </w:lvl>
    <w:lvl w:ilvl="4" w:tplc="240A0003" w:tentative="1">
      <w:start w:val="1"/>
      <w:numFmt w:val="bullet"/>
      <w:lvlText w:val="o"/>
      <w:lvlJc w:val="left"/>
      <w:pPr>
        <w:ind w:left="3609" w:hanging="360"/>
      </w:pPr>
      <w:rPr>
        <w:rFonts w:ascii="Courier New" w:hAnsi="Courier New" w:cs="Courier New" w:hint="default"/>
      </w:rPr>
    </w:lvl>
    <w:lvl w:ilvl="5" w:tplc="240A0005" w:tentative="1">
      <w:start w:val="1"/>
      <w:numFmt w:val="bullet"/>
      <w:lvlText w:val=""/>
      <w:lvlJc w:val="left"/>
      <w:pPr>
        <w:ind w:left="4329" w:hanging="360"/>
      </w:pPr>
      <w:rPr>
        <w:rFonts w:ascii="Wingdings" w:hAnsi="Wingdings" w:hint="default"/>
      </w:rPr>
    </w:lvl>
    <w:lvl w:ilvl="6" w:tplc="240A0001" w:tentative="1">
      <w:start w:val="1"/>
      <w:numFmt w:val="bullet"/>
      <w:lvlText w:val=""/>
      <w:lvlJc w:val="left"/>
      <w:pPr>
        <w:ind w:left="5049" w:hanging="360"/>
      </w:pPr>
      <w:rPr>
        <w:rFonts w:ascii="Symbol" w:hAnsi="Symbol" w:hint="default"/>
      </w:rPr>
    </w:lvl>
    <w:lvl w:ilvl="7" w:tplc="240A0003" w:tentative="1">
      <w:start w:val="1"/>
      <w:numFmt w:val="bullet"/>
      <w:lvlText w:val="o"/>
      <w:lvlJc w:val="left"/>
      <w:pPr>
        <w:ind w:left="5769" w:hanging="360"/>
      </w:pPr>
      <w:rPr>
        <w:rFonts w:ascii="Courier New" w:hAnsi="Courier New" w:cs="Courier New" w:hint="default"/>
      </w:rPr>
    </w:lvl>
    <w:lvl w:ilvl="8" w:tplc="240A0005" w:tentative="1">
      <w:start w:val="1"/>
      <w:numFmt w:val="bullet"/>
      <w:lvlText w:val=""/>
      <w:lvlJc w:val="left"/>
      <w:pPr>
        <w:ind w:left="6489" w:hanging="360"/>
      </w:pPr>
      <w:rPr>
        <w:rFonts w:ascii="Wingdings" w:hAnsi="Wingdings" w:hint="default"/>
      </w:rPr>
    </w:lvl>
  </w:abstractNum>
  <w:abstractNum w:abstractNumId="11" w15:restartNumberingAfterBreak="0">
    <w:nsid w:val="3E6F5B96"/>
    <w:multiLevelType w:val="hybridMultilevel"/>
    <w:tmpl w:val="98EE59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FE54CCD"/>
    <w:multiLevelType w:val="hybridMultilevel"/>
    <w:tmpl w:val="2BFA7046"/>
    <w:lvl w:ilvl="0" w:tplc="240A0001">
      <w:start w:val="1"/>
      <w:numFmt w:val="bullet"/>
      <w:lvlText w:val=""/>
      <w:lvlJc w:val="left"/>
      <w:pPr>
        <w:ind w:left="777" w:hanging="360"/>
      </w:pPr>
      <w:rPr>
        <w:rFonts w:ascii="Symbol" w:hAnsi="Symbol" w:hint="default"/>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13" w15:restartNumberingAfterBreak="0">
    <w:nsid w:val="59BC48A5"/>
    <w:multiLevelType w:val="hybridMultilevel"/>
    <w:tmpl w:val="816C7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834833"/>
    <w:multiLevelType w:val="hybridMultilevel"/>
    <w:tmpl w:val="1CAAE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4585615"/>
    <w:multiLevelType w:val="hybridMultilevel"/>
    <w:tmpl w:val="8684F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42155093">
    <w:abstractNumId w:val="8"/>
  </w:num>
  <w:num w:numId="2" w16cid:durableId="471872589">
    <w:abstractNumId w:val="6"/>
  </w:num>
  <w:num w:numId="3" w16cid:durableId="1097022868">
    <w:abstractNumId w:val="5"/>
  </w:num>
  <w:num w:numId="4" w16cid:durableId="446581289">
    <w:abstractNumId w:val="4"/>
  </w:num>
  <w:num w:numId="5" w16cid:durableId="149517815">
    <w:abstractNumId w:val="7"/>
  </w:num>
  <w:num w:numId="6" w16cid:durableId="773476851">
    <w:abstractNumId w:val="3"/>
  </w:num>
  <w:num w:numId="7" w16cid:durableId="554587847">
    <w:abstractNumId w:val="2"/>
  </w:num>
  <w:num w:numId="8" w16cid:durableId="690187507">
    <w:abstractNumId w:val="1"/>
  </w:num>
  <w:num w:numId="9" w16cid:durableId="115023799">
    <w:abstractNumId w:val="0"/>
  </w:num>
  <w:num w:numId="10" w16cid:durableId="1634483885">
    <w:abstractNumId w:val="10"/>
  </w:num>
  <w:num w:numId="11" w16cid:durableId="1077899955">
    <w:abstractNumId w:val="9"/>
  </w:num>
  <w:num w:numId="12" w16cid:durableId="1117287217">
    <w:abstractNumId w:val="15"/>
  </w:num>
  <w:num w:numId="13" w16cid:durableId="753891444">
    <w:abstractNumId w:val="13"/>
  </w:num>
  <w:num w:numId="14" w16cid:durableId="669332438">
    <w:abstractNumId w:val="12"/>
  </w:num>
  <w:num w:numId="15" w16cid:durableId="284820825">
    <w:abstractNumId w:val="14"/>
  </w:num>
  <w:num w:numId="16" w16cid:durableId="15011193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A9C"/>
    <w:rsid w:val="00034616"/>
    <w:rsid w:val="0006063C"/>
    <w:rsid w:val="0008721C"/>
    <w:rsid w:val="0010246B"/>
    <w:rsid w:val="0015074B"/>
    <w:rsid w:val="00187AF3"/>
    <w:rsid w:val="001B0C00"/>
    <w:rsid w:val="00212EFD"/>
    <w:rsid w:val="00220DD5"/>
    <w:rsid w:val="00236ECD"/>
    <w:rsid w:val="0024202B"/>
    <w:rsid w:val="0028472E"/>
    <w:rsid w:val="0029639D"/>
    <w:rsid w:val="002E775C"/>
    <w:rsid w:val="003024F6"/>
    <w:rsid w:val="00316E34"/>
    <w:rsid w:val="00326F90"/>
    <w:rsid w:val="0033496A"/>
    <w:rsid w:val="003718D1"/>
    <w:rsid w:val="00381D65"/>
    <w:rsid w:val="003D11E8"/>
    <w:rsid w:val="004123A4"/>
    <w:rsid w:val="00420A03"/>
    <w:rsid w:val="004A160A"/>
    <w:rsid w:val="00525446"/>
    <w:rsid w:val="00582D6B"/>
    <w:rsid w:val="005A4D4C"/>
    <w:rsid w:val="005F3591"/>
    <w:rsid w:val="0060391F"/>
    <w:rsid w:val="006070B4"/>
    <w:rsid w:val="0064026B"/>
    <w:rsid w:val="00661012"/>
    <w:rsid w:val="00783131"/>
    <w:rsid w:val="007F4C5A"/>
    <w:rsid w:val="008726E9"/>
    <w:rsid w:val="008C5254"/>
    <w:rsid w:val="008E7374"/>
    <w:rsid w:val="008F47EB"/>
    <w:rsid w:val="009065C5"/>
    <w:rsid w:val="009519A7"/>
    <w:rsid w:val="00957457"/>
    <w:rsid w:val="009830D9"/>
    <w:rsid w:val="00A44E3A"/>
    <w:rsid w:val="00A9530D"/>
    <w:rsid w:val="00AA1D8D"/>
    <w:rsid w:val="00B221C8"/>
    <w:rsid w:val="00B47730"/>
    <w:rsid w:val="00BD7B47"/>
    <w:rsid w:val="00BE76FA"/>
    <w:rsid w:val="00C37FB5"/>
    <w:rsid w:val="00C44396"/>
    <w:rsid w:val="00C7532C"/>
    <w:rsid w:val="00CB0664"/>
    <w:rsid w:val="00CB5AA1"/>
    <w:rsid w:val="00DE3654"/>
    <w:rsid w:val="00E4123A"/>
    <w:rsid w:val="00EB0C3C"/>
    <w:rsid w:val="00EB7595"/>
    <w:rsid w:val="00F3531C"/>
    <w:rsid w:val="00F56A66"/>
    <w:rsid w:val="00F96E51"/>
    <w:rsid w:val="00FC693F"/>
    <w:rsid w:val="00FD47BD"/>
    <w:rsid w:val="00FE0166"/>
    <w:rsid w:val="00FE6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728"/>
  <w14:defaultImageDpi w14:val="300"/>
  <w15:docId w15:val="{E4576E14-3835-4268-90C3-D59D9E72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1380</Words>
  <Characters>7872</Characters>
  <Application>Microsoft Office Word</Application>
  <DocSecurity>4</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Allison Guerrero</cp:lastModifiedBy>
  <cp:revision>30</cp:revision>
  <dcterms:created xsi:type="dcterms:W3CDTF">2026-03-03T23:52:00Z</dcterms:created>
  <dcterms:modified xsi:type="dcterms:W3CDTF">2026-03-05T17:22:00Z</dcterms:modified>
  <cp:category/>
</cp:coreProperties>
</file>