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E10DF" w14:textId="78CDA1FB" w:rsidR="00DA68B7" w:rsidRDefault="007C6207">
      <w:pPr>
        <w:rPr>
          <w:rFonts w:ascii="Arial" w:eastAsiaTheme="majorEastAsia" w:hAnsi="Arial" w:cs="Arial"/>
          <w:b/>
          <w:bCs/>
          <w:color w:val="59C119"/>
          <w:sz w:val="32"/>
          <w:szCs w:val="32"/>
          <w:lang w:val="es-CO"/>
        </w:rPr>
      </w:pPr>
      <w:r>
        <w:rPr>
          <w:rFonts w:ascii="Arial" w:hAnsi="Arial" w:cs="Arial"/>
          <w:noProof/>
          <w:color w:val="59C119"/>
          <w:sz w:val="32"/>
          <w:szCs w:val="32"/>
          <w:lang w:val="es-CO"/>
        </w:rPr>
        <w:drawing>
          <wp:anchor distT="0" distB="0" distL="114300" distR="114300" simplePos="0" relativeHeight="251658240" behindDoc="0" locked="0" layoutInCell="1" allowOverlap="1" wp14:anchorId="03CC0C14" wp14:editId="0DAB99FC">
            <wp:simplePos x="0" y="0"/>
            <wp:positionH relativeFrom="column">
              <wp:posOffset>-1143000</wp:posOffset>
            </wp:positionH>
            <wp:positionV relativeFrom="paragraph">
              <wp:posOffset>-930303</wp:posOffset>
            </wp:positionV>
            <wp:extent cx="7760473" cy="10090150"/>
            <wp:effectExtent l="0" t="0" r="0" b="6350"/>
            <wp:wrapNone/>
            <wp:docPr id="658836802" name="Imagen 1" descr="Imagen que contiene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36802" name="Imagen 1" descr="Imagen que contiene 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677" cy="101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8B7">
        <w:rPr>
          <w:rFonts w:ascii="Arial" w:hAnsi="Arial" w:cs="Arial"/>
          <w:color w:val="59C119"/>
          <w:sz w:val="32"/>
          <w:szCs w:val="32"/>
          <w:lang w:val="es-CO"/>
        </w:rPr>
        <w:br w:type="page"/>
      </w:r>
    </w:p>
    <w:p w14:paraId="2A4DF882" w14:textId="527FC2B9" w:rsidR="003159DB" w:rsidRDefault="00344917" w:rsidP="0069631C">
      <w:pPr>
        <w:pStyle w:val="Heading1"/>
        <w:jc w:val="center"/>
        <w:rPr>
          <w:rFonts w:ascii="Arial" w:hAnsi="Arial" w:cs="Arial"/>
          <w:color w:val="59C119"/>
          <w:sz w:val="32"/>
          <w:szCs w:val="32"/>
          <w:lang w:val="es-CO"/>
        </w:rPr>
      </w:pPr>
      <w:r w:rsidRPr="0069631C">
        <w:rPr>
          <w:rFonts w:ascii="Arial" w:hAnsi="Arial" w:cs="Arial"/>
          <w:color w:val="59C119"/>
          <w:sz w:val="32"/>
          <w:szCs w:val="32"/>
          <w:lang w:val="es-CO"/>
        </w:rPr>
        <w:t>TENTACIONES DE JAPÓN</w:t>
      </w:r>
    </w:p>
    <w:p w14:paraId="0630A1C1" w14:textId="77777777" w:rsidR="0069631C" w:rsidRPr="0069631C" w:rsidRDefault="0069631C" w:rsidP="0069631C">
      <w:pPr>
        <w:rPr>
          <w:lang w:val="es-CO"/>
        </w:rPr>
      </w:pPr>
    </w:p>
    <w:p w14:paraId="0C43692C" w14:textId="55665CDF" w:rsidR="003159DB" w:rsidRPr="0069631C" w:rsidRDefault="00344917">
      <w:p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Duración: 7 Días</w:t>
      </w:r>
      <w:r w:rsidR="00E92C76">
        <w:rPr>
          <w:rFonts w:ascii="Arial" w:hAnsi="Arial" w:cs="Arial"/>
          <w:lang w:val="es-CO"/>
        </w:rPr>
        <w:t xml:space="preserve"> / </w:t>
      </w:r>
      <w:r w:rsidR="00E92C76" w:rsidRPr="0069631C">
        <w:rPr>
          <w:rFonts w:ascii="Arial" w:hAnsi="Arial" w:cs="Arial"/>
          <w:lang w:val="es-CO"/>
        </w:rPr>
        <w:t>6 Noches</w:t>
      </w:r>
    </w:p>
    <w:p w14:paraId="11267D93" w14:textId="4D48BD36" w:rsidR="003159DB" w:rsidRPr="0069631C" w:rsidRDefault="00344917">
      <w:p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Salidas: martes según calendario establecido</w:t>
      </w:r>
      <w:r w:rsidR="0069631C">
        <w:rPr>
          <w:rFonts w:ascii="Arial" w:hAnsi="Arial" w:cs="Arial"/>
          <w:lang w:val="es-CO"/>
        </w:rPr>
        <w:t xml:space="preserve">, </w:t>
      </w:r>
      <w:r w:rsidRPr="0069631C">
        <w:rPr>
          <w:rFonts w:ascii="Arial" w:hAnsi="Arial" w:cs="Arial"/>
          <w:lang w:val="es-CO"/>
        </w:rPr>
        <w:t>mínimo 2 pasajeros</w:t>
      </w:r>
    </w:p>
    <w:p w14:paraId="0CAC39E9" w14:textId="77777777" w:rsidR="003159DB" w:rsidRPr="0069631C" w:rsidRDefault="00344917" w:rsidP="0069631C">
      <w:pPr>
        <w:pStyle w:val="Heading2"/>
        <w:rPr>
          <w:lang w:val="es-CO"/>
        </w:rPr>
      </w:pPr>
      <w:r w:rsidRPr="0069631C">
        <w:rPr>
          <w:lang w:val="es-CO"/>
        </w:rPr>
        <w:t>ITINERARIO</w:t>
      </w:r>
    </w:p>
    <w:p w14:paraId="19CD9E8F" w14:textId="77777777" w:rsidR="0069631C" w:rsidRPr="0069631C" w:rsidRDefault="00344917" w:rsidP="0069631C">
      <w:pPr>
        <w:pStyle w:val="Heading3"/>
      </w:pPr>
      <w:r w:rsidRPr="0069631C">
        <w:t>DÍA 1 – Llegada a Tokio</w:t>
      </w:r>
    </w:p>
    <w:p w14:paraId="46365A63" w14:textId="43511CE0" w:rsidR="003159DB" w:rsidRPr="0069631C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Traslado aeropuerto (Narita/Haneda).</w:t>
      </w:r>
    </w:p>
    <w:p w14:paraId="1258B785" w14:textId="77777777" w:rsidR="0069631C" w:rsidRDefault="00344917" w:rsidP="0069631C">
      <w:pPr>
        <w:pStyle w:val="Heading3"/>
      </w:pPr>
      <w:r w:rsidRPr="0069631C">
        <w:t>DÍA 2 – Tokio</w:t>
      </w:r>
    </w:p>
    <w:p w14:paraId="2E367164" w14:textId="18BC7ECA" w:rsidR="003159DB" w:rsidRPr="0069631C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 xml:space="preserve">Visita media jornada (Santuario Meiji, Palacio Imperial, Templo </w:t>
      </w:r>
      <w:proofErr w:type="spellStart"/>
      <w:r w:rsidRPr="0069631C">
        <w:rPr>
          <w:rFonts w:ascii="Arial" w:hAnsi="Arial" w:cs="Arial"/>
          <w:lang w:val="es-CO"/>
        </w:rPr>
        <w:t>Senso</w:t>
      </w:r>
      <w:proofErr w:type="spellEnd"/>
      <w:r w:rsidRPr="0069631C">
        <w:rPr>
          <w:rFonts w:ascii="Arial" w:hAnsi="Arial" w:cs="Arial"/>
          <w:lang w:val="es-CO"/>
        </w:rPr>
        <w:t>-ji).</w:t>
      </w:r>
    </w:p>
    <w:p w14:paraId="5D12553C" w14:textId="77777777" w:rsidR="0069631C" w:rsidRDefault="00344917" w:rsidP="0069631C">
      <w:pPr>
        <w:pStyle w:val="Heading3"/>
      </w:pPr>
      <w:r w:rsidRPr="0069631C">
        <w:t xml:space="preserve">DÍA 3 – Tokio – </w:t>
      </w:r>
      <w:proofErr w:type="spellStart"/>
      <w:r w:rsidRPr="0069631C">
        <w:t>Hakone</w:t>
      </w:r>
      <w:proofErr w:type="spellEnd"/>
      <w:r w:rsidRPr="0069631C">
        <w:t xml:space="preserve"> – Tokio</w:t>
      </w:r>
    </w:p>
    <w:p w14:paraId="79A8D29B" w14:textId="5C8B0A2D" w:rsidR="003159DB" w:rsidRPr="0069631C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 xml:space="preserve">Excursión completa con almuerzo (Lago Ashi, Santuario </w:t>
      </w:r>
      <w:proofErr w:type="spellStart"/>
      <w:r w:rsidRPr="0069631C">
        <w:rPr>
          <w:rFonts w:ascii="Arial" w:hAnsi="Arial" w:cs="Arial"/>
          <w:lang w:val="es-CO"/>
        </w:rPr>
        <w:t>Hakone</w:t>
      </w:r>
      <w:proofErr w:type="spellEnd"/>
      <w:r w:rsidRPr="0069631C">
        <w:rPr>
          <w:rFonts w:ascii="Arial" w:hAnsi="Arial" w:cs="Arial"/>
          <w:lang w:val="es-CO"/>
        </w:rPr>
        <w:t>, Museo al Aire Libre).</w:t>
      </w:r>
    </w:p>
    <w:p w14:paraId="1E1E6658" w14:textId="77777777" w:rsidR="0069631C" w:rsidRDefault="00344917" w:rsidP="0069631C">
      <w:pPr>
        <w:pStyle w:val="Heading3"/>
      </w:pPr>
      <w:r w:rsidRPr="0069631C">
        <w:t>DÍA 4 – Tokio – Kioto – Nara</w:t>
      </w:r>
    </w:p>
    <w:p w14:paraId="5CA476DF" w14:textId="4BCD4D61" w:rsidR="003159DB" w:rsidRPr="0069631C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 xml:space="preserve">Tren bala Nozomi. Visita a Nara (Templo </w:t>
      </w:r>
      <w:proofErr w:type="spellStart"/>
      <w:r w:rsidRPr="0069631C">
        <w:rPr>
          <w:rFonts w:ascii="Arial" w:hAnsi="Arial" w:cs="Arial"/>
          <w:lang w:val="es-CO"/>
        </w:rPr>
        <w:t>Todai</w:t>
      </w:r>
      <w:proofErr w:type="spellEnd"/>
      <w:r w:rsidRPr="0069631C">
        <w:rPr>
          <w:rFonts w:ascii="Arial" w:hAnsi="Arial" w:cs="Arial"/>
          <w:lang w:val="es-CO"/>
        </w:rPr>
        <w:t>-ji y Parque de los Ciervos).</w:t>
      </w:r>
    </w:p>
    <w:p w14:paraId="7315AD19" w14:textId="77777777" w:rsidR="0069631C" w:rsidRDefault="00344917" w:rsidP="0069631C">
      <w:pPr>
        <w:pStyle w:val="Heading3"/>
      </w:pPr>
      <w:r w:rsidRPr="0069631C">
        <w:t>DÍA 5 – Kioto</w:t>
      </w:r>
    </w:p>
    <w:p w14:paraId="2C713EE0" w14:textId="41765131" w:rsidR="003159DB" w:rsidRPr="0069631C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Visita jornada completa (</w:t>
      </w:r>
      <w:proofErr w:type="spellStart"/>
      <w:r w:rsidRPr="0069631C">
        <w:rPr>
          <w:rFonts w:ascii="Arial" w:hAnsi="Arial" w:cs="Arial"/>
          <w:lang w:val="es-CO"/>
        </w:rPr>
        <w:t>Sanjusangendo</w:t>
      </w:r>
      <w:proofErr w:type="spellEnd"/>
      <w:r w:rsidRPr="0069631C">
        <w:rPr>
          <w:rFonts w:ascii="Arial" w:hAnsi="Arial" w:cs="Arial"/>
          <w:lang w:val="es-CO"/>
        </w:rPr>
        <w:t xml:space="preserve">, Fushimi Inari, </w:t>
      </w:r>
      <w:proofErr w:type="spellStart"/>
      <w:r w:rsidRPr="0069631C">
        <w:rPr>
          <w:rFonts w:ascii="Arial" w:hAnsi="Arial" w:cs="Arial"/>
          <w:lang w:val="es-CO"/>
        </w:rPr>
        <w:t>Kinkaku</w:t>
      </w:r>
      <w:proofErr w:type="spellEnd"/>
      <w:r w:rsidRPr="0069631C">
        <w:rPr>
          <w:rFonts w:ascii="Arial" w:hAnsi="Arial" w:cs="Arial"/>
          <w:lang w:val="es-CO"/>
        </w:rPr>
        <w:t>-ji, Tenryu-ji y Bosque de Bambú). Almuerzo incluido.</w:t>
      </w:r>
    </w:p>
    <w:p w14:paraId="399734A4" w14:textId="77777777" w:rsidR="0069631C" w:rsidRDefault="00344917" w:rsidP="0069631C">
      <w:pPr>
        <w:pStyle w:val="Heading3"/>
      </w:pPr>
      <w:r w:rsidRPr="0069631C">
        <w:t>DÍA 6 – Kioto</w:t>
      </w:r>
    </w:p>
    <w:p w14:paraId="0F85E681" w14:textId="554E581D" w:rsidR="003159DB" w:rsidRPr="0069631C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Día libre. Opcional: Hiroshima &amp; Miyajima.</w:t>
      </w:r>
    </w:p>
    <w:p w14:paraId="6ACF6BA8" w14:textId="77777777" w:rsidR="0069631C" w:rsidRDefault="00344917" w:rsidP="0069631C">
      <w:pPr>
        <w:pStyle w:val="Heading3"/>
      </w:pPr>
      <w:r w:rsidRPr="0069631C">
        <w:t>DÍA 7 – Salida de Japón</w:t>
      </w:r>
    </w:p>
    <w:p w14:paraId="1EE88F26" w14:textId="34598EFE" w:rsidR="003159DB" w:rsidRDefault="00344917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 xml:space="preserve">Traslado aeropuerto </w:t>
      </w:r>
      <w:proofErr w:type="spellStart"/>
      <w:r w:rsidRPr="0069631C">
        <w:rPr>
          <w:rFonts w:ascii="Arial" w:hAnsi="Arial" w:cs="Arial"/>
          <w:lang w:val="es-CO"/>
        </w:rPr>
        <w:t>Kansai</w:t>
      </w:r>
      <w:proofErr w:type="spellEnd"/>
      <w:r w:rsidRPr="0069631C">
        <w:rPr>
          <w:rFonts w:ascii="Arial" w:hAnsi="Arial" w:cs="Arial"/>
          <w:lang w:val="es-CO"/>
        </w:rPr>
        <w:t xml:space="preserve"> (KIX/ITM).</w:t>
      </w:r>
    </w:p>
    <w:p w14:paraId="3CA66CAF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541A579A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33EFCEEC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241C2106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31259DDE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51839B0E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78F17460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47744CE1" w14:textId="77777777" w:rsid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11D8EC99" w14:textId="2FD95B96" w:rsidR="68A2F9D6" w:rsidRDefault="68A2F9D6" w:rsidP="68A2F9D6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2A6F2381" w14:textId="39D60E1E" w:rsidR="68A2F9D6" w:rsidRDefault="68A2F9D6" w:rsidP="68A2F9D6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0F58746F" w14:textId="77777777" w:rsidR="0069631C" w:rsidRPr="0069631C" w:rsidRDefault="0069631C" w:rsidP="0069631C">
      <w:pPr>
        <w:pStyle w:val="ListBullet"/>
        <w:numPr>
          <w:ilvl w:val="0"/>
          <w:numId w:val="0"/>
        </w:numPr>
        <w:rPr>
          <w:rFonts w:ascii="Arial" w:hAnsi="Arial" w:cs="Arial"/>
          <w:lang w:val="es-CO"/>
        </w:rPr>
      </w:pPr>
    </w:p>
    <w:p w14:paraId="5AC865B1" w14:textId="23EEDF1D" w:rsidR="003159DB" w:rsidRPr="0069631C" w:rsidRDefault="00344917" w:rsidP="0069631C">
      <w:pPr>
        <w:pStyle w:val="Heading2"/>
      </w:pPr>
      <w:r w:rsidRPr="0069631C">
        <w:t xml:space="preserve">TARIFAS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0"/>
        <w:gridCol w:w="1272"/>
        <w:gridCol w:w="1842"/>
        <w:gridCol w:w="1275"/>
        <w:gridCol w:w="1277"/>
        <w:gridCol w:w="1660"/>
      </w:tblGrid>
      <w:tr w:rsidR="0069631C" w:rsidRPr="0069631C" w14:paraId="47938C8C" w14:textId="77777777" w:rsidTr="0069631C">
        <w:trPr>
          <w:trHeight w:val="652"/>
        </w:trPr>
        <w:tc>
          <w:tcPr>
            <w:tcW w:w="864" w:type="pct"/>
            <w:shd w:val="clear" w:color="auto" w:fill="59C119"/>
            <w:vAlign w:val="center"/>
          </w:tcPr>
          <w:p w14:paraId="54F21CAE" w14:textId="0948AD55" w:rsidR="003159DB" w:rsidRPr="0069631C" w:rsidRDefault="0069631C" w:rsidP="006963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TEMPORADA</w:t>
            </w:r>
          </w:p>
        </w:tc>
        <w:tc>
          <w:tcPr>
            <w:tcW w:w="718" w:type="pct"/>
            <w:shd w:val="clear" w:color="auto" w:fill="59C119"/>
            <w:vAlign w:val="center"/>
          </w:tcPr>
          <w:p w14:paraId="67430FD5" w14:textId="3EE3782E" w:rsidR="003159DB" w:rsidRPr="0069631C" w:rsidRDefault="0069631C" w:rsidP="006963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 (BAJA)</w:t>
            </w:r>
          </w:p>
        </w:tc>
        <w:tc>
          <w:tcPr>
            <w:tcW w:w="1040" w:type="pct"/>
            <w:shd w:val="clear" w:color="auto" w:fill="59C119"/>
            <w:vAlign w:val="center"/>
          </w:tcPr>
          <w:p w14:paraId="12C3494E" w14:textId="35F884D0" w:rsidR="003159DB" w:rsidRPr="0069631C" w:rsidRDefault="0069631C" w:rsidP="006963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B (MEDIA-BAJA)</w:t>
            </w:r>
          </w:p>
        </w:tc>
        <w:tc>
          <w:tcPr>
            <w:tcW w:w="720" w:type="pct"/>
            <w:shd w:val="clear" w:color="auto" w:fill="59C119"/>
            <w:vAlign w:val="center"/>
          </w:tcPr>
          <w:p w14:paraId="68DFF087" w14:textId="55B9D521" w:rsidR="003159DB" w:rsidRPr="0069631C" w:rsidRDefault="0069631C" w:rsidP="006963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 (MEDIA)</w:t>
            </w:r>
          </w:p>
        </w:tc>
        <w:tc>
          <w:tcPr>
            <w:tcW w:w="721" w:type="pct"/>
            <w:shd w:val="clear" w:color="auto" w:fill="59C119"/>
            <w:vAlign w:val="center"/>
          </w:tcPr>
          <w:p w14:paraId="721B57E9" w14:textId="7F9B61F2" w:rsidR="003159DB" w:rsidRPr="0069631C" w:rsidRDefault="0069631C" w:rsidP="006963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 (ALTA)</w:t>
            </w:r>
          </w:p>
        </w:tc>
        <w:tc>
          <w:tcPr>
            <w:tcW w:w="937" w:type="pct"/>
            <w:shd w:val="clear" w:color="auto" w:fill="59C119"/>
            <w:vAlign w:val="center"/>
          </w:tcPr>
          <w:p w14:paraId="1E0882ED" w14:textId="10BCC3E4" w:rsidR="003159DB" w:rsidRPr="0069631C" w:rsidRDefault="0069631C" w:rsidP="0069631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 (MUY ALTA)</w:t>
            </w:r>
          </w:p>
        </w:tc>
      </w:tr>
      <w:tr w:rsidR="0069631C" w:rsidRPr="0069631C" w14:paraId="102715E8" w14:textId="77777777" w:rsidTr="0069631C">
        <w:trPr>
          <w:trHeight w:val="651"/>
        </w:trPr>
        <w:tc>
          <w:tcPr>
            <w:tcW w:w="864" w:type="pct"/>
            <w:vAlign w:val="center"/>
          </w:tcPr>
          <w:p w14:paraId="0283B785" w14:textId="77777777" w:rsidR="003159DB" w:rsidRPr="0069631C" w:rsidRDefault="00344917" w:rsidP="006963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31C">
              <w:rPr>
                <w:rFonts w:ascii="Arial" w:hAnsi="Arial" w:cs="Arial"/>
                <w:sz w:val="20"/>
                <w:szCs w:val="20"/>
              </w:rPr>
              <w:t>Doble</w:t>
            </w:r>
          </w:p>
        </w:tc>
        <w:tc>
          <w:tcPr>
            <w:tcW w:w="718" w:type="pct"/>
            <w:vAlign w:val="center"/>
          </w:tcPr>
          <w:p w14:paraId="122428EF" w14:textId="7C659D3E" w:rsidR="003159DB" w:rsidRPr="0069631C" w:rsidRDefault="00344917" w:rsidP="006963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31C">
              <w:rPr>
                <w:rFonts w:ascii="Arial" w:hAnsi="Arial" w:cs="Arial"/>
                <w:sz w:val="20"/>
                <w:szCs w:val="20"/>
              </w:rPr>
              <w:t xml:space="preserve">¥ </w:t>
            </w:r>
            <w:r w:rsidR="0069631C">
              <w:rPr>
                <w:rFonts w:ascii="Arial" w:hAnsi="Arial" w:cs="Arial"/>
                <w:sz w:val="20"/>
                <w:szCs w:val="20"/>
              </w:rPr>
              <w:t>316.595</w:t>
            </w:r>
          </w:p>
        </w:tc>
        <w:tc>
          <w:tcPr>
            <w:tcW w:w="1040" w:type="pct"/>
            <w:vAlign w:val="center"/>
          </w:tcPr>
          <w:p w14:paraId="10431479" w14:textId="0B09B4E7" w:rsidR="003159DB" w:rsidRPr="0069631C" w:rsidRDefault="00344917" w:rsidP="006963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31C">
              <w:rPr>
                <w:rFonts w:ascii="Arial" w:hAnsi="Arial" w:cs="Arial"/>
                <w:sz w:val="20"/>
                <w:szCs w:val="20"/>
              </w:rPr>
              <w:t xml:space="preserve">¥ </w:t>
            </w:r>
            <w:r w:rsidR="0069631C">
              <w:rPr>
                <w:rFonts w:ascii="Arial" w:hAnsi="Arial" w:cs="Arial"/>
                <w:sz w:val="20"/>
                <w:szCs w:val="20"/>
              </w:rPr>
              <w:t>329.930</w:t>
            </w:r>
          </w:p>
        </w:tc>
        <w:tc>
          <w:tcPr>
            <w:tcW w:w="720" w:type="pct"/>
            <w:vAlign w:val="center"/>
          </w:tcPr>
          <w:p w14:paraId="7875208C" w14:textId="20065041" w:rsidR="003159DB" w:rsidRPr="0069631C" w:rsidRDefault="00344917" w:rsidP="006963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31C">
              <w:rPr>
                <w:rFonts w:ascii="Arial" w:hAnsi="Arial" w:cs="Arial"/>
                <w:sz w:val="20"/>
                <w:szCs w:val="20"/>
              </w:rPr>
              <w:t xml:space="preserve">¥ </w:t>
            </w:r>
            <w:r w:rsidR="0069631C">
              <w:rPr>
                <w:rFonts w:ascii="Arial" w:hAnsi="Arial" w:cs="Arial"/>
                <w:sz w:val="20"/>
                <w:szCs w:val="20"/>
              </w:rPr>
              <w:t>356.595</w:t>
            </w:r>
          </w:p>
        </w:tc>
        <w:tc>
          <w:tcPr>
            <w:tcW w:w="721" w:type="pct"/>
            <w:vAlign w:val="center"/>
          </w:tcPr>
          <w:p w14:paraId="406E9CB6" w14:textId="64FF8375" w:rsidR="003159DB" w:rsidRPr="0069631C" w:rsidRDefault="00344917" w:rsidP="006963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31C">
              <w:rPr>
                <w:rFonts w:ascii="Arial" w:hAnsi="Arial" w:cs="Arial"/>
                <w:sz w:val="20"/>
                <w:szCs w:val="20"/>
              </w:rPr>
              <w:t xml:space="preserve">¥ </w:t>
            </w:r>
            <w:r w:rsidR="0069631C">
              <w:rPr>
                <w:rFonts w:ascii="Arial" w:hAnsi="Arial" w:cs="Arial"/>
                <w:sz w:val="20"/>
                <w:szCs w:val="20"/>
              </w:rPr>
              <w:t>383.262</w:t>
            </w:r>
          </w:p>
        </w:tc>
        <w:tc>
          <w:tcPr>
            <w:tcW w:w="937" w:type="pct"/>
            <w:vAlign w:val="center"/>
          </w:tcPr>
          <w:p w14:paraId="6E7EC3B6" w14:textId="025474B5" w:rsidR="003159DB" w:rsidRPr="0069631C" w:rsidRDefault="00344917" w:rsidP="006963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31C">
              <w:rPr>
                <w:rFonts w:ascii="Arial" w:hAnsi="Arial" w:cs="Arial"/>
                <w:sz w:val="20"/>
                <w:szCs w:val="20"/>
              </w:rPr>
              <w:t xml:space="preserve">¥ </w:t>
            </w:r>
            <w:r w:rsidR="0069631C">
              <w:rPr>
                <w:rFonts w:ascii="Arial" w:hAnsi="Arial" w:cs="Arial"/>
                <w:sz w:val="20"/>
                <w:szCs w:val="20"/>
              </w:rPr>
              <w:t>409.928</w:t>
            </w:r>
          </w:p>
        </w:tc>
      </w:tr>
    </w:tbl>
    <w:p w14:paraId="108FE307" w14:textId="38AFDE22" w:rsidR="0069631C" w:rsidRPr="0069631C" w:rsidRDefault="0069631C" w:rsidP="0069631C">
      <w:pPr>
        <w:spacing w:after="0"/>
        <w:rPr>
          <w:rFonts w:ascii="Arial" w:hAnsi="Arial" w:cs="Arial"/>
          <w:lang w:val="es-CO"/>
        </w:rPr>
      </w:pPr>
      <w:r w:rsidRPr="0069631C">
        <w:rPr>
          <w:lang w:val="es-CO"/>
        </w:rPr>
        <w:t>•</w:t>
      </w:r>
      <w:r w:rsidRPr="0069631C">
        <w:rPr>
          <w:lang w:val="es-CO"/>
        </w:rPr>
        <w:tab/>
      </w:r>
      <w:r w:rsidRPr="0069631C">
        <w:rPr>
          <w:rFonts w:ascii="Arial" w:hAnsi="Arial" w:cs="Arial"/>
          <w:lang w:val="es-CO"/>
        </w:rPr>
        <w:t>Tarifas validas desde 0</w:t>
      </w:r>
      <w:r>
        <w:rPr>
          <w:rFonts w:ascii="Arial" w:hAnsi="Arial" w:cs="Arial"/>
          <w:lang w:val="es-CO"/>
        </w:rPr>
        <w:t>1</w:t>
      </w:r>
      <w:r w:rsidRPr="0069631C">
        <w:rPr>
          <w:rFonts w:ascii="Arial" w:hAnsi="Arial" w:cs="Arial"/>
          <w:lang w:val="es-CO"/>
        </w:rPr>
        <w:t xml:space="preserve"> abril 2026 a 30 marzo 2027</w:t>
      </w:r>
    </w:p>
    <w:p w14:paraId="1C28BE0D" w14:textId="7B05372A" w:rsidR="0069631C" w:rsidRDefault="0069631C" w:rsidP="0069631C">
      <w:pPr>
        <w:spacing w:after="0"/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•</w:t>
      </w:r>
      <w:r w:rsidRPr="0069631C">
        <w:rPr>
          <w:rFonts w:ascii="Arial" w:hAnsi="Arial" w:cs="Arial"/>
          <w:lang w:val="es-CO"/>
        </w:rPr>
        <w:tab/>
        <w:t>Tarifas de venta (por persona en yenes (¥)</w:t>
      </w:r>
    </w:p>
    <w:p w14:paraId="4B3C3E83" w14:textId="77777777" w:rsidR="0069631C" w:rsidRPr="002F2DD9" w:rsidRDefault="0069631C" w:rsidP="0069631C">
      <w:pPr>
        <w:rPr>
          <w:lang w:val="es-CO"/>
        </w:rPr>
      </w:pPr>
    </w:p>
    <w:p w14:paraId="6136FD4E" w14:textId="77777777" w:rsidR="0069631C" w:rsidRDefault="0069631C" w:rsidP="0069631C">
      <w:pPr>
        <w:pStyle w:val="Heading2"/>
      </w:pPr>
      <w:r>
        <w:t>POLITICA MENORES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21"/>
        <w:gridCol w:w="3735"/>
      </w:tblGrid>
      <w:tr w:rsidR="0069631C" w:rsidRPr="0069631C" w14:paraId="55A2F798" w14:textId="77777777" w:rsidTr="00344917">
        <w:trPr>
          <w:trHeight w:val="579"/>
        </w:trPr>
        <w:tc>
          <w:tcPr>
            <w:tcW w:w="2891" w:type="pct"/>
            <w:shd w:val="clear" w:color="auto" w:fill="59C119"/>
            <w:vAlign w:val="center"/>
            <w:hideMark/>
          </w:tcPr>
          <w:p w14:paraId="15A091C0" w14:textId="77777777" w:rsidR="0069631C" w:rsidRPr="00E60A5B" w:rsidRDefault="0069631C" w:rsidP="003449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EDAD</w:t>
            </w:r>
          </w:p>
        </w:tc>
        <w:tc>
          <w:tcPr>
            <w:tcW w:w="2109" w:type="pct"/>
            <w:shd w:val="clear" w:color="auto" w:fill="59C119"/>
            <w:vAlign w:val="center"/>
            <w:hideMark/>
          </w:tcPr>
          <w:p w14:paraId="4C042241" w14:textId="77777777" w:rsidR="0069631C" w:rsidRPr="00E60A5B" w:rsidRDefault="0069631C" w:rsidP="003449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DESCUENTO</w:t>
            </w:r>
          </w:p>
        </w:tc>
      </w:tr>
      <w:tr w:rsidR="0069631C" w:rsidRPr="0069631C" w14:paraId="500C437E" w14:textId="77777777" w:rsidTr="00344917">
        <w:trPr>
          <w:trHeight w:val="579"/>
        </w:trPr>
        <w:tc>
          <w:tcPr>
            <w:tcW w:w="2891" w:type="pct"/>
            <w:vAlign w:val="center"/>
            <w:hideMark/>
          </w:tcPr>
          <w:p w14:paraId="68017635" w14:textId="77777777" w:rsidR="0069631C" w:rsidRPr="00E60A5B" w:rsidRDefault="0069631C" w:rsidP="003449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69631C">
              <w:rPr>
                <w:rFonts w:ascii="Arial" w:hAnsi="Arial" w:cs="Arial"/>
                <w:lang w:val="es-CO"/>
              </w:rPr>
              <w:t>Niños de 4-11 años</w:t>
            </w:r>
          </w:p>
        </w:tc>
        <w:tc>
          <w:tcPr>
            <w:tcW w:w="2109" w:type="pct"/>
            <w:vAlign w:val="center"/>
            <w:hideMark/>
          </w:tcPr>
          <w:p w14:paraId="1B20AFFD" w14:textId="77777777" w:rsidR="0069631C" w:rsidRPr="00E60A5B" w:rsidRDefault="0069631C" w:rsidP="0034491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69631C">
              <w:rPr>
                <w:rFonts w:ascii="Arial" w:hAnsi="Arial" w:cs="Arial"/>
                <w:lang w:val="es-CO"/>
              </w:rPr>
              <w:t>¥ 6.666</w:t>
            </w:r>
          </w:p>
        </w:tc>
      </w:tr>
    </w:tbl>
    <w:p w14:paraId="018616AA" w14:textId="77777777" w:rsidR="0069631C" w:rsidRPr="0069631C" w:rsidRDefault="0069631C" w:rsidP="0069631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Niños menores de 3 años pueden participar gratis. Sin embargo, no les ofrecemos camas en los hoteles, comidas, ni asientos en tren y autobús. Tendrán que compartir una cama con su(s) padre(s) y tendrán que sentarse en el regazo del padre o de la madre en caso de que no haya asientos libres.</w:t>
      </w:r>
    </w:p>
    <w:p w14:paraId="35D3DF7E" w14:textId="77777777" w:rsidR="0069631C" w:rsidRPr="0069631C" w:rsidRDefault="0069631C" w:rsidP="0069631C">
      <w:pPr>
        <w:spacing w:after="0"/>
        <w:rPr>
          <w:rFonts w:ascii="Arial" w:hAnsi="Arial" w:cs="Arial"/>
          <w:lang w:val="es-CO"/>
        </w:rPr>
      </w:pPr>
    </w:p>
    <w:p w14:paraId="6D536200" w14:textId="77777777" w:rsidR="0069631C" w:rsidRDefault="0069631C" w:rsidP="0069631C">
      <w:pPr>
        <w:pStyle w:val="Heading2"/>
      </w:pPr>
      <w:r>
        <w:t>SALIDAS</w:t>
      </w:r>
    </w:p>
    <w:p w14:paraId="6F8EDB2A" w14:textId="07F2ECF5" w:rsidR="00B633AB" w:rsidRPr="00B633AB" w:rsidRDefault="00B633AB" w:rsidP="00B633AB">
      <w:pPr>
        <w:pStyle w:val="ListParagraph"/>
        <w:numPr>
          <w:ilvl w:val="0"/>
          <w:numId w:val="10"/>
        </w:numPr>
        <w:rPr>
          <w:rFonts w:ascii="Arial" w:hAnsi="Arial" w:cs="Arial"/>
          <w:lang w:val="es-CO"/>
        </w:rPr>
      </w:pPr>
      <w:r w:rsidRPr="00B633AB">
        <w:rPr>
          <w:rFonts w:ascii="Arial" w:hAnsi="Arial" w:cs="Arial"/>
          <w:lang w:val="es-CO"/>
        </w:rPr>
        <w:t>Salidas</w:t>
      </w:r>
      <w:r>
        <w:rPr>
          <w:rFonts w:ascii="Arial" w:hAnsi="Arial" w:cs="Arial"/>
          <w:lang w:val="es-CO"/>
        </w:rPr>
        <w:t xml:space="preserve"> </w:t>
      </w:r>
      <w:r w:rsidRPr="00B633AB">
        <w:rPr>
          <w:rFonts w:ascii="Arial" w:hAnsi="Arial" w:cs="Arial"/>
          <w:lang w:val="es-CO"/>
        </w:rPr>
        <w:t>martes según calendario establecido, mínimo 2 pasajeros</w:t>
      </w:r>
    </w:p>
    <w:p w14:paraId="0D792C54" w14:textId="302EAA8B" w:rsidR="00B633AB" w:rsidRPr="00B633AB" w:rsidRDefault="00B633AB" w:rsidP="00B633AB">
      <w:pPr>
        <w:pStyle w:val="ListParagraph"/>
        <w:numPr>
          <w:ilvl w:val="0"/>
          <w:numId w:val="10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18 diciembre es la única excepción con salida en viernes</w:t>
      </w:r>
    </w:p>
    <w:p w14:paraId="600CF528" w14:textId="77777777" w:rsidR="0069631C" w:rsidRDefault="0069631C" w:rsidP="00B633AB">
      <w:pPr>
        <w:pStyle w:val="ListParagraph"/>
        <w:rPr>
          <w:rFonts w:ascii="Arial" w:hAnsi="Arial" w:cs="Arial"/>
          <w:lang w:val="es-C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705"/>
        <w:gridCol w:w="1705"/>
        <w:gridCol w:w="1705"/>
        <w:gridCol w:w="1694"/>
      </w:tblGrid>
      <w:tr w:rsidR="00B633AB" w:rsidRPr="00B633AB" w14:paraId="2EC99A16" w14:textId="77777777" w:rsidTr="00B633AB">
        <w:tc>
          <w:tcPr>
            <w:tcW w:w="0" w:type="auto"/>
            <w:shd w:val="clear" w:color="auto" w:fill="59C119"/>
            <w:vAlign w:val="center"/>
            <w:hideMark/>
          </w:tcPr>
          <w:p w14:paraId="605ACE3E" w14:textId="37E8C083" w:rsidR="00B633AB" w:rsidRPr="00B633AB" w:rsidRDefault="00B633AB" w:rsidP="00B633AB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b/>
                <w:bCs/>
                <w:lang w:val="es-CO"/>
              </w:rPr>
            </w:pPr>
            <w:r w:rsidRPr="00B633A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A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16A70395" w14:textId="40DEFCD6" w:rsidR="00B633AB" w:rsidRPr="00B633AB" w:rsidRDefault="00B633AB" w:rsidP="00B633AB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b/>
                <w:bCs/>
                <w:lang w:val="es-CO"/>
              </w:rPr>
            </w:pPr>
            <w:r w:rsidRPr="00B633A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B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2041238D" w14:textId="36F53222" w:rsidR="00B633AB" w:rsidRPr="00B633AB" w:rsidRDefault="00B633AB" w:rsidP="00B633AB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b/>
                <w:bCs/>
                <w:lang w:val="es-CO"/>
              </w:rPr>
            </w:pPr>
            <w:r w:rsidRPr="00B633A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C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7DFDA971" w14:textId="1166FE58" w:rsidR="00B633AB" w:rsidRPr="00B633AB" w:rsidRDefault="00B633AB" w:rsidP="00B633AB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b/>
                <w:bCs/>
                <w:lang w:val="es-CO"/>
              </w:rPr>
            </w:pPr>
            <w:r w:rsidRPr="00B633A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D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075A505C" w14:textId="003ED03B" w:rsidR="00B633AB" w:rsidRPr="00B633AB" w:rsidRDefault="00B633AB" w:rsidP="00B633AB">
            <w:pPr>
              <w:pStyle w:val="ListParagraph"/>
              <w:spacing w:after="200" w:line="276" w:lineRule="auto"/>
              <w:ind w:left="0"/>
              <w:rPr>
                <w:rFonts w:ascii="Arial" w:hAnsi="Arial" w:cs="Arial"/>
                <w:b/>
                <w:bCs/>
                <w:lang w:val="es-CO"/>
              </w:rPr>
            </w:pPr>
            <w:r w:rsidRPr="00B633A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TEMPORADA </w:t>
            </w:r>
            <w:r w:rsidRPr="00262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E</w:t>
            </w:r>
          </w:p>
        </w:tc>
      </w:tr>
      <w:tr w:rsidR="00B633AB" w:rsidRPr="00B633AB" w14:paraId="19BEC5E5" w14:textId="77777777" w:rsidTr="00344917">
        <w:trPr>
          <w:trHeight w:val="3782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C3D6638" w14:textId="74C07AE3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  <w:r w:rsidRPr="00B633AB">
              <w:rPr>
                <w:rFonts w:ascii="Arial" w:hAnsi="Arial" w:cs="Arial"/>
                <w:lang w:val="es-CO"/>
              </w:rPr>
              <w:t>2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  <w:lang w:val="es-CO"/>
              </w:rPr>
              <w:t>Jun</w:t>
            </w:r>
            <w:proofErr w:type="gramEnd"/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26</w:t>
            </w:r>
          </w:p>
          <w:p w14:paraId="6A8751CD" w14:textId="17375984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  <w:r w:rsidRPr="00B633AB">
              <w:rPr>
                <w:rFonts w:ascii="Arial" w:hAnsi="Arial" w:cs="Arial"/>
                <w:lang w:val="es-CO"/>
              </w:rPr>
              <w:t>9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  <w:lang w:val="es-CO"/>
              </w:rPr>
              <w:t>Jun</w:t>
            </w:r>
            <w:proofErr w:type="gramEnd"/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26</w:t>
            </w:r>
          </w:p>
          <w:p w14:paraId="645A0F0B" w14:textId="6AD14371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B633AB">
              <w:rPr>
                <w:rFonts w:ascii="Arial" w:hAnsi="Arial" w:cs="Arial"/>
                <w:lang w:val="es-CO"/>
              </w:rPr>
              <w:t>16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  <w:lang w:val="es-CO"/>
              </w:rPr>
              <w:t>Jun</w:t>
            </w:r>
            <w:proofErr w:type="gramEnd"/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26</w:t>
            </w:r>
          </w:p>
          <w:p w14:paraId="6E001693" w14:textId="1294E6D4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B633AB">
              <w:rPr>
                <w:rFonts w:ascii="Arial" w:hAnsi="Arial" w:cs="Arial"/>
                <w:lang w:val="es-CO"/>
              </w:rPr>
              <w:t>23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  <w:lang w:val="es-CO"/>
              </w:rPr>
              <w:t>Jun</w:t>
            </w:r>
            <w:proofErr w:type="gramEnd"/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26</w:t>
            </w:r>
          </w:p>
          <w:p w14:paraId="146EEFBB" w14:textId="39D82577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B633AB">
              <w:rPr>
                <w:rFonts w:ascii="Arial" w:hAnsi="Arial" w:cs="Arial"/>
                <w:lang w:val="es-CO"/>
              </w:rPr>
              <w:t>30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  <w:lang w:val="es-CO"/>
              </w:rPr>
              <w:t>Jun</w:t>
            </w:r>
            <w:proofErr w:type="gramEnd"/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26</w:t>
            </w:r>
          </w:p>
          <w:p w14:paraId="7EEF82D1" w14:textId="5F73B3AA" w:rsidR="00B633AB" w:rsidRPr="00DA68B7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DA68B7">
              <w:rPr>
                <w:rFonts w:ascii="Arial" w:hAnsi="Arial" w:cs="Arial"/>
              </w:rPr>
              <w:t>07 Jul 26</w:t>
            </w:r>
          </w:p>
          <w:p w14:paraId="457A7A5F" w14:textId="4171EAF4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B633AB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B633AB">
              <w:rPr>
                <w:rFonts w:ascii="Arial" w:hAnsi="Arial" w:cs="Arial"/>
              </w:rPr>
              <w:t>Dic</w:t>
            </w:r>
            <w:proofErr w:type="spellEnd"/>
            <w:r w:rsidRPr="00DA68B7">
              <w:rPr>
                <w:rFonts w:ascii="Arial" w:hAnsi="Arial" w:cs="Arial"/>
              </w:rPr>
              <w:t xml:space="preserve"> 26</w:t>
            </w:r>
          </w:p>
          <w:p w14:paraId="06B55E77" w14:textId="12F0A188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B633AB">
              <w:rPr>
                <w:rFonts w:ascii="Arial" w:hAnsi="Arial" w:cs="Arial"/>
              </w:rPr>
              <w:t>Dic</w:t>
            </w:r>
            <w:proofErr w:type="spellEnd"/>
            <w:r w:rsidRPr="00DA68B7">
              <w:rPr>
                <w:rFonts w:ascii="Arial" w:hAnsi="Arial" w:cs="Arial"/>
              </w:rPr>
              <w:t xml:space="preserve"> 26</w:t>
            </w:r>
          </w:p>
          <w:p w14:paraId="76F5A76F" w14:textId="0238820D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B633AB">
              <w:rPr>
                <w:rFonts w:ascii="Arial" w:hAnsi="Arial" w:cs="Arial"/>
              </w:rPr>
              <w:t>Dic</w:t>
            </w:r>
            <w:proofErr w:type="spellEnd"/>
            <w:r w:rsidRPr="00DA68B7">
              <w:rPr>
                <w:rFonts w:ascii="Arial" w:hAnsi="Arial" w:cs="Arial"/>
              </w:rPr>
              <w:t xml:space="preserve"> 26</w:t>
            </w:r>
          </w:p>
          <w:p w14:paraId="492553F8" w14:textId="10E00116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Ene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27</w:t>
            </w:r>
          </w:p>
          <w:p w14:paraId="38133AAB" w14:textId="76993C4B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26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Ene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</w:t>
            </w:r>
            <w:r>
              <w:rPr>
                <w:rFonts w:ascii="Arial" w:hAnsi="Arial" w:cs="Arial"/>
                <w:lang w:val="es-CO"/>
              </w:rPr>
              <w:t>7</w:t>
            </w:r>
          </w:p>
          <w:p w14:paraId="54BE8956" w14:textId="1D527DF0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Feb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</w:t>
            </w:r>
            <w:r>
              <w:rPr>
                <w:rFonts w:ascii="Arial" w:hAnsi="Arial" w:cs="Arial"/>
                <w:lang w:val="es-CO"/>
              </w:rPr>
              <w:t>7</w:t>
            </w:r>
          </w:p>
          <w:p w14:paraId="07290E78" w14:textId="6A69E471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B633AB">
              <w:rPr>
                <w:rFonts w:ascii="Arial" w:hAnsi="Arial" w:cs="Arial"/>
                <w:lang w:val="es-CO"/>
              </w:rPr>
              <w:t>16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  <w:lang w:val="es-CO"/>
              </w:rPr>
              <w:t>Feb</w:t>
            </w:r>
            <w:proofErr w:type="gramEnd"/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</w:t>
            </w:r>
            <w:r>
              <w:rPr>
                <w:rFonts w:ascii="Arial" w:hAnsi="Arial" w:cs="Arial"/>
                <w:lang w:val="es-CO"/>
              </w:rPr>
              <w:t>7</w:t>
            </w:r>
          </w:p>
        </w:tc>
        <w:tc>
          <w:tcPr>
            <w:tcW w:w="0" w:type="auto"/>
            <w:hideMark/>
          </w:tcPr>
          <w:p w14:paraId="30F6F4AE" w14:textId="73E1633B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12 May 26</w:t>
            </w:r>
          </w:p>
          <w:p w14:paraId="0D158B6F" w14:textId="722DDA82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May 26</w:t>
            </w:r>
          </w:p>
          <w:p w14:paraId="0E92DB19" w14:textId="74E710B1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26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May 26</w:t>
            </w:r>
          </w:p>
          <w:p w14:paraId="32EC0348" w14:textId="4A02E2F7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Jul 26</w:t>
            </w:r>
          </w:p>
          <w:p w14:paraId="2346B9A6" w14:textId="17763E2E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Jul 26</w:t>
            </w:r>
          </w:p>
          <w:p w14:paraId="6B4CDCA2" w14:textId="2FA9D402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28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Jul 26</w:t>
            </w:r>
          </w:p>
          <w:p w14:paraId="7EB9300E" w14:textId="23AA3B56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Ago 26</w:t>
            </w:r>
          </w:p>
          <w:p w14:paraId="21757702" w14:textId="30401EA7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25 Ago 26</w:t>
            </w:r>
          </w:p>
          <w:p w14:paraId="32634D30" w14:textId="4A4F6FDA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B633AB">
              <w:rPr>
                <w:rFonts w:ascii="Arial" w:hAnsi="Arial" w:cs="Arial"/>
              </w:rPr>
              <w:t>1 Sep 26</w:t>
            </w:r>
          </w:p>
          <w:p w14:paraId="2694EC87" w14:textId="6482D689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B633AB">
              <w:rPr>
                <w:rFonts w:ascii="Arial" w:hAnsi="Arial" w:cs="Arial"/>
              </w:rPr>
              <w:t>8 Sep 26</w:t>
            </w:r>
          </w:p>
          <w:p w14:paraId="4D1CC837" w14:textId="0A6D2588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B633AB">
              <w:rPr>
                <w:rFonts w:ascii="Arial" w:hAnsi="Arial" w:cs="Arial"/>
              </w:rPr>
              <w:t xml:space="preserve">1 </w:t>
            </w:r>
            <w:proofErr w:type="spellStart"/>
            <w:r w:rsidRPr="00B633AB">
              <w:rPr>
                <w:rFonts w:ascii="Arial" w:hAnsi="Arial" w:cs="Arial"/>
              </w:rPr>
              <w:t>Dic</w:t>
            </w:r>
            <w:proofErr w:type="spellEnd"/>
            <w:r w:rsidRPr="00B633AB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B6B7DAB" w14:textId="45A70DF9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 xml:space="preserve">14 </w:t>
            </w:r>
            <w:proofErr w:type="spellStart"/>
            <w:r w:rsidRPr="00B633AB">
              <w:rPr>
                <w:rFonts w:ascii="Arial" w:hAnsi="Arial" w:cs="Arial"/>
              </w:rPr>
              <w:t>Abr</w:t>
            </w:r>
            <w:proofErr w:type="spellEnd"/>
            <w:r w:rsidRPr="00B633AB">
              <w:rPr>
                <w:rFonts w:ascii="Arial" w:hAnsi="Arial" w:cs="Arial"/>
              </w:rPr>
              <w:t xml:space="preserve"> 26</w:t>
            </w:r>
          </w:p>
          <w:p w14:paraId="75C0EAC0" w14:textId="0827A5FF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B633AB">
              <w:rPr>
                <w:rFonts w:ascii="Arial" w:hAnsi="Arial" w:cs="Arial"/>
              </w:rPr>
              <w:t>Abr</w:t>
            </w:r>
            <w:proofErr w:type="spellEnd"/>
            <w:r w:rsidRPr="00B633AB">
              <w:rPr>
                <w:rFonts w:ascii="Arial" w:hAnsi="Arial" w:cs="Arial"/>
              </w:rPr>
              <w:t xml:space="preserve"> 26</w:t>
            </w:r>
          </w:p>
          <w:p w14:paraId="04FABB98" w14:textId="0D80F0E6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Sep 26</w:t>
            </w:r>
          </w:p>
          <w:p w14:paraId="21FB62CE" w14:textId="53BF3CF9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Oct 26</w:t>
            </w:r>
          </w:p>
          <w:p w14:paraId="440A2F3C" w14:textId="40BFAF7D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Oct 26</w:t>
            </w:r>
          </w:p>
          <w:p w14:paraId="55C2E5B1" w14:textId="05EEA075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27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Oct 26</w:t>
            </w:r>
          </w:p>
          <w:p w14:paraId="30F2896C" w14:textId="7336B3B5" w:rsidR="00B633AB" w:rsidRPr="00B633AB" w:rsidRDefault="00171586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633AB" w:rsidRPr="00B633AB">
              <w:rPr>
                <w:rFonts w:ascii="Arial" w:hAnsi="Arial" w:cs="Arial"/>
              </w:rPr>
              <w:t>3</w:t>
            </w:r>
            <w:r w:rsidR="00B633AB">
              <w:rPr>
                <w:rFonts w:ascii="Arial" w:hAnsi="Arial" w:cs="Arial"/>
              </w:rPr>
              <w:t xml:space="preserve"> </w:t>
            </w:r>
            <w:r w:rsidR="00B633AB" w:rsidRPr="00B633AB">
              <w:rPr>
                <w:rFonts w:ascii="Arial" w:hAnsi="Arial" w:cs="Arial"/>
              </w:rPr>
              <w:t>Nov 26</w:t>
            </w:r>
          </w:p>
          <w:p w14:paraId="638ED112" w14:textId="14992A68" w:rsidR="00B633AB" w:rsidRPr="00B633AB" w:rsidRDefault="00171586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  <w:r w:rsidR="00B633AB" w:rsidRPr="00B633AB">
              <w:rPr>
                <w:rFonts w:ascii="Arial" w:hAnsi="Arial" w:cs="Arial"/>
                <w:lang w:val="es-CO"/>
              </w:rPr>
              <w:t>2</w:t>
            </w:r>
            <w:r w:rsidR="00B633AB">
              <w:rPr>
                <w:rFonts w:ascii="Arial" w:hAnsi="Arial" w:cs="Arial"/>
                <w:lang w:val="es-CO"/>
              </w:rPr>
              <w:t xml:space="preserve"> </w:t>
            </w:r>
            <w:r w:rsidR="00B633AB" w:rsidRPr="00B633AB">
              <w:rPr>
                <w:rFonts w:ascii="Arial" w:hAnsi="Arial" w:cs="Arial"/>
                <w:lang w:val="es-CO"/>
              </w:rPr>
              <w:t>Mar</w:t>
            </w:r>
            <w:r w:rsidR="00B633AB">
              <w:rPr>
                <w:rFonts w:ascii="Arial" w:hAnsi="Arial" w:cs="Arial"/>
                <w:lang w:val="es-CO"/>
              </w:rPr>
              <w:t xml:space="preserve"> </w:t>
            </w:r>
            <w:r w:rsidR="00B633AB" w:rsidRPr="00B633AB">
              <w:rPr>
                <w:rFonts w:ascii="Arial" w:hAnsi="Arial" w:cs="Arial"/>
                <w:lang w:val="es-CO"/>
              </w:rPr>
              <w:t>2</w:t>
            </w:r>
            <w:r w:rsidR="00B633AB">
              <w:rPr>
                <w:rFonts w:ascii="Arial" w:hAnsi="Arial" w:cs="Arial"/>
                <w:lang w:val="es-CO"/>
              </w:rPr>
              <w:t>7</w:t>
            </w:r>
          </w:p>
          <w:p w14:paraId="6439CFC7" w14:textId="52FC90CD" w:rsidR="00B633AB" w:rsidRPr="00B633AB" w:rsidRDefault="00171586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  <w:r w:rsidR="00B633AB" w:rsidRPr="00B633AB">
              <w:rPr>
                <w:rFonts w:ascii="Arial" w:hAnsi="Arial" w:cs="Arial"/>
                <w:lang w:val="es-CO"/>
              </w:rPr>
              <w:t>9</w:t>
            </w:r>
            <w:r w:rsidR="00B633AB">
              <w:rPr>
                <w:rFonts w:ascii="Arial" w:hAnsi="Arial" w:cs="Arial"/>
                <w:lang w:val="es-CO"/>
              </w:rPr>
              <w:t xml:space="preserve"> </w:t>
            </w:r>
            <w:r w:rsidR="00B633AB" w:rsidRPr="00B633AB">
              <w:rPr>
                <w:rFonts w:ascii="Arial" w:hAnsi="Arial" w:cs="Arial"/>
                <w:lang w:val="es-CO"/>
              </w:rPr>
              <w:t>Mar</w:t>
            </w:r>
            <w:r w:rsidR="00B633AB">
              <w:rPr>
                <w:rFonts w:ascii="Arial" w:hAnsi="Arial" w:cs="Arial"/>
                <w:lang w:val="es-CO"/>
              </w:rPr>
              <w:t xml:space="preserve"> </w:t>
            </w:r>
            <w:r w:rsidR="00B633AB" w:rsidRPr="00B633AB">
              <w:rPr>
                <w:rFonts w:ascii="Arial" w:hAnsi="Arial" w:cs="Arial"/>
                <w:lang w:val="es-CO"/>
              </w:rPr>
              <w:t>2</w:t>
            </w:r>
            <w:r w:rsidR="00B633AB">
              <w:rPr>
                <w:rFonts w:ascii="Arial" w:hAnsi="Arial" w:cs="Arial"/>
                <w:lang w:val="es-CO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5206F8C" w14:textId="0186399B" w:rsidR="00B633AB" w:rsidRPr="00B633AB" w:rsidRDefault="00171586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633AB" w:rsidRPr="00B633AB">
              <w:rPr>
                <w:rFonts w:ascii="Arial" w:hAnsi="Arial" w:cs="Arial"/>
              </w:rPr>
              <w:t xml:space="preserve">7 </w:t>
            </w:r>
            <w:proofErr w:type="spellStart"/>
            <w:r w:rsidR="00B633AB" w:rsidRPr="00B633AB">
              <w:rPr>
                <w:rFonts w:ascii="Arial" w:hAnsi="Arial" w:cs="Arial"/>
              </w:rPr>
              <w:t>Abr</w:t>
            </w:r>
            <w:proofErr w:type="spellEnd"/>
            <w:r w:rsidR="00B633AB" w:rsidRPr="00B633AB">
              <w:rPr>
                <w:rFonts w:ascii="Arial" w:hAnsi="Arial" w:cs="Arial"/>
              </w:rPr>
              <w:t xml:space="preserve"> 26</w:t>
            </w:r>
          </w:p>
          <w:p w14:paraId="3864151E" w14:textId="3E4BEB14" w:rsidR="00B633AB" w:rsidRPr="00B633AB" w:rsidRDefault="00171586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633AB" w:rsidRPr="00B633AB">
              <w:rPr>
                <w:rFonts w:ascii="Arial" w:hAnsi="Arial" w:cs="Arial"/>
              </w:rPr>
              <w:t>6</w:t>
            </w:r>
            <w:r w:rsidR="00B633AB">
              <w:rPr>
                <w:rFonts w:ascii="Arial" w:hAnsi="Arial" w:cs="Arial"/>
              </w:rPr>
              <w:t xml:space="preserve"> </w:t>
            </w:r>
            <w:r w:rsidR="00B633AB" w:rsidRPr="00B633AB">
              <w:rPr>
                <w:rFonts w:ascii="Arial" w:hAnsi="Arial" w:cs="Arial"/>
              </w:rPr>
              <w:t>Oct</w:t>
            </w:r>
            <w:r w:rsidR="00B633AB">
              <w:rPr>
                <w:rFonts w:ascii="Arial" w:hAnsi="Arial" w:cs="Arial"/>
              </w:rPr>
              <w:t xml:space="preserve"> </w:t>
            </w:r>
            <w:r w:rsidR="00B633AB" w:rsidRPr="00B633AB">
              <w:rPr>
                <w:rFonts w:ascii="Arial" w:hAnsi="Arial" w:cs="Arial"/>
              </w:rPr>
              <w:t>26</w:t>
            </w:r>
          </w:p>
          <w:p w14:paraId="728AEFC5" w14:textId="5F7657D9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B633AB">
              <w:rPr>
                <w:rFonts w:ascii="Arial" w:hAnsi="Arial" w:cs="Arial"/>
              </w:rPr>
              <w:t>Nov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 xml:space="preserve"> 26</w:t>
            </w:r>
            <w:proofErr w:type="gramEnd"/>
          </w:p>
          <w:p w14:paraId="571D4A88" w14:textId="5F7C1DD1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Nov 26</w:t>
            </w:r>
          </w:p>
          <w:p w14:paraId="19C127E3" w14:textId="7163FD02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Nov 26</w:t>
            </w:r>
          </w:p>
          <w:p w14:paraId="18E4F16B" w14:textId="7A569707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</w:rPr>
            </w:pPr>
            <w:r w:rsidRPr="00B633AB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 xml:space="preserve"> </w:t>
            </w:r>
            <w:r w:rsidRPr="00B633AB">
              <w:rPr>
                <w:rFonts w:ascii="Arial" w:hAnsi="Arial" w:cs="Arial"/>
              </w:rPr>
              <w:t>Mar</w:t>
            </w:r>
            <w:r>
              <w:rPr>
                <w:rFonts w:ascii="Arial" w:hAnsi="Arial" w:cs="Arial"/>
              </w:rPr>
              <w:t xml:space="preserve"> </w:t>
            </w:r>
            <w:r w:rsidRPr="00171586">
              <w:rPr>
                <w:rFonts w:ascii="Arial" w:hAnsi="Arial" w:cs="Arial"/>
              </w:rPr>
              <w:t>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EE3446C" w14:textId="2EEE2BC0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B633AB">
              <w:rPr>
                <w:rFonts w:ascii="Arial" w:hAnsi="Arial" w:cs="Arial"/>
                <w:lang w:val="es-CO"/>
              </w:rPr>
              <w:t>23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Mar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</w:t>
            </w:r>
            <w:r>
              <w:rPr>
                <w:rFonts w:ascii="Arial" w:hAnsi="Arial" w:cs="Arial"/>
                <w:lang w:val="es-CO"/>
              </w:rPr>
              <w:t>7</w:t>
            </w:r>
          </w:p>
          <w:p w14:paraId="220E4D78" w14:textId="51A8275D" w:rsidR="00B633AB" w:rsidRPr="00B633AB" w:rsidRDefault="00B633AB" w:rsidP="00B633AB">
            <w:pPr>
              <w:pStyle w:val="ListParagraph"/>
              <w:spacing w:after="200" w:line="276" w:lineRule="auto"/>
              <w:ind w:left="0"/>
              <w:jc w:val="center"/>
              <w:rPr>
                <w:rFonts w:ascii="Arial" w:hAnsi="Arial" w:cs="Arial"/>
                <w:lang w:val="es-CO"/>
              </w:rPr>
            </w:pPr>
            <w:r w:rsidRPr="00B633AB">
              <w:rPr>
                <w:rFonts w:ascii="Arial" w:hAnsi="Arial" w:cs="Arial"/>
                <w:lang w:val="es-CO"/>
              </w:rPr>
              <w:t>30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Mar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B633AB">
              <w:rPr>
                <w:rFonts w:ascii="Arial" w:hAnsi="Arial" w:cs="Arial"/>
                <w:lang w:val="es-CO"/>
              </w:rPr>
              <w:t>2</w:t>
            </w:r>
            <w:r>
              <w:rPr>
                <w:rFonts w:ascii="Arial" w:hAnsi="Arial" w:cs="Arial"/>
                <w:lang w:val="es-CO"/>
              </w:rPr>
              <w:t>7</w:t>
            </w:r>
          </w:p>
        </w:tc>
      </w:tr>
    </w:tbl>
    <w:p w14:paraId="1061522E" w14:textId="77777777" w:rsidR="00B633AB" w:rsidRPr="00B633AB" w:rsidRDefault="00B633AB" w:rsidP="00B633AB">
      <w:pPr>
        <w:pStyle w:val="ListParagraph"/>
        <w:rPr>
          <w:rFonts w:ascii="Arial" w:hAnsi="Arial" w:cs="Arial"/>
          <w:lang w:val="es-CO"/>
        </w:rPr>
      </w:pPr>
    </w:p>
    <w:p w14:paraId="46801144" w14:textId="32E39662" w:rsidR="003159DB" w:rsidRDefault="00344917" w:rsidP="0069631C">
      <w:pPr>
        <w:pStyle w:val="Heading2"/>
      </w:pPr>
      <w:r w:rsidRPr="0069631C">
        <w:t xml:space="preserve">HOSPEDAJE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2"/>
        <w:gridCol w:w="2433"/>
        <w:gridCol w:w="2433"/>
        <w:gridCol w:w="2918"/>
      </w:tblGrid>
      <w:tr w:rsidR="0069631C" w:rsidRPr="0069631C" w14:paraId="18381095" w14:textId="77777777" w:rsidTr="0069631C">
        <w:trPr>
          <w:trHeight w:val="340"/>
        </w:trPr>
        <w:tc>
          <w:tcPr>
            <w:tcW w:w="605" w:type="pct"/>
            <w:shd w:val="clear" w:color="auto" w:fill="59C119"/>
            <w:hideMark/>
          </w:tcPr>
          <w:p w14:paraId="7A16935D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1374" w:type="pct"/>
            <w:shd w:val="clear" w:color="auto" w:fill="59C119"/>
          </w:tcPr>
          <w:p w14:paraId="4F20454E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CATEGORIA</w:t>
            </w:r>
          </w:p>
        </w:tc>
        <w:tc>
          <w:tcPr>
            <w:tcW w:w="1374" w:type="pct"/>
            <w:shd w:val="clear" w:color="auto" w:fill="59C119"/>
            <w:hideMark/>
          </w:tcPr>
          <w:p w14:paraId="240F982E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1647" w:type="pct"/>
            <w:shd w:val="clear" w:color="auto" w:fill="59C119"/>
          </w:tcPr>
          <w:p w14:paraId="054DE432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69631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69631C" w:rsidRPr="0069631C" w14:paraId="3127C62D" w14:textId="77777777" w:rsidTr="0069631C">
        <w:trPr>
          <w:trHeight w:val="1832"/>
        </w:trPr>
        <w:tc>
          <w:tcPr>
            <w:tcW w:w="605" w:type="pct"/>
            <w:vAlign w:val="center"/>
            <w:hideMark/>
          </w:tcPr>
          <w:p w14:paraId="39E0E35E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lang w:val="es-CO"/>
              </w:rPr>
            </w:pPr>
            <w:r w:rsidRPr="0069631C">
              <w:rPr>
                <w:rFonts w:ascii="Arial" w:hAnsi="Arial" w:cs="Arial"/>
                <w:lang w:val="es-CO"/>
              </w:rPr>
              <w:t>Tokio</w:t>
            </w:r>
          </w:p>
        </w:tc>
        <w:tc>
          <w:tcPr>
            <w:tcW w:w="1374" w:type="pct"/>
            <w:vAlign w:val="center"/>
          </w:tcPr>
          <w:p w14:paraId="037F72AE" w14:textId="77777777" w:rsidR="0069631C" w:rsidRPr="0069631C" w:rsidRDefault="0069631C" w:rsidP="00344917">
            <w:pPr>
              <w:jc w:val="center"/>
              <w:rPr>
                <w:rFonts w:ascii="Arial" w:hAnsi="Arial" w:cs="Arial"/>
              </w:rPr>
            </w:pPr>
            <w:r w:rsidRPr="0069631C">
              <w:rPr>
                <w:rFonts w:ascii="Arial" w:hAnsi="Arial" w:cs="Arial"/>
              </w:rPr>
              <w:t>4 Estrellas</w:t>
            </w:r>
          </w:p>
        </w:tc>
        <w:tc>
          <w:tcPr>
            <w:tcW w:w="1374" w:type="pct"/>
            <w:vAlign w:val="center"/>
            <w:hideMark/>
          </w:tcPr>
          <w:p w14:paraId="4B5F3568" w14:textId="77777777" w:rsidR="0069631C" w:rsidRPr="0069631C" w:rsidRDefault="0069631C" w:rsidP="00344917">
            <w:pPr>
              <w:jc w:val="center"/>
              <w:rPr>
                <w:rFonts w:ascii="Arial" w:hAnsi="Arial" w:cs="Arial"/>
              </w:rPr>
            </w:pPr>
            <w:r w:rsidRPr="0069631C">
              <w:rPr>
                <w:rFonts w:ascii="Arial" w:hAnsi="Arial" w:cs="Arial"/>
              </w:rPr>
              <w:t>Hotel New Otani Tokyo</w:t>
            </w:r>
          </w:p>
        </w:tc>
        <w:tc>
          <w:tcPr>
            <w:tcW w:w="1647" w:type="pct"/>
            <w:vAlign w:val="center"/>
          </w:tcPr>
          <w:p w14:paraId="1E90B977" w14:textId="77777777" w:rsidR="0069631C" w:rsidRPr="0069631C" w:rsidRDefault="0069631C" w:rsidP="0034491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69631C">
              <w:rPr>
                <w:rFonts w:ascii="Arial" w:hAnsi="Arial" w:cs="Arial"/>
                <w:noProof/>
              </w:rPr>
              <w:drawing>
                <wp:inline distT="0" distB="0" distL="0" distR="0" wp14:anchorId="15199001" wp14:editId="10B62113">
                  <wp:extent cx="1695340" cy="940604"/>
                  <wp:effectExtent l="0" t="0" r="635" b="0"/>
                  <wp:docPr id="681221951" name="Imagen 6" descr="HOTEL NEW OTANI JAPANESE GARDEN (Chiyoda) - Qué SABER antes de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TEL NEW OTANI JAPANESE GARDEN (Chiyoda) - Qué SABER antes de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62" cy="95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31C" w:rsidRPr="0069631C" w14:paraId="69A109FF" w14:textId="77777777" w:rsidTr="0069631C">
        <w:trPr>
          <w:trHeight w:val="340"/>
        </w:trPr>
        <w:tc>
          <w:tcPr>
            <w:tcW w:w="605" w:type="pct"/>
            <w:vAlign w:val="center"/>
            <w:hideMark/>
          </w:tcPr>
          <w:p w14:paraId="5DEA6BCF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lang w:val="es-CO"/>
              </w:rPr>
            </w:pPr>
            <w:r w:rsidRPr="0069631C">
              <w:rPr>
                <w:rFonts w:ascii="Arial" w:hAnsi="Arial" w:cs="Arial"/>
                <w:lang w:val="es-CO"/>
              </w:rPr>
              <w:t>Kioto</w:t>
            </w:r>
          </w:p>
        </w:tc>
        <w:tc>
          <w:tcPr>
            <w:tcW w:w="1374" w:type="pct"/>
            <w:vAlign w:val="center"/>
          </w:tcPr>
          <w:p w14:paraId="0536DEA3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lang w:val="es-CO"/>
              </w:rPr>
            </w:pPr>
            <w:r w:rsidRPr="0069631C">
              <w:rPr>
                <w:rFonts w:ascii="Arial" w:hAnsi="Arial" w:cs="Arial"/>
              </w:rPr>
              <w:t>4 Estrellas</w:t>
            </w:r>
          </w:p>
        </w:tc>
        <w:tc>
          <w:tcPr>
            <w:tcW w:w="1374" w:type="pct"/>
            <w:vAlign w:val="center"/>
            <w:hideMark/>
          </w:tcPr>
          <w:p w14:paraId="2507BF0D" w14:textId="77777777" w:rsidR="0069631C" w:rsidRPr="0069631C" w:rsidRDefault="0069631C" w:rsidP="00344917">
            <w:pPr>
              <w:jc w:val="center"/>
              <w:rPr>
                <w:rFonts w:ascii="Arial" w:hAnsi="Arial" w:cs="Arial"/>
                <w:lang w:val="es-CO"/>
              </w:rPr>
            </w:pPr>
            <w:proofErr w:type="spellStart"/>
            <w:r w:rsidRPr="0069631C">
              <w:rPr>
                <w:rFonts w:ascii="Arial" w:hAnsi="Arial" w:cs="Arial"/>
                <w:lang w:val="es-CO"/>
              </w:rPr>
              <w:t>Kyoto</w:t>
            </w:r>
            <w:proofErr w:type="spellEnd"/>
            <w:r w:rsidRPr="0069631C">
              <w:rPr>
                <w:rFonts w:ascii="Arial" w:hAnsi="Arial" w:cs="Arial"/>
                <w:lang w:val="es-CO"/>
              </w:rPr>
              <w:t xml:space="preserve"> </w:t>
            </w:r>
            <w:proofErr w:type="spellStart"/>
            <w:r w:rsidRPr="0069631C">
              <w:rPr>
                <w:rFonts w:ascii="Arial" w:hAnsi="Arial" w:cs="Arial"/>
                <w:lang w:val="es-CO"/>
              </w:rPr>
              <w:t>Tokyu</w:t>
            </w:r>
            <w:proofErr w:type="spellEnd"/>
            <w:r w:rsidRPr="0069631C">
              <w:rPr>
                <w:rFonts w:ascii="Arial" w:hAnsi="Arial" w:cs="Arial"/>
                <w:lang w:val="es-CO"/>
              </w:rPr>
              <w:t xml:space="preserve"> Hotel</w:t>
            </w:r>
          </w:p>
        </w:tc>
        <w:tc>
          <w:tcPr>
            <w:tcW w:w="1647" w:type="pct"/>
            <w:vAlign w:val="center"/>
          </w:tcPr>
          <w:p w14:paraId="3539132A" w14:textId="77777777" w:rsidR="0069631C" w:rsidRPr="0069631C" w:rsidRDefault="0069631C" w:rsidP="00344917">
            <w:pPr>
              <w:spacing w:before="240"/>
              <w:jc w:val="center"/>
              <w:rPr>
                <w:rFonts w:ascii="Arial" w:hAnsi="Arial" w:cs="Arial"/>
                <w:lang w:val="es-CO"/>
              </w:rPr>
            </w:pPr>
            <w:r w:rsidRPr="0069631C">
              <w:rPr>
                <w:rFonts w:ascii="Arial" w:hAnsi="Arial" w:cs="Arial"/>
                <w:noProof/>
              </w:rPr>
              <w:drawing>
                <wp:inline distT="0" distB="0" distL="0" distR="0" wp14:anchorId="361F9DE9" wp14:editId="75F9BC79">
                  <wp:extent cx="1715770" cy="916568"/>
                  <wp:effectExtent l="0" t="0" r="0" b="0"/>
                  <wp:docPr id="891918302" name="Imagen 7" descr="Kyoto City × Luxury Tokyu Hotels - IKY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yoto City × Luxury Tokyu Hotels - IKY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48" cy="92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D2271" w14:textId="77777777" w:rsidR="00B633AB" w:rsidRPr="00B633AB" w:rsidRDefault="00B633AB" w:rsidP="00B633AB">
      <w:pPr>
        <w:pStyle w:val="BodyTex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s-CO"/>
        </w:rPr>
      </w:pPr>
      <w:r w:rsidRPr="00B633AB">
        <w:rPr>
          <w:rFonts w:ascii="Arial" w:hAnsi="Arial" w:cs="Arial"/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31023AC0" w14:textId="77777777" w:rsidR="0069631C" w:rsidRPr="00B633AB" w:rsidRDefault="0069631C" w:rsidP="0069631C">
      <w:pPr>
        <w:rPr>
          <w:lang w:val="es-CO"/>
        </w:rPr>
      </w:pPr>
    </w:p>
    <w:p w14:paraId="001BF31E" w14:textId="77777777" w:rsidR="003159DB" w:rsidRPr="0069631C" w:rsidRDefault="00344917" w:rsidP="0069631C">
      <w:pPr>
        <w:pStyle w:val="Heading2"/>
      </w:pPr>
      <w:r w:rsidRPr="0069631C">
        <w:t>INCLUYE</w:t>
      </w:r>
    </w:p>
    <w:p w14:paraId="4B4A722E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r w:rsidRPr="0069631C">
        <w:rPr>
          <w:rFonts w:ascii="Arial" w:hAnsi="Arial" w:cs="Arial"/>
        </w:rPr>
        <w:t xml:space="preserve">Hoteles </w:t>
      </w:r>
      <w:proofErr w:type="spellStart"/>
      <w:r w:rsidRPr="0069631C">
        <w:rPr>
          <w:rFonts w:ascii="Arial" w:hAnsi="Arial" w:cs="Arial"/>
        </w:rPr>
        <w:t>categoría</w:t>
      </w:r>
      <w:proofErr w:type="spellEnd"/>
      <w:r w:rsidRPr="0069631C">
        <w:rPr>
          <w:rFonts w:ascii="Arial" w:hAnsi="Arial" w:cs="Arial"/>
        </w:rPr>
        <w:t xml:space="preserve"> 4 </w:t>
      </w:r>
      <w:proofErr w:type="spellStart"/>
      <w:r w:rsidRPr="0069631C">
        <w:rPr>
          <w:rFonts w:ascii="Arial" w:hAnsi="Arial" w:cs="Arial"/>
        </w:rPr>
        <w:t>estrellas</w:t>
      </w:r>
      <w:proofErr w:type="spellEnd"/>
      <w:r w:rsidRPr="0069631C">
        <w:rPr>
          <w:rFonts w:ascii="Arial" w:hAnsi="Arial" w:cs="Arial"/>
        </w:rPr>
        <w:t>.</w:t>
      </w:r>
    </w:p>
    <w:p w14:paraId="020B35F8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proofErr w:type="spellStart"/>
      <w:r w:rsidRPr="0069631C">
        <w:rPr>
          <w:rFonts w:ascii="Arial" w:hAnsi="Arial" w:cs="Arial"/>
        </w:rPr>
        <w:t>Desayunos</w:t>
      </w:r>
      <w:proofErr w:type="spellEnd"/>
      <w:r w:rsidRPr="0069631C">
        <w:rPr>
          <w:rFonts w:ascii="Arial" w:hAnsi="Arial" w:cs="Arial"/>
        </w:rPr>
        <w:t xml:space="preserve"> </w:t>
      </w:r>
      <w:proofErr w:type="spellStart"/>
      <w:r w:rsidRPr="0069631C">
        <w:rPr>
          <w:rFonts w:ascii="Arial" w:hAnsi="Arial" w:cs="Arial"/>
        </w:rPr>
        <w:t>diarios</w:t>
      </w:r>
      <w:proofErr w:type="spellEnd"/>
      <w:r w:rsidRPr="0069631C">
        <w:rPr>
          <w:rFonts w:ascii="Arial" w:hAnsi="Arial" w:cs="Arial"/>
        </w:rPr>
        <w:t xml:space="preserve"> y 2 almuerzos.</w:t>
      </w:r>
    </w:p>
    <w:p w14:paraId="03221223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r w:rsidRPr="0069631C">
        <w:rPr>
          <w:rFonts w:ascii="Arial" w:hAnsi="Arial" w:cs="Arial"/>
        </w:rPr>
        <w:t xml:space="preserve">Guía </w:t>
      </w:r>
      <w:proofErr w:type="spellStart"/>
      <w:r w:rsidRPr="0069631C">
        <w:rPr>
          <w:rFonts w:ascii="Arial" w:hAnsi="Arial" w:cs="Arial"/>
        </w:rPr>
        <w:t>en</w:t>
      </w:r>
      <w:proofErr w:type="spellEnd"/>
      <w:r w:rsidRPr="0069631C">
        <w:rPr>
          <w:rFonts w:ascii="Arial" w:hAnsi="Arial" w:cs="Arial"/>
        </w:rPr>
        <w:t xml:space="preserve"> </w:t>
      </w:r>
      <w:proofErr w:type="spellStart"/>
      <w:r w:rsidRPr="0069631C">
        <w:rPr>
          <w:rFonts w:ascii="Arial" w:hAnsi="Arial" w:cs="Arial"/>
        </w:rPr>
        <w:t>español</w:t>
      </w:r>
      <w:proofErr w:type="spellEnd"/>
      <w:r w:rsidRPr="0069631C">
        <w:rPr>
          <w:rFonts w:ascii="Arial" w:hAnsi="Arial" w:cs="Arial"/>
        </w:rPr>
        <w:t xml:space="preserve"> (días 2-5).</w:t>
      </w:r>
    </w:p>
    <w:p w14:paraId="4D1E6E2E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  <w:lang w:val="es-CO"/>
        </w:rPr>
      </w:pPr>
      <w:r w:rsidRPr="0069631C">
        <w:rPr>
          <w:rFonts w:ascii="Arial" w:hAnsi="Arial" w:cs="Arial"/>
          <w:lang w:val="es-CO"/>
        </w:rPr>
        <w:t>Tren bala Tokio–Kioto (clase turista).</w:t>
      </w:r>
    </w:p>
    <w:p w14:paraId="2375C4A8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proofErr w:type="spellStart"/>
      <w:r w:rsidRPr="0069631C">
        <w:rPr>
          <w:rFonts w:ascii="Arial" w:hAnsi="Arial" w:cs="Arial"/>
        </w:rPr>
        <w:t>Traslados</w:t>
      </w:r>
      <w:proofErr w:type="spellEnd"/>
      <w:r w:rsidRPr="0069631C">
        <w:rPr>
          <w:rFonts w:ascii="Arial" w:hAnsi="Arial" w:cs="Arial"/>
        </w:rPr>
        <w:t xml:space="preserve"> </w:t>
      </w:r>
      <w:proofErr w:type="spellStart"/>
      <w:r w:rsidRPr="0069631C">
        <w:rPr>
          <w:rFonts w:ascii="Arial" w:hAnsi="Arial" w:cs="Arial"/>
        </w:rPr>
        <w:t>indicados</w:t>
      </w:r>
      <w:proofErr w:type="spellEnd"/>
      <w:r w:rsidRPr="0069631C">
        <w:rPr>
          <w:rFonts w:ascii="Arial" w:hAnsi="Arial" w:cs="Arial"/>
        </w:rPr>
        <w:t>.</w:t>
      </w:r>
    </w:p>
    <w:p w14:paraId="78062D15" w14:textId="77777777" w:rsidR="003159DB" w:rsidRPr="0069631C" w:rsidRDefault="00344917" w:rsidP="0069631C">
      <w:pPr>
        <w:pStyle w:val="Heading2"/>
      </w:pPr>
      <w:r w:rsidRPr="0069631C">
        <w:t>NO INCLUYE</w:t>
      </w:r>
    </w:p>
    <w:p w14:paraId="1FFC667B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r w:rsidRPr="0069631C">
        <w:rPr>
          <w:rFonts w:ascii="Arial" w:hAnsi="Arial" w:cs="Arial"/>
        </w:rPr>
        <w:t>Vuelos internacionales.</w:t>
      </w:r>
    </w:p>
    <w:p w14:paraId="30F44D3C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r w:rsidRPr="0069631C">
        <w:rPr>
          <w:rFonts w:ascii="Arial" w:hAnsi="Arial" w:cs="Arial"/>
        </w:rPr>
        <w:t>Gastos personales y propinas.</w:t>
      </w:r>
    </w:p>
    <w:p w14:paraId="2743B464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r w:rsidRPr="0069631C">
        <w:rPr>
          <w:rFonts w:ascii="Arial" w:hAnsi="Arial" w:cs="Arial"/>
        </w:rPr>
        <w:t>Tours opcionales.</w:t>
      </w:r>
    </w:p>
    <w:p w14:paraId="6B6C1FA4" w14:textId="77777777" w:rsidR="003159DB" w:rsidRPr="0069631C" w:rsidRDefault="00344917" w:rsidP="00B633AB">
      <w:pPr>
        <w:pStyle w:val="ListBullet"/>
        <w:spacing w:line="360" w:lineRule="auto"/>
        <w:rPr>
          <w:rFonts w:ascii="Arial" w:hAnsi="Arial" w:cs="Arial"/>
        </w:rPr>
      </w:pPr>
      <w:proofErr w:type="spellStart"/>
      <w:r w:rsidRPr="0069631C">
        <w:rPr>
          <w:rFonts w:ascii="Arial" w:hAnsi="Arial" w:cs="Arial"/>
        </w:rPr>
        <w:t>Servicios</w:t>
      </w:r>
      <w:proofErr w:type="spellEnd"/>
      <w:r w:rsidRPr="0069631C">
        <w:rPr>
          <w:rFonts w:ascii="Arial" w:hAnsi="Arial" w:cs="Arial"/>
        </w:rPr>
        <w:t xml:space="preserve"> no </w:t>
      </w:r>
      <w:proofErr w:type="spellStart"/>
      <w:r w:rsidRPr="0069631C">
        <w:rPr>
          <w:rFonts w:ascii="Arial" w:hAnsi="Arial" w:cs="Arial"/>
        </w:rPr>
        <w:t>mencionados</w:t>
      </w:r>
      <w:proofErr w:type="spellEnd"/>
      <w:r w:rsidRPr="0069631C">
        <w:rPr>
          <w:rFonts w:ascii="Arial" w:hAnsi="Arial" w:cs="Arial"/>
        </w:rPr>
        <w:t xml:space="preserve"> </w:t>
      </w:r>
      <w:proofErr w:type="spellStart"/>
      <w:r w:rsidRPr="0069631C">
        <w:rPr>
          <w:rFonts w:ascii="Arial" w:hAnsi="Arial" w:cs="Arial"/>
        </w:rPr>
        <w:t>expresamente</w:t>
      </w:r>
      <w:proofErr w:type="spellEnd"/>
      <w:r w:rsidRPr="0069631C">
        <w:rPr>
          <w:rFonts w:ascii="Arial" w:hAnsi="Arial" w:cs="Arial"/>
        </w:rPr>
        <w:t>.</w:t>
      </w:r>
    </w:p>
    <w:p w14:paraId="3AE6568B" w14:textId="42363A5A" w:rsidR="606FB113" w:rsidRDefault="606FB113" w:rsidP="606FB113">
      <w:pPr>
        <w:pStyle w:val="ListBullet"/>
        <w:numPr>
          <w:ilvl w:val="0"/>
          <w:numId w:val="0"/>
        </w:numPr>
        <w:spacing w:line="360" w:lineRule="auto"/>
        <w:rPr>
          <w:rFonts w:ascii="Arial" w:hAnsi="Arial" w:cs="Arial"/>
        </w:rPr>
      </w:pPr>
    </w:p>
    <w:p w14:paraId="2AD68B00" w14:textId="77777777" w:rsidR="00334B7E" w:rsidRDefault="00334B7E" w:rsidP="606FB113">
      <w:pPr>
        <w:pStyle w:val="ListBullet"/>
        <w:numPr>
          <w:ilvl w:val="0"/>
          <w:numId w:val="0"/>
        </w:numPr>
        <w:spacing w:line="360" w:lineRule="auto"/>
        <w:rPr>
          <w:rFonts w:ascii="Arial" w:hAnsi="Arial" w:cs="Arial"/>
        </w:rPr>
      </w:pPr>
    </w:p>
    <w:p w14:paraId="0F8DEAE8" w14:textId="77777777" w:rsidR="00334B7E" w:rsidRDefault="00334B7E" w:rsidP="606FB113">
      <w:pPr>
        <w:pStyle w:val="ListBullet"/>
        <w:numPr>
          <w:ilvl w:val="0"/>
          <w:numId w:val="0"/>
        </w:numPr>
        <w:spacing w:line="360" w:lineRule="auto"/>
        <w:rPr>
          <w:rFonts w:ascii="Arial" w:hAnsi="Arial" w:cs="Arial"/>
        </w:rPr>
      </w:pPr>
    </w:p>
    <w:p w14:paraId="1A1B4F53" w14:textId="77777777" w:rsidR="00334B7E" w:rsidRDefault="00334B7E" w:rsidP="606FB113">
      <w:pPr>
        <w:pStyle w:val="ListBullet"/>
        <w:numPr>
          <w:ilvl w:val="0"/>
          <w:numId w:val="0"/>
        </w:numPr>
        <w:spacing w:line="360" w:lineRule="auto"/>
        <w:rPr>
          <w:rFonts w:ascii="Arial" w:hAnsi="Arial" w:cs="Arial"/>
        </w:rPr>
      </w:pPr>
    </w:p>
    <w:p w14:paraId="6F74027E" w14:textId="77777777" w:rsidR="00334B7E" w:rsidRDefault="00334B7E" w:rsidP="606FB113">
      <w:pPr>
        <w:pStyle w:val="ListBullet"/>
        <w:numPr>
          <w:ilvl w:val="0"/>
          <w:numId w:val="0"/>
        </w:numPr>
        <w:spacing w:line="360" w:lineRule="auto"/>
        <w:rPr>
          <w:rFonts w:ascii="Arial" w:hAnsi="Arial" w:cs="Arial"/>
        </w:rPr>
      </w:pPr>
    </w:p>
    <w:p w14:paraId="16DB4220" w14:textId="2A74110A" w:rsidR="19EB4858" w:rsidRDefault="19EB4858" w:rsidP="00334B7E">
      <w:pPr>
        <w:pStyle w:val="Heading2"/>
      </w:pPr>
      <w:r w:rsidRPr="606FB113">
        <w:rPr>
          <w:lang w:val="es-CO"/>
        </w:rPr>
        <w:t>NOTAS IMPORTANTES</w:t>
      </w:r>
    </w:p>
    <w:p w14:paraId="2E9FF866" w14:textId="576EB8AB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Los precios de cada programa se definen según la fecha de viaje, número de personas y servicios adquiridos</w:t>
      </w:r>
    </w:p>
    <w:p w14:paraId="7AB27874" w14:textId="4FAC4537" w:rsidR="606FB113" w:rsidRPr="00334B7E" w:rsidRDefault="606FB113" w:rsidP="00D12CC1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24B7412E" w14:textId="00020B9E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Los precios en Moneda Extranjera se pagan en pesos colombianos a la tasa de cambio vigente el día de pago.</w:t>
      </w:r>
    </w:p>
    <w:p w14:paraId="65DBE15C" w14:textId="0A5CD9AB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420CD15A" w14:textId="43A3FB28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Estos programas corresponden a porción terrestre: alojamiento, actividades, traslados, circuitos según el caso. Los tiquetes aéreos se cotizan independientemente.</w:t>
      </w:r>
    </w:p>
    <w:p w14:paraId="1543BE5C" w14:textId="44E4B442" w:rsidR="606FB113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</w:rPr>
      </w:pPr>
    </w:p>
    <w:p w14:paraId="0880BB91" w14:textId="2073D8E7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F1E80B1" w14:textId="04208DD4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7633B54F" w14:textId="17FA0D23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26C0CFCA" w14:textId="6BDDEF36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0F0AED4D" w14:textId="43277D67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2A6DE639" w14:textId="123AC26E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655D53D1" w14:textId="44BFC5DE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153FE439" w14:textId="484F2D39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 xml:space="preserve">Aplican restricciones y condiciones para cada programada publicado. </w:t>
      </w:r>
    </w:p>
    <w:p w14:paraId="76FA3205" w14:textId="3E2B286B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34344727" w14:textId="1FCAB4D8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Las políticas de cancelación, penalidades, restricciones y condiciones particulares del paquete serán informadas al pasajero al momento de la expedición de los documentos de viaje.</w:t>
      </w:r>
    </w:p>
    <w:p w14:paraId="5D118A7E" w14:textId="64FFA935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18527EAF" w14:textId="61981220" w:rsidR="19EB4858" w:rsidRPr="00334B7E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CO"/>
        </w:rPr>
        <w:t>Existen impuestos de pago en destino como citytax, que no pueden ser prepagados y por tanto el pax debe hacer el pago directo en el hotel.</w:t>
      </w:r>
    </w:p>
    <w:p w14:paraId="6168BCD3" w14:textId="0536988B" w:rsidR="606FB113" w:rsidRPr="00334B7E" w:rsidRDefault="606FB113" w:rsidP="00334B7E">
      <w:pPr>
        <w:pStyle w:val="ListBullet"/>
        <w:widowControl w:val="0"/>
        <w:numPr>
          <w:ilvl w:val="0"/>
          <w:numId w:val="0"/>
        </w:numPr>
        <w:spacing w:line="360" w:lineRule="auto"/>
        <w:ind w:left="360"/>
        <w:rPr>
          <w:rFonts w:ascii="Arial" w:eastAsia="MS Mincho" w:hAnsi="Arial" w:cs="Arial"/>
          <w:color w:val="000000" w:themeColor="text1"/>
          <w:lang w:val="es-CO"/>
        </w:rPr>
      </w:pPr>
    </w:p>
    <w:p w14:paraId="6C3D299C" w14:textId="23FC4F88" w:rsidR="19EB4858" w:rsidRDefault="19EB4858" w:rsidP="00334B7E">
      <w:pPr>
        <w:pStyle w:val="Heading2"/>
      </w:pPr>
      <w:r w:rsidRPr="606FB113">
        <w:rPr>
          <w:lang w:val="es-ES"/>
        </w:rPr>
        <w:t>RECOMENDACIONES DE VIAJE A JAPÓN</w:t>
      </w:r>
    </w:p>
    <w:p w14:paraId="5BAD4CAB" w14:textId="55F122AB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Documentación y requisitos</w:t>
      </w:r>
    </w:p>
    <w:p w14:paraId="075D1301" w14:textId="48CF90E0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Pasaporte vigente (mínimo 6 meses) + visa según país de origen o exención según nacionalidad.</w:t>
      </w:r>
    </w:p>
    <w:p w14:paraId="7EE560CB" w14:textId="28756E2A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No suelen pedir vacunas obligatorias.</w:t>
      </w:r>
    </w:p>
    <w:p w14:paraId="01DD54E4" w14:textId="06624082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Lleva copias digitales y la dirección de tu alojamiento.</w:t>
      </w:r>
    </w:p>
    <w:p w14:paraId="3B729C4F" w14:textId="6A98423F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Moneda y pagos</w:t>
      </w:r>
    </w:p>
    <w:p w14:paraId="2B16ABC0" w14:textId="115FE602" w:rsidR="19EB4858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Moneda oficial: </w:t>
      </w:r>
      <w:proofErr w:type="gramStart"/>
      <w:r w:rsidRPr="606FB113">
        <w:rPr>
          <w:rFonts w:ascii="Arial" w:eastAsia="MS Mincho" w:hAnsi="Arial" w:cs="Arial"/>
          <w:color w:val="000000" w:themeColor="text1"/>
          <w:lang w:val="es-ES"/>
        </w:rPr>
        <w:t>Yen</w:t>
      </w:r>
      <w:proofErr w:type="gramEnd"/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 (JPY).</w:t>
      </w:r>
    </w:p>
    <w:p w14:paraId="5BC6CF35" w14:textId="37B01A61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Tarjetas aceptadas en ciudades y comercios grandes; en negocios pequeños prevalece el efectivo.</w:t>
      </w:r>
    </w:p>
    <w:p w14:paraId="587240EE" w14:textId="0CB74F3B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Cajeros disponibles, pero no todos aceptan tarjetas extranjeras (los de correos y </w:t>
      </w:r>
      <w:proofErr w:type="spellStart"/>
      <w:r w:rsidRPr="606FB113">
        <w:rPr>
          <w:rFonts w:ascii="Arial" w:eastAsia="MS Mincho" w:hAnsi="Arial" w:cs="Arial"/>
          <w:color w:val="000000" w:themeColor="text1"/>
          <w:lang w:val="es-ES"/>
        </w:rPr>
        <w:t>konbini</w:t>
      </w:r>
      <w:proofErr w:type="spellEnd"/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 suelen funcionar).</w:t>
      </w:r>
    </w:p>
    <w:p w14:paraId="149174E4" w14:textId="052E085D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Confirma formas de pago con hoteles y tours antes del viaje.</w:t>
      </w:r>
    </w:p>
    <w:p w14:paraId="6CA396B6" w14:textId="64CEE901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Conectividad</w:t>
      </w:r>
    </w:p>
    <w:p w14:paraId="53DC1BBE" w14:textId="1175E9AB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Wi Fi disponible en hoteles, aeropuertos y algunas estaciones.</w:t>
      </w:r>
    </w:p>
    <w:p w14:paraId="595D0735" w14:textId="505C05E2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Tarjeta SIM o </w:t>
      </w:r>
      <w:proofErr w:type="spellStart"/>
      <w:r w:rsidRPr="606FB113">
        <w:rPr>
          <w:rFonts w:ascii="Arial" w:eastAsia="MS Mincho" w:hAnsi="Arial" w:cs="Arial"/>
          <w:color w:val="000000" w:themeColor="text1"/>
          <w:lang w:val="es-ES"/>
        </w:rPr>
        <w:t>pocket</w:t>
      </w:r>
      <w:proofErr w:type="spellEnd"/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 </w:t>
      </w:r>
      <w:proofErr w:type="spellStart"/>
      <w:r w:rsidRPr="606FB113">
        <w:rPr>
          <w:rFonts w:ascii="Arial" w:eastAsia="MS Mincho" w:hAnsi="Arial" w:cs="Arial"/>
          <w:color w:val="000000" w:themeColor="text1"/>
          <w:lang w:val="es-ES"/>
        </w:rPr>
        <w:t>Wi</w:t>
      </w:r>
      <w:proofErr w:type="spellEnd"/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 Fi son soluciones prácticas para navegación y traducción.</w:t>
      </w:r>
    </w:p>
    <w:p w14:paraId="22A85F58" w14:textId="31F740CC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Para trabajo remoto, la conexión suele ser estable, pero valida según la ciudad.</w:t>
      </w:r>
    </w:p>
    <w:p w14:paraId="42E58616" w14:textId="7A937001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Clima y vestimenta</w:t>
      </w:r>
    </w:p>
    <w:p w14:paraId="46A90BC8" w14:textId="718F9155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El clima varía según región y temporada: desde inviernos fríos en el norte hasta veranos húmedos en el sur.</w:t>
      </w:r>
    </w:p>
    <w:p w14:paraId="28EB75B9" w14:textId="5920AC07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Ropa en capas, bloqueador solar y paraguas son útiles.</w:t>
      </w:r>
    </w:p>
    <w:p w14:paraId="12EA34F5" w14:textId="05F7FEA6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Para cenas y tours urbanos: estilo casual elegante es suficiente.</w:t>
      </w:r>
    </w:p>
    <w:p w14:paraId="1B05AE80" w14:textId="5C5812D4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Cultura y ritmo</w:t>
      </w:r>
    </w:p>
    <w:p w14:paraId="386668D2" w14:textId="289A9487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Cultura respetuosa, ordenada y puntual; facilita la experiencia del viajero.</w:t>
      </w:r>
    </w:p>
    <w:p w14:paraId="52BB7766" w14:textId="778296F3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Gastronomía, templos, parques y barrios tradicionales enriquecen la visita.</w:t>
      </w:r>
    </w:p>
    <w:p w14:paraId="7B74423D" w14:textId="706B56FF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Transporte</w:t>
      </w:r>
    </w:p>
    <w:p w14:paraId="03333F01" w14:textId="6843AEE1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Metro y tren urbanos eficientes; pago con tarjetas IC (</w:t>
      </w:r>
      <w:proofErr w:type="spellStart"/>
      <w:r w:rsidRPr="606FB113">
        <w:rPr>
          <w:rFonts w:ascii="Arial" w:eastAsia="MS Mincho" w:hAnsi="Arial" w:cs="Arial"/>
          <w:color w:val="000000" w:themeColor="text1"/>
          <w:lang w:val="es-ES"/>
        </w:rPr>
        <w:t>Suica</w:t>
      </w:r>
      <w:proofErr w:type="spellEnd"/>
      <w:r w:rsidRPr="606FB113">
        <w:rPr>
          <w:rFonts w:ascii="Arial" w:eastAsia="MS Mincho" w:hAnsi="Arial" w:cs="Arial"/>
          <w:color w:val="000000" w:themeColor="text1"/>
          <w:lang w:val="es-ES"/>
        </w:rPr>
        <w:t>, Pasmo).</w:t>
      </w:r>
    </w:p>
    <w:p w14:paraId="6EC7D181" w14:textId="33F80629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Para largas distancias, </w:t>
      </w:r>
      <w:proofErr w:type="spellStart"/>
      <w:r w:rsidRPr="606FB113">
        <w:rPr>
          <w:rFonts w:ascii="Arial" w:eastAsia="MS Mincho" w:hAnsi="Arial" w:cs="Arial"/>
          <w:color w:val="000000" w:themeColor="text1"/>
          <w:lang w:val="es-ES"/>
        </w:rPr>
        <w:t>Shinkansen</w:t>
      </w:r>
      <w:proofErr w:type="spellEnd"/>
      <w:r w:rsidRPr="606FB113">
        <w:rPr>
          <w:rFonts w:ascii="Arial" w:eastAsia="MS Mincho" w:hAnsi="Arial" w:cs="Arial"/>
          <w:color w:val="000000" w:themeColor="text1"/>
          <w:lang w:val="es-ES"/>
        </w:rPr>
        <w:t xml:space="preserve"> o vuelos internos.</w:t>
      </w:r>
    </w:p>
    <w:p w14:paraId="34453D84" w14:textId="568836C6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Reservas anticipadas recomendadas en temporadas altas.</w:t>
      </w:r>
    </w:p>
    <w:p w14:paraId="63AFA3D7" w14:textId="5D31EED5" w:rsidR="19EB4858" w:rsidRDefault="19EB4858" w:rsidP="606FB113">
      <w:pPr>
        <w:pStyle w:val="ListBullet"/>
        <w:widowControl w:val="0"/>
        <w:spacing w:line="360" w:lineRule="auto"/>
        <w:rPr>
          <w:rFonts w:ascii="Arial" w:eastAsia="MS Mincho" w:hAnsi="Arial" w:cs="Arial"/>
          <w:color w:val="000000" w:themeColor="text1"/>
        </w:rPr>
      </w:pPr>
      <w:r w:rsidRPr="606FB113">
        <w:rPr>
          <w:rFonts w:ascii="Arial" w:eastAsia="MS Mincho" w:hAnsi="Arial" w:cs="Arial"/>
          <w:b/>
          <w:bCs/>
          <w:color w:val="000000" w:themeColor="text1"/>
          <w:lang w:val="es-ES"/>
        </w:rPr>
        <w:t>Seguridad personal</w:t>
      </w:r>
    </w:p>
    <w:p w14:paraId="36BD0CC0" w14:textId="14C5E04C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País muy seguro para viajeros; aplica prudencia básica en espacios concurridos.</w:t>
      </w:r>
    </w:p>
    <w:p w14:paraId="1C5C827F" w14:textId="5078F7F2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Usa transporte formal, respeta normas locales y evita exhibir objetos de valor.</w:t>
      </w:r>
    </w:p>
    <w:p w14:paraId="480134E9" w14:textId="1FE1BCDF" w:rsidR="19EB4858" w:rsidRPr="00334B7E" w:rsidRDefault="19EB4858" w:rsidP="00334B7E">
      <w:pPr>
        <w:pStyle w:val="ListBullet"/>
        <w:widowControl w:val="0"/>
        <w:tabs>
          <w:tab w:val="clear" w:pos="360"/>
          <w:tab w:val="num" w:pos="720"/>
        </w:tabs>
        <w:spacing w:line="360" w:lineRule="auto"/>
        <w:ind w:left="720"/>
        <w:rPr>
          <w:rFonts w:ascii="Arial" w:eastAsia="MS Mincho" w:hAnsi="Arial" w:cs="Arial"/>
          <w:color w:val="000000" w:themeColor="text1"/>
          <w:lang w:val="es-CO"/>
        </w:rPr>
      </w:pPr>
      <w:r w:rsidRPr="606FB113">
        <w:rPr>
          <w:rFonts w:ascii="Arial" w:eastAsia="MS Mincho" w:hAnsi="Arial" w:cs="Arial"/>
          <w:color w:val="000000" w:themeColor="text1"/>
          <w:lang w:val="es-ES"/>
        </w:rPr>
        <w:t>Agua del grifo apta para consumo, aunque muchos prefieren embotellada.</w:t>
      </w:r>
    </w:p>
    <w:p w14:paraId="6D6F95F7" w14:textId="08C8F2EE" w:rsidR="003159DB" w:rsidRPr="00334B7E" w:rsidRDefault="003159DB" w:rsidP="606FB113">
      <w:pPr>
        <w:pStyle w:val="ListBullet"/>
        <w:numPr>
          <w:ilvl w:val="0"/>
          <w:numId w:val="0"/>
        </w:numPr>
        <w:spacing w:line="360" w:lineRule="auto"/>
        <w:rPr>
          <w:rFonts w:ascii="Arial" w:hAnsi="Arial" w:cs="Arial"/>
          <w:lang w:val="es-CO"/>
        </w:rPr>
      </w:pPr>
    </w:p>
    <w:sectPr w:rsidR="003159DB" w:rsidRPr="00334B7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57D9DA"/>
    <w:multiLevelType w:val="hybridMultilevel"/>
    <w:tmpl w:val="FFFFFFFF"/>
    <w:lvl w:ilvl="0" w:tplc="D0EA6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02F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4A3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BC92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4C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DC0C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D4C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886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A0E1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B2159"/>
    <w:multiLevelType w:val="hybridMultilevel"/>
    <w:tmpl w:val="EFC291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3134D"/>
    <w:multiLevelType w:val="multilevel"/>
    <w:tmpl w:val="FFFFFFFF"/>
    <w:lvl w:ilvl="0">
      <w:numFmt w:val="bullet"/>
      <w:lvlText w:val="&amp;"/>
      <w:lvlJc w:val="left"/>
      <w:pPr>
        <w:ind w:left="1056" w:hanging="273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55216"/>
    <w:multiLevelType w:val="hybridMultilevel"/>
    <w:tmpl w:val="9022F4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194536">
    <w:abstractNumId w:val="8"/>
  </w:num>
  <w:num w:numId="2" w16cid:durableId="245381850">
    <w:abstractNumId w:val="6"/>
  </w:num>
  <w:num w:numId="3" w16cid:durableId="1828399902">
    <w:abstractNumId w:val="5"/>
  </w:num>
  <w:num w:numId="4" w16cid:durableId="1235507803">
    <w:abstractNumId w:val="4"/>
  </w:num>
  <w:num w:numId="5" w16cid:durableId="1338656584">
    <w:abstractNumId w:val="7"/>
  </w:num>
  <w:num w:numId="6" w16cid:durableId="609167089">
    <w:abstractNumId w:val="3"/>
  </w:num>
  <w:num w:numId="7" w16cid:durableId="172379006">
    <w:abstractNumId w:val="2"/>
  </w:num>
  <w:num w:numId="8" w16cid:durableId="1529442914">
    <w:abstractNumId w:val="1"/>
  </w:num>
  <w:num w:numId="9" w16cid:durableId="811286828">
    <w:abstractNumId w:val="0"/>
  </w:num>
  <w:num w:numId="10" w16cid:durableId="787167498">
    <w:abstractNumId w:val="12"/>
  </w:num>
  <w:num w:numId="11" w16cid:durableId="53361414">
    <w:abstractNumId w:val="10"/>
  </w:num>
  <w:num w:numId="12" w16cid:durableId="1009910956">
    <w:abstractNumId w:val="11"/>
  </w:num>
  <w:num w:numId="13" w16cid:durableId="18493700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0D8F"/>
    <w:rsid w:val="00034616"/>
    <w:rsid w:val="0006063C"/>
    <w:rsid w:val="00067934"/>
    <w:rsid w:val="00111FC0"/>
    <w:rsid w:val="0015074B"/>
    <w:rsid w:val="00171586"/>
    <w:rsid w:val="0029639D"/>
    <w:rsid w:val="003159DB"/>
    <w:rsid w:val="00326F90"/>
    <w:rsid w:val="00334B7E"/>
    <w:rsid w:val="00344917"/>
    <w:rsid w:val="0069631C"/>
    <w:rsid w:val="006A60F4"/>
    <w:rsid w:val="00763AED"/>
    <w:rsid w:val="00793CA7"/>
    <w:rsid w:val="007C6207"/>
    <w:rsid w:val="00AA1D8D"/>
    <w:rsid w:val="00B47730"/>
    <w:rsid w:val="00B633AB"/>
    <w:rsid w:val="00CB0664"/>
    <w:rsid w:val="00D12CC1"/>
    <w:rsid w:val="00DA68B7"/>
    <w:rsid w:val="00E92C76"/>
    <w:rsid w:val="00FA315A"/>
    <w:rsid w:val="00FC693F"/>
    <w:rsid w:val="19EB4858"/>
    <w:rsid w:val="606FB113"/>
    <w:rsid w:val="68A2F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8D482E"/>
  <w14:defaultImageDpi w14:val="300"/>
  <w15:docId w15:val="{1BE3690A-A9F7-482E-A7CF-8A7B8958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31C"/>
    <w:pPr>
      <w:keepNext/>
      <w:keepLines/>
      <w:spacing w:before="200" w:after="0"/>
      <w:outlineLvl w:val="1"/>
    </w:pPr>
    <w:rPr>
      <w:rFonts w:ascii="Arial" w:eastAsiaTheme="majorEastAsia" w:hAnsi="Arial" w:cs="Arial"/>
      <w:b/>
      <w:bCs/>
      <w:color w:val="59C119"/>
      <w:sz w:val="26"/>
      <w:szCs w:val="26"/>
    </w:rPr>
  </w:style>
  <w:style w:type="paragraph" w:styleId="Heading3">
    <w:name w:val="heading 3"/>
    <w:basedOn w:val="ListBullet"/>
    <w:next w:val="Normal"/>
    <w:link w:val="Heading3Char"/>
    <w:uiPriority w:val="9"/>
    <w:unhideWhenUsed/>
    <w:qFormat/>
    <w:rsid w:val="0069631C"/>
    <w:pPr>
      <w:numPr>
        <w:numId w:val="0"/>
      </w:numPr>
      <w:spacing w:before="240" w:after="0"/>
      <w:outlineLvl w:val="2"/>
    </w:pPr>
    <w:rPr>
      <w:rFonts w:ascii="Arial" w:hAnsi="Arial" w:cs="Arial"/>
      <w:b/>
      <w:bCs/>
      <w:color w:val="59C119"/>
      <w:sz w:val="26"/>
      <w:szCs w:val="26"/>
      <w:lang w:val="es-C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9631C"/>
    <w:rPr>
      <w:rFonts w:ascii="Arial" w:eastAsiaTheme="majorEastAsia" w:hAnsi="Arial" w:cs="Arial"/>
      <w:b/>
      <w:bCs/>
      <w:color w:val="59C11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9631C"/>
    <w:rPr>
      <w:rFonts w:ascii="Arial" w:hAnsi="Arial" w:cs="Arial"/>
      <w:b/>
      <w:bCs/>
      <w:color w:val="59C119"/>
      <w:sz w:val="26"/>
      <w:szCs w:val="26"/>
      <w:lang w:val="es-CO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1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957</Words>
  <Characters>5460</Characters>
  <Application>Microsoft Office Word</Application>
  <DocSecurity>4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Daniela Torrado</cp:lastModifiedBy>
  <cp:revision>10</cp:revision>
  <dcterms:created xsi:type="dcterms:W3CDTF">2013-12-24T02:15:00Z</dcterms:created>
  <dcterms:modified xsi:type="dcterms:W3CDTF">2026-02-23T19:43:00Z</dcterms:modified>
  <cp:category/>
</cp:coreProperties>
</file>