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D6608" w14:textId="449E73D0" w:rsidR="00891A54" w:rsidRDefault="007B376A" w:rsidP="004352CB">
      <w:pPr>
        <w:pStyle w:val="Ttulo3"/>
      </w:pPr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2D8A6849" wp14:editId="7C00234B">
            <wp:simplePos x="0" y="0"/>
            <wp:positionH relativeFrom="column">
              <wp:posOffset>-1089661</wp:posOffset>
            </wp:positionH>
            <wp:positionV relativeFrom="paragraph">
              <wp:posOffset>-937895</wp:posOffset>
            </wp:positionV>
            <wp:extent cx="7781925" cy="10125075"/>
            <wp:effectExtent l="0" t="0" r="9525" b="9525"/>
            <wp:wrapNone/>
            <wp:docPr id="91287915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7915" name="Imagen 1" descr="Calenda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96019" w14:textId="623CE2A3" w:rsidR="004352CB" w:rsidRDefault="004352CB" w:rsidP="007B376A">
      <w:pPr>
        <w:pStyle w:val="Ttulo1"/>
      </w:pPr>
    </w:p>
    <w:p w14:paraId="3295F76B" w14:textId="77777777" w:rsidR="007B376A" w:rsidRDefault="007B376A">
      <w:pPr>
        <w:spacing w:after="200" w:line="276" w:lineRule="auto"/>
        <w:rPr>
          <w:b/>
          <w:bCs/>
          <w:color w:val="59C119"/>
          <w:sz w:val="32"/>
          <w:szCs w:val="32"/>
        </w:rPr>
      </w:pPr>
      <w:r>
        <w:br w:type="page"/>
      </w:r>
    </w:p>
    <w:p w14:paraId="24692145" w14:textId="342CB7DA" w:rsidR="004352CB" w:rsidRPr="00B413BC" w:rsidRDefault="004352CB" w:rsidP="00960C25">
      <w:pPr>
        <w:pStyle w:val="Ttulo1"/>
      </w:pPr>
      <w:r w:rsidRPr="00B413BC">
        <w:lastRenderedPageBreak/>
        <w:t>PANAMÁ</w:t>
      </w:r>
      <w:r w:rsidR="007B376A">
        <w:t xml:space="preserve"> </w:t>
      </w:r>
      <w:r w:rsidR="007B376A" w:rsidRPr="007B376A">
        <w:t>ISLA GRANDE, COLÓN</w:t>
      </w:r>
      <w:r w:rsidRPr="00B413BC">
        <w:t xml:space="preserve"> </w:t>
      </w:r>
    </w:p>
    <w:p w14:paraId="702E2237" w14:textId="77777777" w:rsidR="004352CB" w:rsidRPr="004352CB" w:rsidRDefault="004352CB" w:rsidP="004352CB">
      <w:r w:rsidRPr="004352CB">
        <w:t>Duración: 5 días / 4 noches</w:t>
      </w:r>
    </w:p>
    <w:p w14:paraId="32E1300B" w14:textId="22823DD8" w:rsidR="004352CB" w:rsidRPr="004352CB" w:rsidRDefault="004352CB" w:rsidP="004352CB">
      <w:r w:rsidRPr="00B413BC">
        <w:t>Salidas: Diarias</w:t>
      </w:r>
    </w:p>
    <w:p w14:paraId="2BF30976" w14:textId="0C617B81" w:rsidR="007C6F09" w:rsidRPr="00B413BC" w:rsidRDefault="00A34EA6" w:rsidP="004352CB">
      <w:pPr>
        <w:pStyle w:val="Ttulo1"/>
        <w:ind w:left="0"/>
        <w:jc w:val="left"/>
      </w:pPr>
      <w:r w:rsidRPr="00B413BC">
        <w:t>ITINERARIO</w:t>
      </w:r>
    </w:p>
    <w:p w14:paraId="3DA73C61" w14:textId="687AA87B" w:rsidR="007C6F09" w:rsidRPr="004352CB" w:rsidRDefault="00A34EA6" w:rsidP="004352CB">
      <w:pPr>
        <w:pStyle w:val="Ttulo3"/>
      </w:pPr>
      <w:r w:rsidRPr="004352CB">
        <w:t xml:space="preserve">DÍA 1 – Llegada </w:t>
      </w:r>
      <w:r w:rsidR="00F31C7C">
        <w:t>I</w:t>
      </w:r>
      <w:r w:rsidR="00F31C7C" w:rsidRPr="00F31C7C">
        <w:t>sla Grande Colón</w:t>
      </w:r>
    </w:p>
    <w:p w14:paraId="3D4C14BB" w14:textId="210BCCE8" w:rsidR="009831A7" w:rsidRPr="002E343E" w:rsidRDefault="00F31C7C" w:rsidP="002E343E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  <w:r w:rsidRPr="00F31C7C">
        <w:rPr>
          <w:b w:val="0"/>
          <w:bCs w:val="0"/>
          <w:color w:val="1F1F1F"/>
          <w:sz w:val="22"/>
          <w:szCs w:val="22"/>
        </w:rPr>
        <w:t xml:space="preserve">Llegada, Meet &amp; Greet y traslado al hotel </w:t>
      </w:r>
      <w:proofErr w:type="spellStart"/>
      <w:r w:rsidRPr="00F31C7C">
        <w:rPr>
          <w:b w:val="0"/>
          <w:bCs w:val="0"/>
          <w:color w:val="1F1F1F"/>
          <w:sz w:val="22"/>
          <w:szCs w:val="22"/>
        </w:rPr>
        <w:t>Ordovician</w:t>
      </w:r>
      <w:proofErr w:type="spellEnd"/>
      <w:r w:rsidRPr="00F31C7C">
        <w:rPr>
          <w:b w:val="0"/>
          <w:bCs w:val="0"/>
          <w:color w:val="1F1F1F"/>
          <w:sz w:val="22"/>
          <w:szCs w:val="22"/>
        </w:rPr>
        <w:t xml:space="preserve"> Resort en Isla Grande Colón, </w:t>
      </w:r>
      <w:proofErr w:type="spellStart"/>
      <w:r w:rsidRPr="00F31C7C">
        <w:rPr>
          <w:b w:val="0"/>
          <w:bCs w:val="0"/>
          <w:color w:val="1F1F1F"/>
          <w:sz w:val="22"/>
          <w:szCs w:val="22"/>
        </w:rPr>
        <w:t>check</w:t>
      </w:r>
      <w:proofErr w:type="spellEnd"/>
      <w:r w:rsidRPr="00F31C7C">
        <w:rPr>
          <w:b w:val="0"/>
          <w:bCs w:val="0"/>
          <w:color w:val="1F1F1F"/>
          <w:sz w:val="22"/>
          <w:szCs w:val="22"/>
        </w:rPr>
        <w:t xml:space="preserve"> in,</w:t>
      </w:r>
      <w:r>
        <w:rPr>
          <w:b w:val="0"/>
          <w:bCs w:val="0"/>
          <w:color w:val="1F1F1F"/>
          <w:sz w:val="22"/>
          <w:szCs w:val="22"/>
        </w:rPr>
        <w:t xml:space="preserve"> </w:t>
      </w:r>
      <w:r w:rsidRPr="00F31C7C">
        <w:rPr>
          <w:b w:val="0"/>
          <w:bCs w:val="0"/>
          <w:color w:val="1F1F1F"/>
          <w:sz w:val="22"/>
          <w:szCs w:val="22"/>
        </w:rPr>
        <w:t>resto de la tarde libre para disfrutar de las playas y conocer la isla.</w:t>
      </w:r>
    </w:p>
    <w:p w14:paraId="476C3BC0" w14:textId="7275EC3D" w:rsidR="00891A54" w:rsidRPr="00F31C7C" w:rsidRDefault="00A34EA6" w:rsidP="00F31C7C">
      <w:pPr>
        <w:pStyle w:val="Ttulo3"/>
        <w:rPr>
          <w:b w:val="0"/>
          <w:bCs w:val="0"/>
          <w:color w:val="1F1F1F"/>
          <w:sz w:val="22"/>
          <w:szCs w:val="22"/>
        </w:rPr>
      </w:pPr>
      <w:r w:rsidRPr="00B413BC">
        <w:t xml:space="preserve">DÍA 2 – Ciudad de Panamá – </w:t>
      </w:r>
      <w:r w:rsidR="000F74CA">
        <w:t>Contadora</w:t>
      </w:r>
    </w:p>
    <w:p w14:paraId="120BA579" w14:textId="77777777" w:rsidR="009831A7" w:rsidRDefault="009831A7" w:rsidP="009831A7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  <w:r w:rsidRPr="009831A7">
        <w:rPr>
          <w:b w:val="0"/>
          <w:bCs w:val="0"/>
          <w:color w:val="1F1F1F"/>
          <w:sz w:val="22"/>
          <w:szCs w:val="22"/>
        </w:rPr>
        <w:t>Desayuno. Disfruta de las Playas del Caribe en Isla Grande y sus actividades.</w:t>
      </w:r>
    </w:p>
    <w:p w14:paraId="6B7C389C" w14:textId="77777777" w:rsidR="009831A7" w:rsidRDefault="009831A7" w:rsidP="009831A7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</w:p>
    <w:p w14:paraId="5D9EB64E" w14:textId="63D7DE68" w:rsidR="00891A54" w:rsidRPr="00B413BC" w:rsidRDefault="0056702A" w:rsidP="009831A7">
      <w:pPr>
        <w:pStyle w:val="Ttulo3"/>
        <w:spacing w:before="0"/>
      </w:pPr>
      <w:r w:rsidRPr="00B413BC">
        <w:t xml:space="preserve">DÍA 3 – </w:t>
      </w:r>
      <w:r w:rsidR="00165680">
        <w:t>Contadora</w:t>
      </w:r>
      <w:r w:rsidR="00165680" w:rsidRPr="00B413BC">
        <w:t xml:space="preserve"> </w:t>
      </w:r>
      <w:r w:rsidRPr="00B413BC">
        <w:t>– Ciudad de Panamá</w:t>
      </w:r>
    </w:p>
    <w:p w14:paraId="6B257929" w14:textId="77777777" w:rsidR="009831A7" w:rsidRDefault="009831A7" w:rsidP="009831A7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  <w:r w:rsidRPr="009831A7">
        <w:rPr>
          <w:b w:val="0"/>
          <w:bCs w:val="0"/>
          <w:color w:val="1F1F1F"/>
          <w:sz w:val="22"/>
          <w:szCs w:val="22"/>
        </w:rPr>
        <w:t>Desayuno. Disfruta de las Playas del Caribe en Isla Grande y sus actividades.</w:t>
      </w:r>
    </w:p>
    <w:p w14:paraId="558139A9" w14:textId="77777777" w:rsidR="009831A7" w:rsidRDefault="009831A7" w:rsidP="009831A7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</w:p>
    <w:p w14:paraId="02761AB7" w14:textId="5944E62D" w:rsidR="00891A54" w:rsidRPr="00B413BC" w:rsidRDefault="00A34EA6" w:rsidP="009831A7">
      <w:pPr>
        <w:pStyle w:val="Ttulo3"/>
        <w:spacing w:before="0"/>
      </w:pPr>
      <w:r w:rsidRPr="00B413BC">
        <w:t>DÍA 4 – City Tour + Canal de Panamá</w:t>
      </w:r>
    </w:p>
    <w:p w14:paraId="087F2E3B" w14:textId="5A091766" w:rsidR="002E343E" w:rsidRPr="00097260" w:rsidRDefault="002E343E" w:rsidP="00097260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  <w:r w:rsidRPr="002E343E">
        <w:rPr>
          <w:b w:val="0"/>
          <w:bCs w:val="0"/>
          <w:color w:val="1F1F1F"/>
          <w:sz w:val="22"/>
          <w:szCs w:val="22"/>
        </w:rPr>
        <w:t>Desayuno. A la hora indicada, gira Portobelo y Esclusas de Canal Ampliado con entradas,</w:t>
      </w:r>
      <w:r>
        <w:rPr>
          <w:b w:val="0"/>
          <w:bCs w:val="0"/>
          <w:color w:val="1F1F1F"/>
          <w:sz w:val="22"/>
          <w:szCs w:val="22"/>
        </w:rPr>
        <w:t xml:space="preserve"> </w:t>
      </w:r>
      <w:r w:rsidRPr="002E343E">
        <w:rPr>
          <w:b w:val="0"/>
          <w:bCs w:val="0"/>
          <w:color w:val="1F1F1F"/>
          <w:sz w:val="22"/>
          <w:szCs w:val="22"/>
        </w:rPr>
        <w:t xml:space="preserve">traslado al hotel de ciudad, </w:t>
      </w:r>
      <w:proofErr w:type="spellStart"/>
      <w:r w:rsidRPr="002E343E">
        <w:rPr>
          <w:b w:val="0"/>
          <w:bCs w:val="0"/>
          <w:color w:val="1F1F1F"/>
          <w:sz w:val="22"/>
          <w:szCs w:val="22"/>
        </w:rPr>
        <w:t>check</w:t>
      </w:r>
      <w:proofErr w:type="spellEnd"/>
      <w:r w:rsidRPr="002E343E">
        <w:rPr>
          <w:b w:val="0"/>
          <w:bCs w:val="0"/>
          <w:color w:val="1F1F1F"/>
          <w:sz w:val="22"/>
          <w:szCs w:val="22"/>
        </w:rPr>
        <w:t xml:space="preserve"> in.</w:t>
      </w:r>
    </w:p>
    <w:p w14:paraId="111EF2D2" w14:textId="0CF0E96E" w:rsidR="00891A54" w:rsidRPr="00B413BC" w:rsidRDefault="00891A54" w:rsidP="002E343E">
      <w:pPr>
        <w:pStyle w:val="Ttulo3"/>
        <w:rPr>
          <w:color w:val="1F1F1F"/>
        </w:rPr>
      </w:pPr>
      <w:r w:rsidRPr="00B413BC">
        <w:t>DÍA 5 – Salida</w:t>
      </w:r>
    </w:p>
    <w:p w14:paraId="28944B22" w14:textId="77777777" w:rsidR="002E343E" w:rsidRDefault="002E343E" w:rsidP="002E343E">
      <w:pPr>
        <w:pStyle w:val="Ttulo1"/>
        <w:spacing w:before="0"/>
        <w:ind w:left="0"/>
        <w:jc w:val="left"/>
        <w:rPr>
          <w:b w:val="0"/>
          <w:bCs w:val="0"/>
          <w:color w:val="1F1F1F"/>
          <w:sz w:val="22"/>
          <w:szCs w:val="22"/>
        </w:rPr>
      </w:pPr>
      <w:r w:rsidRPr="002E343E">
        <w:rPr>
          <w:b w:val="0"/>
          <w:bCs w:val="0"/>
          <w:color w:val="1F1F1F"/>
          <w:sz w:val="22"/>
          <w:szCs w:val="22"/>
        </w:rPr>
        <w:t>Desayuno. Mañana libre, a la hora indicada traslado al aeropuerto.</w:t>
      </w:r>
    </w:p>
    <w:p w14:paraId="1FFAE031" w14:textId="59C2FDED" w:rsidR="00960C25" w:rsidRPr="00960C25" w:rsidRDefault="0056702A" w:rsidP="00A27111">
      <w:pPr>
        <w:pStyle w:val="Ttulo1"/>
        <w:ind w:left="0"/>
        <w:jc w:val="left"/>
        <w:rPr>
          <w:lang w:val="es-CO"/>
        </w:rPr>
      </w:pPr>
      <w:r w:rsidRPr="00B413BC">
        <w:rPr>
          <w:lang w:val="es-CO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37"/>
        <w:gridCol w:w="3618"/>
        <w:gridCol w:w="2373"/>
      </w:tblGrid>
      <w:tr w:rsidR="00337844" w:rsidRPr="002C14ED" w14:paraId="7E8FF932" w14:textId="46441058" w:rsidTr="00337844">
        <w:tc>
          <w:tcPr>
            <w:tcW w:w="1607" w:type="pct"/>
            <w:shd w:val="clear" w:color="auto" w:fill="59C119"/>
            <w:vAlign w:val="center"/>
          </w:tcPr>
          <w:p w14:paraId="7D465555" w14:textId="40793B28" w:rsidR="00337844" w:rsidRPr="003465C7" w:rsidRDefault="00337844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CATEGORIA</w:t>
            </w:r>
          </w:p>
        </w:tc>
        <w:tc>
          <w:tcPr>
            <w:tcW w:w="3393" w:type="pct"/>
            <w:gridSpan w:val="2"/>
            <w:shd w:val="clear" w:color="auto" w:fill="59C119"/>
            <w:vAlign w:val="center"/>
          </w:tcPr>
          <w:p w14:paraId="235BBF36" w14:textId="53F97982" w:rsidR="00337844" w:rsidRPr="003465C7" w:rsidRDefault="00337844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LUJO</w:t>
            </w:r>
          </w:p>
        </w:tc>
      </w:tr>
      <w:tr w:rsidR="00337844" w:rsidRPr="002C14ED" w14:paraId="579194D8" w14:textId="0DA9BA45" w:rsidTr="00337844">
        <w:trPr>
          <w:trHeight w:val="550"/>
        </w:trPr>
        <w:tc>
          <w:tcPr>
            <w:tcW w:w="1607" w:type="pct"/>
            <w:shd w:val="clear" w:color="auto" w:fill="59C119"/>
            <w:vAlign w:val="center"/>
          </w:tcPr>
          <w:p w14:paraId="028AD337" w14:textId="2FAB205F" w:rsidR="00337844" w:rsidRPr="003465C7" w:rsidRDefault="00337844" w:rsidP="000257A5">
            <w:pPr>
              <w:jc w:val="center"/>
              <w:rPr>
                <w:b/>
                <w:bCs/>
                <w:color w:val="FFFFFF" w:themeColor="background1"/>
                <w:sz w:val="14"/>
                <w:szCs w:val="14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HOTEL</w:t>
            </w:r>
          </w:p>
        </w:tc>
        <w:tc>
          <w:tcPr>
            <w:tcW w:w="2049" w:type="pct"/>
            <w:shd w:val="clear" w:color="auto" w:fill="59C119"/>
            <w:vAlign w:val="center"/>
          </w:tcPr>
          <w:p w14:paraId="56CEC2FC" w14:textId="0C771A4D" w:rsidR="00337844" w:rsidRPr="003465C7" w:rsidRDefault="00337844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LAS AMERICAS GOLDEN TOWER</w:t>
            </w:r>
          </w:p>
        </w:tc>
        <w:tc>
          <w:tcPr>
            <w:tcW w:w="1344" w:type="pct"/>
            <w:shd w:val="clear" w:color="auto" w:fill="59C119"/>
            <w:vAlign w:val="center"/>
          </w:tcPr>
          <w:p w14:paraId="050F8436" w14:textId="2AE8F25B" w:rsidR="00337844" w:rsidRPr="003465C7" w:rsidRDefault="00337844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W PANAMA</w:t>
            </w:r>
          </w:p>
        </w:tc>
      </w:tr>
      <w:tr w:rsidR="00773151" w:rsidRPr="002C14ED" w14:paraId="55841075" w14:textId="111BBF76" w:rsidTr="00337844">
        <w:tc>
          <w:tcPr>
            <w:tcW w:w="1607" w:type="pct"/>
            <w:vAlign w:val="center"/>
          </w:tcPr>
          <w:p w14:paraId="34F5B914" w14:textId="18021080" w:rsidR="00773151" w:rsidRPr="003465C7" w:rsidRDefault="00773151" w:rsidP="00773151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Doble</w:t>
            </w:r>
          </w:p>
        </w:tc>
        <w:tc>
          <w:tcPr>
            <w:tcW w:w="2049" w:type="pct"/>
            <w:vAlign w:val="center"/>
          </w:tcPr>
          <w:p w14:paraId="6CA8D4C6" w14:textId="5CEECE02" w:rsidR="00773151" w:rsidRPr="003465C7" w:rsidRDefault="00773151" w:rsidP="00773151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>
              <w:rPr>
                <w:sz w:val="18"/>
                <w:szCs w:val="18"/>
              </w:rPr>
              <w:t>1387</w:t>
            </w:r>
          </w:p>
        </w:tc>
        <w:tc>
          <w:tcPr>
            <w:tcW w:w="1344" w:type="pct"/>
            <w:vAlign w:val="center"/>
          </w:tcPr>
          <w:p w14:paraId="57CF4C3B" w14:textId="5DDD9AAD" w:rsidR="00773151" w:rsidRPr="003465C7" w:rsidRDefault="00773151" w:rsidP="00773151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>
              <w:rPr>
                <w:sz w:val="18"/>
                <w:szCs w:val="18"/>
              </w:rPr>
              <w:t>1</w:t>
            </w:r>
            <w:r w:rsidR="00097260">
              <w:rPr>
                <w:sz w:val="18"/>
                <w:szCs w:val="18"/>
              </w:rPr>
              <w:t>485</w:t>
            </w:r>
          </w:p>
        </w:tc>
      </w:tr>
      <w:tr w:rsidR="004D0D77" w:rsidRPr="002C14ED" w14:paraId="3A3E6E07" w14:textId="77777777" w:rsidTr="00337844">
        <w:tc>
          <w:tcPr>
            <w:tcW w:w="1607" w:type="pct"/>
            <w:vAlign w:val="center"/>
          </w:tcPr>
          <w:p w14:paraId="089DC228" w14:textId="7D5EC055" w:rsidR="004D0D77" w:rsidRPr="003465C7" w:rsidRDefault="004D0D77" w:rsidP="0077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</w:t>
            </w:r>
          </w:p>
        </w:tc>
        <w:tc>
          <w:tcPr>
            <w:tcW w:w="2049" w:type="pct"/>
            <w:vAlign w:val="center"/>
          </w:tcPr>
          <w:p w14:paraId="272E31C7" w14:textId="3656177E" w:rsidR="004D0D77" w:rsidRPr="003465C7" w:rsidRDefault="008B3BE4" w:rsidP="008B3B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USD   540</w:t>
            </w:r>
          </w:p>
        </w:tc>
        <w:tc>
          <w:tcPr>
            <w:tcW w:w="1344" w:type="pct"/>
            <w:vAlign w:val="center"/>
          </w:tcPr>
          <w:p w14:paraId="32387071" w14:textId="2584464A" w:rsidR="004D0D77" w:rsidRPr="003465C7" w:rsidRDefault="008B3BE4" w:rsidP="0077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USD   </w:t>
            </w:r>
            <w:r w:rsidR="00710C4A">
              <w:rPr>
                <w:sz w:val="18"/>
                <w:szCs w:val="18"/>
              </w:rPr>
              <w:t>543</w:t>
            </w:r>
          </w:p>
        </w:tc>
      </w:tr>
    </w:tbl>
    <w:p w14:paraId="1690B86D" w14:textId="4B740031" w:rsidR="0056702A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 xml:space="preserve">Tarifas validas </w:t>
      </w:r>
      <w:r w:rsidR="00337844">
        <w:rPr>
          <w:lang w:val="es-CO"/>
        </w:rPr>
        <w:t xml:space="preserve">desde </w:t>
      </w:r>
      <w:r w:rsidR="00781CC4">
        <w:rPr>
          <w:lang w:val="es-CO"/>
        </w:rPr>
        <w:t>01 mayo a 30 de noviembre 2026</w:t>
      </w:r>
    </w:p>
    <w:p w14:paraId="0DF3E6FB" w14:textId="073B4608" w:rsidR="00C520EC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>Tarifas por persona en dólares</w:t>
      </w:r>
    </w:p>
    <w:p w14:paraId="44D4AB44" w14:textId="77777777" w:rsidR="003E7BEE" w:rsidRPr="00B413BC" w:rsidRDefault="003E7BEE" w:rsidP="004352CB">
      <w:pPr>
        <w:rPr>
          <w:lang w:val="es-CO"/>
        </w:rPr>
      </w:pPr>
    </w:p>
    <w:p w14:paraId="01B0FA1A" w14:textId="77777777" w:rsidR="003E7BEE" w:rsidRPr="00B413BC" w:rsidRDefault="003E7BEE" w:rsidP="004352CB">
      <w:pPr>
        <w:rPr>
          <w:lang w:val="es-CO"/>
        </w:rPr>
      </w:pPr>
    </w:p>
    <w:p w14:paraId="33A3CAAE" w14:textId="5AA982B7" w:rsidR="001C09C9" w:rsidRPr="00D80A51" w:rsidRDefault="00367849" w:rsidP="00D80A51">
      <w:pPr>
        <w:pStyle w:val="Ttulo2"/>
      </w:pPr>
      <w:r w:rsidRPr="00D00BB7"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65"/>
        <w:gridCol w:w="3512"/>
        <w:gridCol w:w="3551"/>
      </w:tblGrid>
      <w:tr w:rsidR="002E17A8" w:rsidRPr="00B413BC" w14:paraId="15DD1E0C" w14:textId="77777777" w:rsidTr="002E17A8">
        <w:trPr>
          <w:trHeight w:val="389"/>
        </w:trPr>
        <w:tc>
          <w:tcPr>
            <w:tcW w:w="1000" w:type="pct"/>
            <w:shd w:val="clear" w:color="auto" w:fill="59C119"/>
            <w:vAlign w:val="center"/>
            <w:hideMark/>
          </w:tcPr>
          <w:p w14:paraId="68EF2780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989" w:type="pct"/>
            <w:shd w:val="clear" w:color="auto" w:fill="59C119"/>
            <w:vAlign w:val="center"/>
            <w:hideMark/>
          </w:tcPr>
          <w:p w14:paraId="39CB57C1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11" w:type="pct"/>
            <w:shd w:val="clear" w:color="auto" w:fill="59C119"/>
            <w:vAlign w:val="center"/>
          </w:tcPr>
          <w:p w14:paraId="48F2636D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2E17A8" w:rsidRPr="00B413BC" w14:paraId="00DF6157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161C3B14" w14:textId="5AFDE3EF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5413244A" w14:textId="71072F0E" w:rsidR="002E17A8" w:rsidRPr="009F711B" w:rsidRDefault="002E17A8" w:rsidP="00F02C78">
            <w:pPr>
              <w:jc w:val="center"/>
              <w:rPr>
                <w:lang w:val="es-CO"/>
              </w:rPr>
            </w:pPr>
            <w:r w:rsidRPr="008344E4">
              <w:rPr>
                <w:lang w:val="es-CO"/>
              </w:rPr>
              <w:t>Las Americas Golden Tower</w:t>
            </w:r>
          </w:p>
        </w:tc>
        <w:tc>
          <w:tcPr>
            <w:tcW w:w="2011" w:type="pct"/>
            <w:vAlign w:val="center"/>
          </w:tcPr>
          <w:p w14:paraId="7D64034B" w14:textId="40726886" w:rsidR="002E17A8" w:rsidRPr="00B413BC" w:rsidRDefault="002E17A8" w:rsidP="00F02C78">
            <w:pPr>
              <w:jc w:val="center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00B43E2" wp14:editId="6441586F">
                  <wp:extent cx="1384246" cy="775412"/>
                  <wp:effectExtent l="0" t="0" r="6985" b="5715"/>
                  <wp:docPr id="1037598082" name="Imagen 11" descr="HOTEL LAS AMÉRICAS GOLDEN TOWER PANAMÁ desde $ 421.053 (Ciudad de Panamá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OTEL LAS AMÉRICAS GOLDEN TOWER PANAMÁ desde $ 421.053 (Ciudad de Panamá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69" cy="7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62477B94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590E8947" w14:textId="5181A9AE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1DB53C1E" w14:textId="46BBAE31" w:rsidR="002E17A8" w:rsidRPr="008344E4" w:rsidRDefault="002E17A8" w:rsidP="00F02C78">
            <w:pPr>
              <w:jc w:val="center"/>
              <w:rPr>
                <w:lang w:val="es-CO"/>
              </w:rPr>
            </w:pPr>
            <w:r w:rsidRPr="005D0B4E">
              <w:rPr>
                <w:lang w:val="es-CO"/>
              </w:rPr>
              <w:t>W Panam</w:t>
            </w:r>
            <w:r w:rsidR="00710C4A">
              <w:rPr>
                <w:lang w:val="es-CO"/>
              </w:rPr>
              <w:t>á</w:t>
            </w:r>
          </w:p>
        </w:tc>
        <w:tc>
          <w:tcPr>
            <w:tcW w:w="2011" w:type="pct"/>
            <w:vAlign w:val="center"/>
          </w:tcPr>
          <w:p w14:paraId="4CCFFDC6" w14:textId="3741902C" w:rsidR="002E17A8" w:rsidRPr="00B413BC" w:rsidRDefault="002E17A8" w:rsidP="00F02C78">
            <w:pPr>
              <w:jc w:val="center"/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4F81A29" wp14:editId="66D0EAFD">
                  <wp:extent cx="1410363" cy="790041"/>
                  <wp:effectExtent l="0" t="0" r="0" b="0"/>
                  <wp:docPr id="1318506198" name="Imagen 12" descr="W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90" cy="79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7FFF9" w14:textId="18B81C09" w:rsidR="00416C5D" w:rsidRDefault="00D80A51" w:rsidP="00D80A51">
      <w:pPr>
        <w:pStyle w:val="Prrafodelista"/>
        <w:numPr>
          <w:ilvl w:val="0"/>
          <w:numId w:val="12"/>
        </w:numPr>
        <w:rPr>
          <w:lang w:val="es-CO"/>
        </w:rPr>
      </w:pPr>
      <w:r w:rsidRPr="00D80A51">
        <w:rPr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6359C022" w14:textId="77777777" w:rsidR="002E17A8" w:rsidRPr="00D80A51" w:rsidRDefault="002E17A8" w:rsidP="002E17A8">
      <w:pPr>
        <w:pStyle w:val="Prrafodelista"/>
        <w:rPr>
          <w:lang w:val="es-CO"/>
        </w:rPr>
      </w:pPr>
    </w:p>
    <w:p w14:paraId="5A98BDEB" w14:textId="77777777" w:rsidR="00777E1D" w:rsidRPr="00B413BC" w:rsidRDefault="00A34EA6" w:rsidP="00D00BB7">
      <w:pPr>
        <w:pStyle w:val="Ttulo2"/>
      </w:pPr>
      <w:r w:rsidRPr="00B413BC">
        <w:t>INCLUYE</w:t>
      </w:r>
    </w:p>
    <w:p w14:paraId="09B90B23" w14:textId="1A7F7AF4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 xml:space="preserve">2 noches en Hotel </w:t>
      </w:r>
      <w:proofErr w:type="spellStart"/>
      <w:r w:rsidRPr="00A56D45">
        <w:rPr>
          <w:lang w:val="es-CO"/>
        </w:rPr>
        <w:t>Ordovician</w:t>
      </w:r>
      <w:proofErr w:type="spellEnd"/>
      <w:r w:rsidRPr="00A56D45">
        <w:rPr>
          <w:lang w:val="es-CO"/>
        </w:rPr>
        <w:t xml:space="preserve"> – Isla Grande</w:t>
      </w:r>
    </w:p>
    <w:p w14:paraId="1396A9A9" w14:textId="309CBECD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2 noches en Ciudad de Panamá (hotel según selección de categoría)</w:t>
      </w:r>
    </w:p>
    <w:p w14:paraId="2DC95E7B" w14:textId="3ED16F66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Desayunos (4)</w:t>
      </w:r>
    </w:p>
    <w:p w14:paraId="5604939B" w14:textId="2F344953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Traslados privados según itinerario</w:t>
      </w:r>
    </w:p>
    <w:p w14:paraId="52D81E52" w14:textId="10BAA5E6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Excursión Portobelo + Esclusas de Canal Ampliado (Agua Clara) con entradas (según tu texto)</w:t>
      </w:r>
    </w:p>
    <w:p w14:paraId="15A6F949" w14:textId="0527A193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Gira de Ciudad + Canal de Panamá (Centro de Visitantes)</w:t>
      </w:r>
    </w:p>
    <w:p w14:paraId="47B51B0E" w14:textId="4003F206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Cena especial romántica en Casco Antiguo con botella de vino</w:t>
      </w:r>
    </w:p>
    <w:p w14:paraId="2039AAAE" w14:textId="418D5147" w:rsidR="00A56D45" w:rsidRPr="00A56D45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Obsequio de bienvenida</w:t>
      </w:r>
    </w:p>
    <w:p w14:paraId="4D338023" w14:textId="5F55A04A" w:rsidR="00560B80" w:rsidRDefault="00A56D45" w:rsidP="00A56D45">
      <w:pPr>
        <w:pStyle w:val="Prrafodelista"/>
        <w:numPr>
          <w:ilvl w:val="0"/>
          <w:numId w:val="12"/>
        </w:numPr>
        <w:spacing w:after="0"/>
        <w:rPr>
          <w:lang w:val="es-CO"/>
        </w:rPr>
      </w:pPr>
      <w:r w:rsidRPr="00A56D45">
        <w:rPr>
          <w:lang w:val="es-CO"/>
        </w:rPr>
        <w:t>Seguro médico: USD 3 por día por persona (5 días)</w:t>
      </w:r>
    </w:p>
    <w:p w14:paraId="1FD6576D" w14:textId="77777777" w:rsidR="002937BC" w:rsidRDefault="002937BC" w:rsidP="002937BC">
      <w:pPr>
        <w:spacing w:after="0"/>
        <w:rPr>
          <w:lang w:val="es-CO"/>
        </w:rPr>
      </w:pPr>
    </w:p>
    <w:p w14:paraId="65CE080E" w14:textId="77777777" w:rsidR="002937BC" w:rsidRDefault="002937BC" w:rsidP="002937BC">
      <w:pPr>
        <w:spacing w:after="0"/>
        <w:rPr>
          <w:lang w:val="es-CO"/>
        </w:rPr>
      </w:pPr>
    </w:p>
    <w:p w14:paraId="2C5E6EF1" w14:textId="77777777" w:rsidR="002937BC" w:rsidRDefault="002937BC" w:rsidP="002937BC">
      <w:pPr>
        <w:spacing w:after="0"/>
        <w:rPr>
          <w:lang w:val="es-CO"/>
        </w:rPr>
      </w:pPr>
    </w:p>
    <w:p w14:paraId="5C40D129" w14:textId="77777777" w:rsidR="002937BC" w:rsidRDefault="002937BC" w:rsidP="002937BC">
      <w:pPr>
        <w:spacing w:after="0"/>
        <w:rPr>
          <w:lang w:val="es-CO"/>
        </w:rPr>
      </w:pPr>
    </w:p>
    <w:p w14:paraId="7AFFDC73" w14:textId="77777777" w:rsidR="002937BC" w:rsidRPr="002937BC" w:rsidRDefault="002937BC" w:rsidP="002937BC">
      <w:pPr>
        <w:spacing w:after="0"/>
        <w:rPr>
          <w:lang w:val="es-CO"/>
        </w:rPr>
      </w:pPr>
    </w:p>
    <w:p w14:paraId="156472C3" w14:textId="77777777" w:rsidR="00777E1D" w:rsidRPr="00B413BC" w:rsidRDefault="00A34EA6" w:rsidP="00D00BB7">
      <w:pPr>
        <w:pStyle w:val="Ttulo2"/>
      </w:pPr>
      <w:r w:rsidRPr="00B413BC">
        <w:lastRenderedPageBreak/>
        <w:t>NO INCLUYE</w:t>
      </w:r>
    </w:p>
    <w:p w14:paraId="76A31413" w14:textId="4D9C701A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Boletos aéreos</w:t>
      </w:r>
    </w:p>
    <w:p w14:paraId="21127E1A" w14:textId="092B2D33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Almuerzos y cenas (excepto la cena romántica incluida)</w:t>
      </w:r>
    </w:p>
    <w:p w14:paraId="3B71A3ED" w14:textId="5FFB1C9A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Bebidas adicionales fuera de lo incluido</w:t>
      </w:r>
    </w:p>
    <w:p w14:paraId="5C5A6B02" w14:textId="519FE916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Propinas (guías, choferes, personal hotelero)</w:t>
      </w:r>
    </w:p>
    <w:p w14:paraId="660A2033" w14:textId="01CB9F18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Gastos personales</w:t>
      </w:r>
    </w:p>
    <w:p w14:paraId="0EDF4CE3" w14:textId="5F77F578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Tours opcionales / actividades acuáticas en Isla Grande (kayak, snorkel, etc.) si no están indicadas</w:t>
      </w:r>
    </w:p>
    <w:p w14:paraId="21D219E4" w14:textId="516C49CB" w:rsidR="002937BC" w:rsidRP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>Cargos por cambios / no show</w:t>
      </w:r>
    </w:p>
    <w:p w14:paraId="6B055573" w14:textId="77777777" w:rsidR="002937BC" w:rsidRDefault="002937BC" w:rsidP="002937BC">
      <w:pPr>
        <w:pStyle w:val="Ttulo2"/>
        <w:numPr>
          <w:ilvl w:val="0"/>
          <w:numId w:val="16"/>
        </w:numPr>
        <w:spacing w:before="0"/>
        <w:rPr>
          <w:b w:val="0"/>
          <w:bCs w:val="0"/>
          <w:color w:val="1F1F1F"/>
          <w:sz w:val="22"/>
          <w:szCs w:val="22"/>
        </w:rPr>
      </w:pPr>
      <w:r w:rsidRPr="002937BC">
        <w:rPr>
          <w:b w:val="0"/>
          <w:bCs w:val="0"/>
          <w:color w:val="1F1F1F"/>
          <w:sz w:val="22"/>
          <w:szCs w:val="22"/>
        </w:rPr>
        <w:t xml:space="preserve">Impuestos o fees locales no informados por el hotel (si aplican) </w:t>
      </w:r>
    </w:p>
    <w:p w14:paraId="658E752C" w14:textId="05856F23" w:rsidR="00777E1D" w:rsidRDefault="00A34EA6" w:rsidP="002937BC">
      <w:pPr>
        <w:pStyle w:val="Ttulo2"/>
      </w:pPr>
      <w:r w:rsidRPr="00B413BC">
        <w:t>NOTAS IMPORTANTES</w:t>
      </w:r>
    </w:p>
    <w:p w14:paraId="73DD91D0" w14:textId="77777777" w:rsidR="009D41B2" w:rsidRPr="009D41B2" w:rsidRDefault="009D41B2" w:rsidP="009D41B2">
      <w:pPr>
        <w:numPr>
          <w:ilvl w:val="0"/>
          <w:numId w:val="14"/>
        </w:numPr>
        <w:tabs>
          <w:tab w:val="clear" w:pos="720"/>
          <w:tab w:val="num" w:pos="284"/>
        </w:tabs>
        <w:spacing w:after="0"/>
        <w:ind w:left="142" w:hanging="142"/>
        <w:rPr>
          <w:lang w:val="es-CO"/>
        </w:rPr>
      </w:pPr>
      <w:r w:rsidRPr="009D41B2">
        <w:rPr>
          <w:lang w:val="es-CO"/>
        </w:rPr>
        <w:t>Ferry sujeto a condiciones climáticas</w:t>
      </w:r>
    </w:p>
    <w:p w14:paraId="6FAFB1AE" w14:textId="19838F6E" w:rsidR="009D41B2" w:rsidRPr="009D41B2" w:rsidRDefault="009D41B2" w:rsidP="009D41B2">
      <w:pPr>
        <w:numPr>
          <w:ilvl w:val="0"/>
          <w:numId w:val="14"/>
        </w:numPr>
        <w:tabs>
          <w:tab w:val="clear" w:pos="720"/>
          <w:tab w:val="num" w:pos="284"/>
        </w:tabs>
        <w:spacing w:after="0"/>
        <w:ind w:left="142" w:hanging="142"/>
        <w:rPr>
          <w:lang w:val="es-CO"/>
        </w:rPr>
      </w:pPr>
      <w:r w:rsidRPr="009D41B2">
        <w:rPr>
          <w:lang w:val="es-CO"/>
        </w:rPr>
        <w:t>Temporada alta: Ene 01 – Abr 30</w:t>
      </w:r>
    </w:p>
    <w:p w14:paraId="253207CE" w14:textId="77777777" w:rsidR="00777E1D" w:rsidRPr="00B413BC" w:rsidRDefault="00A34EA6" w:rsidP="009D41B2">
      <w:pPr>
        <w:tabs>
          <w:tab w:val="num" w:pos="284"/>
        </w:tabs>
        <w:spacing w:after="0"/>
        <w:ind w:left="142" w:hanging="142"/>
        <w:rPr>
          <w:lang w:val="es-CO"/>
        </w:rPr>
      </w:pPr>
      <w:r w:rsidRPr="00B413BC">
        <w:rPr>
          <w:lang w:val="es-CO"/>
        </w:rPr>
        <w:t>• No aplica en Carnavales, Semana Santa ni Fiestas Patrias</w:t>
      </w:r>
    </w:p>
    <w:p w14:paraId="393C8A7F" w14:textId="27C1950F" w:rsidR="00777E1D" w:rsidRPr="00B413BC" w:rsidRDefault="00A34EA6" w:rsidP="009D41B2">
      <w:pPr>
        <w:tabs>
          <w:tab w:val="num" w:pos="284"/>
        </w:tabs>
        <w:spacing w:after="0"/>
        <w:ind w:left="142" w:hanging="142"/>
        <w:rPr>
          <w:lang w:val="es-CO"/>
        </w:rPr>
      </w:pPr>
      <w:r w:rsidRPr="00B413BC">
        <w:rPr>
          <w:lang w:val="es-CO"/>
        </w:rPr>
        <w:t>• Edad CHD: 2 a 11 años• Tarifas sujetas a disponibilidad</w:t>
      </w:r>
    </w:p>
    <w:p w14:paraId="6C6AA3A4" w14:textId="6913ADE6" w:rsidR="007851CE" w:rsidRPr="00B413BC" w:rsidRDefault="00A34EA6" w:rsidP="002E17A8">
      <w:pPr>
        <w:spacing w:after="0"/>
        <w:rPr>
          <w:u w:val="single"/>
          <w:lang w:val="es-CO"/>
        </w:rPr>
      </w:pPr>
      <w:r w:rsidRPr="00B413BC">
        <w:rPr>
          <w:lang w:val="es-CO"/>
        </w:rPr>
        <w:t>• Programa terrestre únicamente</w:t>
      </w:r>
    </w:p>
    <w:sectPr w:rsidR="007851CE" w:rsidRPr="00B413BC" w:rsidSect="000C423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8B51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B2159"/>
    <w:multiLevelType w:val="hybridMultilevel"/>
    <w:tmpl w:val="2F5083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B696A"/>
    <w:multiLevelType w:val="multilevel"/>
    <w:tmpl w:val="BE52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C5535"/>
    <w:multiLevelType w:val="multilevel"/>
    <w:tmpl w:val="4D68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96498C"/>
    <w:multiLevelType w:val="hybridMultilevel"/>
    <w:tmpl w:val="899831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661A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EB3922"/>
    <w:multiLevelType w:val="hybridMultilevel"/>
    <w:tmpl w:val="0DEEE6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4"/>
  </w:num>
  <w:num w:numId="12">
    <w:abstractNumId w:val="10"/>
  </w:num>
  <w:num w:numId="13">
    <w:abstractNumId w:val="15"/>
  </w:num>
  <w:num w:numId="14">
    <w:abstractNumId w:val="12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57A5"/>
    <w:rsid w:val="00034616"/>
    <w:rsid w:val="00037AC8"/>
    <w:rsid w:val="0006063C"/>
    <w:rsid w:val="00061EA2"/>
    <w:rsid w:val="000625F8"/>
    <w:rsid w:val="000947F1"/>
    <w:rsid w:val="00097260"/>
    <w:rsid w:val="000C4232"/>
    <w:rsid w:val="000D0516"/>
    <w:rsid w:val="000D23A9"/>
    <w:rsid w:val="000F74CA"/>
    <w:rsid w:val="00123EA1"/>
    <w:rsid w:val="0015074B"/>
    <w:rsid w:val="001553AB"/>
    <w:rsid w:val="00165680"/>
    <w:rsid w:val="00183288"/>
    <w:rsid w:val="001C09C9"/>
    <w:rsid w:val="001C4C66"/>
    <w:rsid w:val="001E737C"/>
    <w:rsid w:val="00243BA8"/>
    <w:rsid w:val="00246164"/>
    <w:rsid w:val="00257314"/>
    <w:rsid w:val="002859E3"/>
    <w:rsid w:val="002937BC"/>
    <w:rsid w:val="0029639D"/>
    <w:rsid w:val="002C14ED"/>
    <w:rsid w:val="002E17A8"/>
    <w:rsid w:val="002E343E"/>
    <w:rsid w:val="0032503C"/>
    <w:rsid w:val="00326F90"/>
    <w:rsid w:val="0033225A"/>
    <w:rsid w:val="00337844"/>
    <w:rsid w:val="00343B30"/>
    <w:rsid w:val="003465C7"/>
    <w:rsid w:val="00351DA1"/>
    <w:rsid w:val="00367849"/>
    <w:rsid w:val="003E7BEE"/>
    <w:rsid w:val="003F538A"/>
    <w:rsid w:val="00416C5D"/>
    <w:rsid w:val="00434D2A"/>
    <w:rsid w:val="004352CB"/>
    <w:rsid w:val="004603F5"/>
    <w:rsid w:val="004771B0"/>
    <w:rsid w:val="004D0D77"/>
    <w:rsid w:val="005115BF"/>
    <w:rsid w:val="00560B80"/>
    <w:rsid w:val="0056702A"/>
    <w:rsid w:val="0057281E"/>
    <w:rsid w:val="00586AB0"/>
    <w:rsid w:val="005A335B"/>
    <w:rsid w:val="005C1C78"/>
    <w:rsid w:val="005D0B4E"/>
    <w:rsid w:val="00673F13"/>
    <w:rsid w:val="006D676A"/>
    <w:rsid w:val="00710C4A"/>
    <w:rsid w:val="00712F5E"/>
    <w:rsid w:val="0074509C"/>
    <w:rsid w:val="00773151"/>
    <w:rsid w:val="00777E1D"/>
    <w:rsid w:val="00781CC4"/>
    <w:rsid w:val="007851CE"/>
    <w:rsid w:val="007B376A"/>
    <w:rsid w:val="007B7B97"/>
    <w:rsid w:val="007C6F09"/>
    <w:rsid w:val="00801DB6"/>
    <w:rsid w:val="00806250"/>
    <w:rsid w:val="008344E4"/>
    <w:rsid w:val="00857032"/>
    <w:rsid w:val="00872619"/>
    <w:rsid w:val="00890B70"/>
    <w:rsid w:val="00891A54"/>
    <w:rsid w:val="008A5D1D"/>
    <w:rsid w:val="008B26EE"/>
    <w:rsid w:val="008B3BE4"/>
    <w:rsid w:val="00917160"/>
    <w:rsid w:val="00927831"/>
    <w:rsid w:val="00944145"/>
    <w:rsid w:val="00960C25"/>
    <w:rsid w:val="0097022E"/>
    <w:rsid w:val="009765C9"/>
    <w:rsid w:val="009831A7"/>
    <w:rsid w:val="00991108"/>
    <w:rsid w:val="00991240"/>
    <w:rsid w:val="009D41B2"/>
    <w:rsid w:val="009E26A7"/>
    <w:rsid w:val="009F711B"/>
    <w:rsid w:val="00A27111"/>
    <w:rsid w:val="00A34B47"/>
    <w:rsid w:val="00A34EA6"/>
    <w:rsid w:val="00A56D45"/>
    <w:rsid w:val="00A7073F"/>
    <w:rsid w:val="00A9578E"/>
    <w:rsid w:val="00AA1D8D"/>
    <w:rsid w:val="00AA272F"/>
    <w:rsid w:val="00AB2522"/>
    <w:rsid w:val="00AF6A95"/>
    <w:rsid w:val="00B413BC"/>
    <w:rsid w:val="00B47730"/>
    <w:rsid w:val="00BF27B6"/>
    <w:rsid w:val="00BF6FF6"/>
    <w:rsid w:val="00C05CED"/>
    <w:rsid w:val="00C14999"/>
    <w:rsid w:val="00C36CE6"/>
    <w:rsid w:val="00C520EC"/>
    <w:rsid w:val="00C52270"/>
    <w:rsid w:val="00C671BC"/>
    <w:rsid w:val="00CB0664"/>
    <w:rsid w:val="00CD4B66"/>
    <w:rsid w:val="00CF29E3"/>
    <w:rsid w:val="00D00BB7"/>
    <w:rsid w:val="00D02671"/>
    <w:rsid w:val="00D352C2"/>
    <w:rsid w:val="00D469F2"/>
    <w:rsid w:val="00D77A70"/>
    <w:rsid w:val="00D80A51"/>
    <w:rsid w:val="00D93EF4"/>
    <w:rsid w:val="00DD39B2"/>
    <w:rsid w:val="00DF1551"/>
    <w:rsid w:val="00E5612A"/>
    <w:rsid w:val="00E725BE"/>
    <w:rsid w:val="00F02C78"/>
    <w:rsid w:val="00F04727"/>
    <w:rsid w:val="00F130ED"/>
    <w:rsid w:val="00F31C7C"/>
    <w:rsid w:val="00F32E3D"/>
    <w:rsid w:val="00F64097"/>
    <w:rsid w:val="00F72FF1"/>
    <w:rsid w:val="00FA5ABF"/>
    <w:rsid w:val="00FC1197"/>
    <w:rsid w:val="00FC693F"/>
    <w:rsid w:val="4FF0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4CDA85"/>
  <w14:defaultImageDpi w14:val="300"/>
  <w15:docId w15:val="{D4770E96-0639-4719-A92D-9D4C38E4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2CB"/>
    <w:pPr>
      <w:spacing w:after="240" w:line="360" w:lineRule="auto"/>
    </w:pPr>
    <w:rPr>
      <w:rFonts w:ascii="Arial" w:eastAsia="Arial" w:hAnsi="Arial" w:cs="Arial"/>
      <w:color w:val="1F1F1F"/>
      <w:lang w:val="es-419"/>
    </w:rPr>
  </w:style>
  <w:style w:type="paragraph" w:styleId="Ttulo1">
    <w:name w:val="heading 1"/>
    <w:basedOn w:val="Ttulo3"/>
    <w:next w:val="Normal"/>
    <w:link w:val="Ttulo1Car"/>
    <w:uiPriority w:val="9"/>
    <w:qFormat/>
    <w:rsid w:val="009765C9"/>
    <w:pPr>
      <w:ind w:left="360"/>
      <w:jc w:val="center"/>
      <w:outlineLvl w:val="0"/>
    </w:pPr>
    <w:rPr>
      <w:sz w:val="32"/>
      <w:szCs w:val="3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D00BB7"/>
    <w:pPr>
      <w:outlineLvl w:val="1"/>
    </w:pPr>
    <w:rPr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52CB"/>
    <w:pPr>
      <w:spacing w:before="240" w:after="0"/>
      <w:outlineLvl w:val="2"/>
    </w:pPr>
    <w:rPr>
      <w:b/>
      <w:bCs/>
      <w:color w:val="59C119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765C9"/>
    <w:rPr>
      <w:rFonts w:ascii="Arial" w:eastAsia="Arial" w:hAnsi="Arial" w:cs="Arial"/>
      <w:b/>
      <w:bCs/>
      <w:color w:val="59C119"/>
      <w:sz w:val="32"/>
      <w:szCs w:val="32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rsid w:val="00D00BB7"/>
    <w:rPr>
      <w:rFonts w:ascii="Arial" w:eastAsia="Arial" w:hAnsi="Arial" w:cs="Arial"/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4352CB"/>
    <w:rPr>
      <w:rFonts w:ascii="Arial" w:eastAsia="Arial" w:hAnsi="Arial" w:cs="Arial"/>
      <w:b/>
      <w:bCs/>
      <w:color w:val="59C119"/>
      <w:sz w:val="26"/>
      <w:szCs w:val="26"/>
      <w:lang w:val="es-419"/>
    </w:rPr>
  </w:style>
  <w:style w:type="paragraph" w:styleId="Puesto">
    <w:name w:val="Title"/>
    <w:basedOn w:val="Normal"/>
    <w:next w:val="Normal"/>
    <w:link w:val="Puest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07DBC4C159974ABC24F3DC38850259" ma:contentTypeVersion="4" ma:contentTypeDescription="Crear nuevo documento." ma:contentTypeScope="" ma:versionID="cc52b74718bb1379eeae9045e0f871a5">
  <xsd:schema xmlns:xsd="http://www.w3.org/2001/XMLSchema" xmlns:xs="http://www.w3.org/2001/XMLSchema" xmlns:p="http://schemas.microsoft.com/office/2006/metadata/properties" xmlns:ns3="d7bd4a37-b588-4149-9ed3-6479a36bdc1f" targetNamespace="http://schemas.microsoft.com/office/2006/metadata/properties" ma:root="true" ma:fieldsID="6d2ad8f221577fe1dec26f9860635704" ns3:_="">
    <xsd:import namespace="d7bd4a37-b588-4149-9ed3-6479a36bdc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d4a37-b588-4149-9ed3-6479a36bdc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DB418E-8E38-4DF4-BD96-8EEFD594D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d4a37-b588-4149-9ed3-6479a36b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DBF3E-6A15-402E-8E92-ECE6EEF77F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D7FA35-D90D-49E7-9129-71A6707A8F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DBB359-FF43-4C39-BBF6-B8D383AD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Cuenta Microsoft</cp:lastModifiedBy>
  <cp:revision>2</cp:revision>
  <dcterms:created xsi:type="dcterms:W3CDTF">2026-03-05T12:19:00Z</dcterms:created>
  <dcterms:modified xsi:type="dcterms:W3CDTF">2026-03-05T12:19:00Z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0x0101000507DBC4C159974ABC24F3DC38850259</vt:lpwstr>
  </property>
</Properties>
</file>