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31177C" w14:textId="7F7ECCDD" w:rsidR="006063BE" w:rsidRDefault="00C3778E">
      <w:pPr>
        <w:pBdr>
          <w:top w:val="none" w:sz="0" w:space="0" w:color="auto"/>
          <w:left w:val="none" w:sz="0" w:space="0" w:color="auto"/>
          <w:bottom w:val="none" w:sz="0" w:space="0" w:color="auto"/>
          <w:right w:val="none" w:sz="0" w:space="0" w:color="auto"/>
          <w:between w:val="none" w:sz="0" w:space="0" w:color="auto"/>
        </w:pBdr>
        <w:spacing w:after="200"/>
        <w:ind w:firstLine="0"/>
        <w:jc w:val="left"/>
        <w:rPr>
          <w:rFonts w:eastAsiaTheme="majorEastAsia"/>
          <w:b/>
          <w:bCs/>
          <w:color w:val="59C119"/>
          <w:sz w:val="32"/>
          <w:szCs w:val="32"/>
          <w:lang w:val="it-IT"/>
        </w:rPr>
      </w:pPr>
      <w:r>
        <w:rPr>
          <w:noProof/>
          <w:lang w:val="es-CO" w:eastAsia="es-CO"/>
        </w:rPr>
        <w:drawing>
          <wp:anchor distT="0" distB="0" distL="114300" distR="114300" simplePos="0" relativeHeight="251660288" behindDoc="0" locked="0" layoutInCell="1" allowOverlap="1" wp14:anchorId="3E863AA3" wp14:editId="3869B3FF">
            <wp:simplePos x="0" y="0"/>
            <wp:positionH relativeFrom="column">
              <wp:posOffset>-1143000</wp:posOffset>
            </wp:positionH>
            <wp:positionV relativeFrom="paragraph">
              <wp:posOffset>-914400</wp:posOffset>
            </wp:positionV>
            <wp:extent cx="7763933" cy="10049510"/>
            <wp:effectExtent l="0" t="0" r="8890" b="8890"/>
            <wp:wrapNone/>
            <wp:docPr id="133551466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6911" cy="100663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63BE">
        <w:br w:type="page"/>
      </w:r>
    </w:p>
    <w:p w14:paraId="6FDA372F" w14:textId="4A5FB860" w:rsidR="00885DA6" w:rsidRPr="00283C6E" w:rsidRDefault="00EE74CA" w:rsidP="00AD2A53">
      <w:pPr>
        <w:pStyle w:val="Ttulo1"/>
      </w:pPr>
      <w:r w:rsidRPr="00283C6E">
        <w:lastRenderedPageBreak/>
        <w:t>BANGKOK - CHIANG RAI - CHIANG MAI - SIEM REAP</w:t>
      </w:r>
    </w:p>
    <w:p w14:paraId="2183E982" w14:textId="1454B321" w:rsidR="00885DA6" w:rsidRPr="00CE5354" w:rsidRDefault="00EE74CA" w:rsidP="00AD2A53">
      <w:pPr>
        <w:rPr>
          <w:lang w:val="it-IT"/>
        </w:rPr>
      </w:pPr>
      <w:r w:rsidRPr="00CE5354">
        <w:rPr>
          <w:lang w:val="it-IT"/>
        </w:rPr>
        <w:br/>
      </w:r>
    </w:p>
    <w:p w14:paraId="5CA1D533" w14:textId="5A0EC967" w:rsidR="00885DA6" w:rsidRPr="00CE5354" w:rsidRDefault="00283C6E" w:rsidP="00AD2A53">
      <w:pPr>
        <w:rPr>
          <w:lang w:val="es-CO"/>
        </w:rPr>
      </w:pPr>
      <w:r w:rsidRPr="00CE5354">
        <w:rPr>
          <w:lang w:val="es-CO"/>
        </w:rPr>
        <w:t>Duración: 09 Días / 08 Noches</w:t>
      </w:r>
    </w:p>
    <w:p w14:paraId="7E1244CC" w14:textId="54358F6D" w:rsidR="004F6B61" w:rsidRDefault="00283C6E" w:rsidP="00D92AB3">
      <w:r w:rsidRPr="00CE5354">
        <w:rPr>
          <w:lang w:val="es-CO"/>
        </w:rPr>
        <w:t>Salidas: jueves</w:t>
      </w:r>
      <w:r w:rsidR="00F31E59">
        <w:rPr>
          <w:lang w:val="es-CO"/>
        </w:rPr>
        <w:t xml:space="preserve">, </w:t>
      </w:r>
      <w:r w:rsidR="00F31E59">
        <w:t>en r</w:t>
      </w:r>
      <w:r w:rsidR="00F31E59" w:rsidRPr="001D362F">
        <w:t xml:space="preserve">egular con guía de habla hispana con min. 2 </w:t>
      </w:r>
      <w:proofErr w:type="spellStart"/>
      <w:r w:rsidR="00F31E59" w:rsidRPr="001D362F">
        <w:t>pax</w:t>
      </w:r>
      <w:proofErr w:type="spellEnd"/>
    </w:p>
    <w:p w14:paraId="15C1DF17" w14:textId="77777777" w:rsidR="005542C5" w:rsidRDefault="005542C5" w:rsidP="00D92AB3"/>
    <w:p w14:paraId="6F5A4E6B" w14:textId="520A7060" w:rsidR="005542C5" w:rsidRDefault="005542C5" w:rsidP="00D92AB3">
      <w:r w:rsidRPr="005542C5">
        <w:t xml:space="preserve">Este circuito es una inmersión sensorial que te llevará desde el caos dorado y majestuoso de Bangkok —con sus budas gigantes y palacios imperiales— hasta la mística serenidad del Triángulo de Oro, donde navegarás por ríos selváticos y conocerás las tradiciones ancestrales de las tribus del norte entre plantaciones de té y santuarios de elefantes. La aventura culmina con un salto en el tiempo hacia Camboya, donde la naturaleza y la piedra se funden en los enigmáticos templos de </w:t>
      </w:r>
      <w:proofErr w:type="spellStart"/>
      <w:r w:rsidRPr="005542C5">
        <w:t>Angkor</w:t>
      </w:r>
      <w:proofErr w:type="spellEnd"/>
      <w:r w:rsidRPr="005542C5">
        <w:t xml:space="preserve"> Wat y la vida fluye sobre las aguas del lago </w:t>
      </w:r>
      <w:proofErr w:type="spellStart"/>
      <w:r w:rsidRPr="005542C5">
        <w:t>Tonle</w:t>
      </w:r>
      <w:proofErr w:type="spellEnd"/>
      <w:r w:rsidRPr="005542C5">
        <w:t xml:space="preserve"> </w:t>
      </w:r>
      <w:proofErr w:type="spellStart"/>
      <w:r w:rsidRPr="005542C5">
        <w:t>Sap</w:t>
      </w:r>
      <w:proofErr w:type="spellEnd"/>
      <w:r w:rsidRPr="005542C5">
        <w:t>, ofreciéndote un contraste perfecto entre la opulencia espiritual de Tailandia y la fascinante herencia arqueológica del Imperio Jemer.</w:t>
      </w:r>
    </w:p>
    <w:p w14:paraId="5AA1A31F" w14:textId="4E9AD81D" w:rsidR="004C5329" w:rsidRDefault="00E071CD" w:rsidP="00D92AB3">
      <w:r w:rsidRPr="00E071CD">
        <w:rPr>
          <w:noProof/>
          <w:lang w:val="es-CO" w:eastAsia="es-CO"/>
        </w:rPr>
        <w:drawing>
          <wp:anchor distT="0" distB="0" distL="114300" distR="114300" simplePos="0" relativeHeight="251659264" behindDoc="0" locked="0" layoutInCell="1" allowOverlap="1" wp14:anchorId="2561B803" wp14:editId="70258982">
            <wp:simplePos x="0" y="0"/>
            <wp:positionH relativeFrom="column">
              <wp:posOffset>3168650</wp:posOffset>
            </wp:positionH>
            <wp:positionV relativeFrom="paragraph">
              <wp:posOffset>2540</wp:posOffset>
            </wp:positionV>
            <wp:extent cx="2317750" cy="1643617"/>
            <wp:effectExtent l="0" t="0" r="6350" b="0"/>
            <wp:wrapNone/>
            <wp:docPr id="2821199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119954" name=""/>
                    <pic:cNvPicPr/>
                  </pic:nvPicPr>
                  <pic:blipFill>
                    <a:blip r:embed="rId7"/>
                    <a:stretch>
                      <a:fillRect/>
                    </a:stretch>
                  </pic:blipFill>
                  <pic:spPr>
                    <a:xfrm>
                      <a:off x="0" y="0"/>
                      <a:ext cx="2325465" cy="1649088"/>
                    </a:xfrm>
                    <a:prstGeom prst="rect">
                      <a:avLst/>
                    </a:prstGeom>
                  </pic:spPr>
                </pic:pic>
              </a:graphicData>
            </a:graphic>
            <wp14:sizeRelH relativeFrom="margin">
              <wp14:pctWidth>0</wp14:pctWidth>
            </wp14:sizeRelH>
            <wp14:sizeRelV relativeFrom="margin">
              <wp14:pctHeight>0</wp14:pctHeight>
            </wp14:sizeRelV>
          </wp:anchor>
        </w:drawing>
      </w:r>
    </w:p>
    <w:p w14:paraId="23E1FC7E" w14:textId="77777777" w:rsidR="004C5329" w:rsidRDefault="004C5329" w:rsidP="00D92AB3"/>
    <w:p w14:paraId="51B43864" w14:textId="24905AD9" w:rsidR="004C5329" w:rsidRDefault="004C5329" w:rsidP="004C5329">
      <w:pPr>
        <w:pStyle w:val="Prrafodelista"/>
        <w:numPr>
          <w:ilvl w:val="0"/>
          <w:numId w:val="38"/>
        </w:numPr>
      </w:pPr>
      <w:r>
        <w:t>Bangkok</w:t>
      </w:r>
    </w:p>
    <w:p w14:paraId="157ACEE1" w14:textId="69DDEE68" w:rsidR="004C5329" w:rsidRDefault="004C5329" w:rsidP="004C5329">
      <w:pPr>
        <w:pStyle w:val="Prrafodelista"/>
        <w:numPr>
          <w:ilvl w:val="0"/>
          <w:numId w:val="38"/>
        </w:numPr>
      </w:pPr>
      <w:r>
        <w:t>Chiang Ra</w:t>
      </w:r>
    </w:p>
    <w:p w14:paraId="63253DD5" w14:textId="2A0876AC" w:rsidR="004C5329" w:rsidRDefault="004C5329" w:rsidP="004C5329">
      <w:pPr>
        <w:pStyle w:val="Prrafodelista"/>
        <w:numPr>
          <w:ilvl w:val="0"/>
          <w:numId w:val="38"/>
        </w:numPr>
      </w:pPr>
      <w:r>
        <w:t>Chiang Mai</w:t>
      </w:r>
    </w:p>
    <w:p w14:paraId="252C3F06" w14:textId="1EA247DD" w:rsidR="00D92AB3" w:rsidRDefault="004C5329" w:rsidP="004C5329">
      <w:pPr>
        <w:pStyle w:val="Prrafodelista"/>
        <w:numPr>
          <w:ilvl w:val="0"/>
          <w:numId w:val="38"/>
        </w:numPr>
      </w:pPr>
      <w:r>
        <w:t>Siem Reap</w:t>
      </w:r>
    </w:p>
    <w:p w14:paraId="66F3BF09" w14:textId="77777777" w:rsidR="004C5329" w:rsidRDefault="004C5329" w:rsidP="004C5329">
      <w:pPr>
        <w:ind w:firstLine="0"/>
      </w:pPr>
    </w:p>
    <w:p w14:paraId="2404F554" w14:textId="06082D99" w:rsidR="004F6B61" w:rsidRDefault="00D92AB3" w:rsidP="003D13F2">
      <w:pPr>
        <w:pStyle w:val="Ttulo2"/>
      </w:pPr>
      <w:r>
        <w:t>ITINERARIO</w:t>
      </w:r>
    </w:p>
    <w:p w14:paraId="3DC75B8F" w14:textId="246EE96C" w:rsidR="004F6B61" w:rsidRPr="004F6B61" w:rsidRDefault="004F6B61" w:rsidP="00D92AB3">
      <w:pPr>
        <w:pStyle w:val="Ttulo3"/>
        <w:rPr>
          <w:lang w:val="es-CO"/>
        </w:rPr>
      </w:pPr>
      <w:r w:rsidRPr="004F6B61">
        <w:rPr>
          <w:lang w:val="es-ES"/>
        </w:rPr>
        <w:t>Día 1: Jue</w:t>
      </w:r>
      <w:r w:rsidRPr="004F6B61">
        <w:rPr>
          <w:lang w:val="es-CO"/>
        </w:rPr>
        <w:tab/>
      </w:r>
      <w:r w:rsidRPr="004F6B61">
        <w:rPr>
          <w:lang w:val="es-ES"/>
        </w:rPr>
        <w:t>Llegada a Bangkok</w:t>
      </w:r>
      <w:r w:rsidRPr="004F6B61">
        <w:rPr>
          <w:lang w:val="es-CO"/>
        </w:rPr>
        <w:t> </w:t>
      </w:r>
    </w:p>
    <w:p w14:paraId="241042DC" w14:textId="77777777" w:rsidR="004F6B61" w:rsidRPr="004F6B61" w:rsidRDefault="004F6B61" w:rsidP="004F6B61">
      <w:pPr>
        <w:rPr>
          <w:lang w:val="es-CO"/>
        </w:rPr>
      </w:pPr>
      <w:r w:rsidRPr="004F6B61">
        <w:rPr>
          <w:lang w:val="es-AR"/>
        </w:rPr>
        <w:t>Llegada al aeropuerto de Bangkok donde los espera su guía de habla hispana y </w:t>
      </w:r>
      <w:r w:rsidRPr="004F6B61">
        <w:rPr>
          <w:lang w:val="es-ES"/>
        </w:rPr>
        <w:t>traslado al hotel.</w:t>
      </w:r>
      <w:r w:rsidRPr="004F6B61">
        <w:rPr>
          <w:lang w:val="es-CO"/>
        </w:rPr>
        <w:t> </w:t>
      </w:r>
    </w:p>
    <w:p w14:paraId="1EE1B775" w14:textId="77777777" w:rsidR="004F6B61" w:rsidRPr="004F6B61" w:rsidRDefault="004F6B61" w:rsidP="004F6B61">
      <w:pPr>
        <w:rPr>
          <w:lang w:val="es-CO"/>
        </w:rPr>
      </w:pPr>
      <w:r w:rsidRPr="004F6B61">
        <w:rPr>
          <w:lang w:val="es-ES"/>
        </w:rPr>
        <w:t>T</w:t>
      </w:r>
      <w:proofErr w:type="spellStart"/>
      <w:r w:rsidRPr="004F6B61">
        <w:rPr>
          <w:lang w:val="es-AR"/>
        </w:rPr>
        <w:t>iempo</w:t>
      </w:r>
      <w:proofErr w:type="spellEnd"/>
      <w:r w:rsidRPr="004F6B61">
        <w:rPr>
          <w:lang w:val="es-AR"/>
        </w:rPr>
        <w:t> libre hasta el </w:t>
      </w:r>
      <w:proofErr w:type="spellStart"/>
      <w:r w:rsidRPr="004F6B61">
        <w:rPr>
          <w:lang w:val="es-AR"/>
        </w:rPr>
        <w:t>check</w:t>
      </w:r>
      <w:proofErr w:type="spellEnd"/>
      <w:r w:rsidRPr="004F6B61">
        <w:rPr>
          <w:lang w:val="es-AR"/>
        </w:rPr>
        <w:t>-in en el hotel según disponibilidad (normalmente las habitaciones están disponibles a partir de las 15.00h).  </w:t>
      </w:r>
      <w:r w:rsidRPr="004F6B61">
        <w:rPr>
          <w:lang w:val="es-CO"/>
        </w:rPr>
        <w:t> </w:t>
      </w:r>
    </w:p>
    <w:p w14:paraId="5447CC8F" w14:textId="77777777" w:rsidR="004F6B61" w:rsidRPr="004F6B61" w:rsidRDefault="004F6B61" w:rsidP="004F6B61">
      <w:pPr>
        <w:rPr>
          <w:lang w:val="es-CO"/>
        </w:rPr>
      </w:pPr>
      <w:r w:rsidRPr="004F6B61">
        <w:rPr>
          <w:lang w:val="es-AR"/>
        </w:rPr>
        <w:t>Alojamiento en hotel</w:t>
      </w:r>
      <w:r w:rsidRPr="004F6B61">
        <w:rPr>
          <w:lang w:val="es-CO"/>
        </w:rPr>
        <w:t> </w:t>
      </w:r>
    </w:p>
    <w:p w14:paraId="5CE9BBA8" w14:textId="7C3FDB55" w:rsidR="004F6B61" w:rsidRPr="004F6B61" w:rsidRDefault="004F6B61" w:rsidP="00D92AB3">
      <w:pPr>
        <w:rPr>
          <w:lang w:val="es-CO"/>
        </w:rPr>
      </w:pPr>
      <w:r w:rsidRPr="004F6B61">
        <w:rPr>
          <w:lang w:val="es-CO"/>
        </w:rPr>
        <w:t> </w:t>
      </w:r>
    </w:p>
    <w:p w14:paraId="2452BF3D" w14:textId="1BC40984" w:rsidR="004F6B61" w:rsidRPr="004F6B61" w:rsidRDefault="004F6B61" w:rsidP="00CD63C8">
      <w:pPr>
        <w:pStyle w:val="Ttulo3"/>
        <w:rPr>
          <w:lang w:val="es-CO"/>
        </w:rPr>
      </w:pPr>
      <w:r w:rsidRPr="004F6B61">
        <w:t xml:space="preserve">Día </w:t>
      </w:r>
      <w:r w:rsidR="003D13F2" w:rsidRPr="004F6B61">
        <w:t>2:</w:t>
      </w:r>
      <w:r w:rsidRPr="004F6B61">
        <w:t> Vie</w:t>
      </w:r>
      <w:r w:rsidRPr="004F6B61">
        <w:rPr>
          <w:lang w:val="es-CO"/>
        </w:rPr>
        <w:tab/>
      </w:r>
      <w:r w:rsidRPr="004F6B61">
        <w:t>Bangkok</w:t>
      </w:r>
      <w:r w:rsidRPr="004F6B61">
        <w:rPr>
          <w:lang w:val="es-CO"/>
        </w:rPr>
        <w:t> </w:t>
      </w:r>
    </w:p>
    <w:p w14:paraId="157F4547" w14:textId="77777777" w:rsidR="004F6B61" w:rsidRPr="004F6B61" w:rsidRDefault="004F6B61" w:rsidP="004F6B61">
      <w:pPr>
        <w:rPr>
          <w:lang w:val="es-CO"/>
        </w:rPr>
      </w:pPr>
      <w:r w:rsidRPr="004F6B61">
        <w:rPr>
          <w:lang w:val="es-AR"/>
        </w:rPr>
        <w:t>Después del desayuno, </w:t>
      </w:r>
      <w:r w:rsidRPr="004F6B61">
        <w:rPr>
          <w:lang w:val="es-ES"/>
        </w:rPr>
        <w:t xml:space="preserve">Visita a tres de los templos budistas más populares de la ciudad. Empezaremos por el Wat </w:t>
      </w:r>
      <w:proofErr w:type="spellStart"/>
      <w:r w:rsidRPr="004F6B61">
        <w:rPr>
          <w:lang w:val="es-ES"/>
        </w:rPr>
        <w:t>Traimit</w:t>
      </w:r>
      <w:proofErr w:type="spellEnd"/>
      <w:r w:rsidRPr="004F6B61">
        <w:rPr>
          <w:lang w:val="es-ES"/>
        </w:rPr>
        <w:t xml:space="preserve">, situado en el extremo de Chinatown, en </w:t>
      </w:r>
      <w:proofErr w:type="spellStart"/>
      <w:r w:rsidRPr="004F6B61">
        <w:rPr>
          <w:lang w:val="es-ES"/>
        </w:rPr>
        <w:t>Yaowarat</w:t>
      </w:r>
      <w:proofErr w:type="spellEnd"/>
      <w:r w:rsidRPr="004F6B61">
        <w:rPr>
          <w:lang w:val="es-ES"/>
        </w:rPr>
        <w:t xml:space="preserve"> Road, cerca de la estación de tren </w:t>
      </w:r>
      <w:proofErr w:type="spellStart"/>
      <w:r w:rsidRPr="004F6B61">
        <w:rPr>
          <w:lang w:val="es-ES"/>
        </w:rPr>
        <w:t>Hualampong</w:t>
      </w:r>
      <w:proofErr w:type="spellEnd"/>
      <w:r w:rsidRPr="004F6B61">
        <w:rPr>
          <w:lang w:val="es-ES"/>
        </w:rPr>
        <w:t xml:space="preserve">. Wat </w:t>
      </w:r>
      <w:proofErr w:type="spellStart"/>
      <w:r w:rsidRPr="004F6B61">
        <w:rPr>
          <w:lang w:val="es-ES"/>
        </w:rPr>
        <w:t>Traimit</w:t>
      </w:r>
      <w:proofErr w:type="spellEnd"/>
      <w:r w:rsidRPr="004F6B61">
        <w:rPr>
          <w:lang w:val="es-ES"/>
        </w:rPr>
        <w:t xml:space="preserve"> alberga el Buda de oro macizo más grande del mundo, midiendo casi cinco metros de altura con un peso de cinco toneladas y media. La excursión continuará hacia Wat Pho, el templo más grande de Bangkok. El templo del enorme Buda reclinado y los </w:t>
      </w:r>
      <w:proofErr w:type="spellStart"/>
      <w:r w:rsidRPr="004F6B61">
        <w:rPr>
          <w:lang w:val="es-ES"/>
        </w:rPr>
        <w:t>Chedis</w:t>
      </w:r>
      <w:proofErr w:type="spellEnd"/>
      <w:r w:rsidRPr="004F6B61">
        <w:rPr>
          <w:lang w:val="es-ES"/>
        </w:rPr>
        <w:t xml:space="preserve"> de los Reyes. Este se encuentra detrás del Templo del Buda. Es uno de los mayores templos de la ciudad y famoso por su gigantesco Buda reclinado que mide 46 metros de largo y está cubierto de oro. A continuación, visitarán el Palacio Real, que es sin duda, el monumento más famoso de la ciudad. Construido en 1782, por 150 años fue la casa del rey de Tailandia, la corte </w:t>
      </w:r>
      <w:r w:rsidRPr="004F6B61">
        <w:rPr>
          <w:lang w:val="es-ES"/>
        </w:rPr>
        <w:lastRenderedPageBreak/>
        <w:t xml:space="preserve">real y la sede administrativa del gobierno. El Gran Palacio de Bangkok es un edificio antiguo que </w:t>
      </w:r>
      <w:proofErr w:type="gramStart"/>
      <w:r w:rsidRPr="004F6B61">
        <w:rPr>
          <w:lang w:val="es-ES"/>
        </w:rPr>
        <w:t>continua</w:t>
      </w:r>
      <w:proofErr w:type="gramEnd"/>
      <w:r w:rsidRPr="004F6B61">
        <w:rPr>
          <w:lang w:val="es-ES"/>
        </w:rPr>
        <w:t xml:space="preserve"> impresionando a sus visitantes por su hermosa arquitectura y detalles. Dentro del complejo, se encuentra Wat Phra Kaew o el Templo del Buda Esmeralda (oficialmente conocido como Wat Phra Sri Rattana Satsadaram), considerado como el templo budista más importante de Tailandia, consagra el Buda más reverenciado tallado en un solo bloque de jade.</w:t>
      </w:r>
      <w:r w:rsidRPr="004F6B61">
        <w:rPr>
          <w:lang w:val="es-CO"/>
        </w:rPr>
        <w:t> </w:t>
      </w:r>
    </w:p>
    <w:p w14:paraId="4E917E86" w14:textId="77777777" w:rsidR="004F6B61" w:rsidRPr="004F6B61" w:rsidRDefault="004F6B61" w:rsidP="004F6B61">
      <w:pPr>
        <w:rPr>
          <w:lang w:val="es-CO"/>
        </w:rPr>
      </w:pPr>
      <w:r w:rsidRPr="004F6B61">
        <w:rPr>
          <w:lang w:val="es-AR"/>
        </w:rPr>
        <w:t>Traslados incluidos.</w:t>
      </w:r>
      <w:r w:rsidRPr="004F6B61">
        <w:rPr>
          <w:lang w:val="es-CO"/>
        </w:rPr>
        <w:t> </w:t>
      </w:r>
    </w:p>
    <w:p w14:paraId="74263593" w14:textId="697E4F4B" w:rsidR="004F6B61" w:rsidRPr="004F6B61" w:rsidRDefault="004F6B61" w:rsidP="003D13F2">
      <w:pPr>
        <w:rPr>
          <w:lang w:val="es-CO"/>
        </w:rPr>
      </w:pPr>
      <w:r w:rsidRPr="004F6B61">
        <w:rPr>
          <w:lang w:val="es-AR"/>
        </w:rPr>
        <w:t>Alojamiento en hotel</w:t>
      </w:r>
      <w:r w:rsidRPr="004F6B61">
        <w:rPr>
          <w:lang w:val="es-CO"/>
        </w:rPr>
        <w:t> </w:t>
      </w:r>
    </w:p>
    <w:p w14:paraId="78E2392B" w14:textId="77777777" w:rsidR="004F6B61" w:rsidRPr="004F6B61" w:rsidRDefault="004F6B61" w:rsidP="004F6B61">
      <w:pPr>
        <w:rPr>
          <w:lang w:val="es-CO"/>
        </w:rPr>
      </w:pPr>
      <w:r w:rsidRPr="004F6B61">
        <w:rPr>
          <w:b/>
          <w:bCs/>
          <w:lang w:val="es-AR"/>
        </w:rPr>
        <w:t>Régimen alimenticio:</w:t>
      </w:r>
      <w:r w:rsidRPr="004F6B61">
        <w:rPr>
          <w:lang w:val="es-AR"/>
        </w:rPr>
        <w:t> Desayuno</w:t>
      </w:r>
      <w:r w:rsidRPr="004F6B61">
        <w:rPr>
          <w:lang w:val="es-CO"/>
        </w:rPr>
        <w:t> </w:t>
      </w:r>
    </w:p>
    <w:p w14:paraId="171A6B71" w14:textId="5A0134E8" w:rsidR="00D92AB3" w:rsidRPr="004F6B61" w:rsidRDefault="004F6B61" w:rsidP="003D13F2">
      <w:pPr>
        <w:rPr>
          <w:lang w:val="es-CO"/>
        </w:rPr>
      </w:pPr>
      <w:r w:rsidRPr="004F6B61">
        <w:rPr>
          <w:lang w:val="es-CO"/>
        </w:rPr>
        <w:t> </w:t>
      </w:r>
    </w:p>
    <w:p w14:paraId="5DF37E9E" w14:textId="3AF33914" w:rsidR="004F6B61" w:rsidRPr="004F6B61" w:rsidRDefault="004F6B61" w:rsidP="00D92AB3">
      <w:pPr>
        <w:pStyle w:val="Ttulo3"/>
        <w:rPr>
          <w:lang w:val="es-CO"/>
        </w:rPr>
      </w:pPr>
      <w:r w:rsidRPr="004F6B61">
        <w:rPr>
          <w:lang w:val="es-ES"/>
        </w:rPr>
        <w:t>Día 3: </w:t>
      </w:r>
      <w:proofErr w:type="spellStart"/>
      <w:r w:rsidRPr="004F6B61">
        <w:rPr>
          <w:lang w:val="es-CO"/>
        </w:rPr>
        <w:t>Sab</w:t>
      </w:r>
      <w:proofErr w:type="spellEnd"/>
      <w:r w:rsidRPr="004F6B61">
        <w:rPr>
          <w:lang w:val="es-ES"/>
        </w:rPr>
        <w:t> </w:t>
      </w:r>
      <w:r w:rsidRPr="004F6B61">
        <w:rPr>
          <w:lang w:val="es-CO"/>
        </w:rPr>
        <w:tab/>
      </w:r>
      <w:r w:rsidRPr="004F6B61">
        <w:rPr>
          <w:lang w:val="es-ES"/>
        </w:rPr>
        <w:t>Bangkok - Chiang Rai</w:t>
      </w:r>
      <w:r w:rsidRPr="004F6B61">
        <w:rPr>
          <w:lang w:val="es-CO"/>
        </w:rPr>
        <w:t> </w:t>
      </w:r>
    </w:p>
    <w:p w14:paraId="614D5E52" w14:textId="77777777" w:rsidR="004F6B61" w:rsidRPr="004F6B61" w:rsidRDefault="004F6B61" w:rsidP="004F6B61">
      <w:pPr>
        <w:rPr>
          <w:lang w:val="es-CO"/>
        </w:rPr>
      </w:pPr>
      <w:r w:rsidRPr="004F6B61">
        <w:rPr>
          <w:lang w:val="es-ES"/>
        </w:rPr>
        <w:t>Después del desayuno traslado al aeropuerto para tomar el vuelo hacia Chiang Rai</w:t>
      </w:r>
      <w:r w:rsidRPr="004F6B61">
        <w:rPr>
          <w:lang w:val="es-CO"/>
        </w:rPr>
        <w:t> </w:t>
      </w:r>
    </w:p>
    <w:p w14:paraId="70285158" w14:textId="77777777" w:rsidR="004F6B61" w:rsidRPr="004F6B61" w:rsidRDefault="004F6B61" w:rsidP="004F6B61">
      <w:pPr>
        <w:rPr>
          <w:lang w:val="es-CO"/>
        </w:rPr>
      </w:pPr>
      <w:r w:rsidRPr="004F6B61">
        <w:rPr>
          <w:lang w:val="es-ES"/>
        </w:rPr>
        <w:t>Llegada a Chiang Rai con el vuelo no más tarde que las 10.00 AM.</w:t>
      </w:r>
      <w:r w:rsidRPr="004F6B61">
        <w:rPr>
          <w:lang w:val="es-CO"/>
        </w:rPr>
        <w:t> </w:t>
      </w:r>
    </w:p>
    <w:p w14:paraId="55C589D7" w14:textId="77777777" w:rsidR="004F6B61" w:rsidRPr="004F6B61" w:rsidRDefault="004F6B61" w:rsidP="004F6B61">
      <w:pPr>
        <w:rPr>
          <w:lang w:val="es-CO"/>
        </w:rPr>
      </w:pPr>
      <w:r w:rsidRPr="004F6B61">
        <w:rPr>
          <w:lang w:val="es-MX"/>
        </w:rPr>
        <w:t xml:space="preserve">Proceder a Chui Fong, una hermosa cultivadora de té. En un ambiente rodeado de plantaciones en las laderas de pequeñas colinas, podrán disfrutar de varias delicias como helado de té, torta de té (a gasto propio) y un almuerzo en el restaurante local cercano. Próximamente, pasaremos por un museo de opio antes de salir hacia el distrito de Mae Chan al norte de Chiang Rai. Luego continuaremos a pie, subiendo por las colinas a través de calles angostas para visitar una aldea de las minorías étnicas </w:t>
      </w:r>
      <w:proofErr w:type="spellStart"/>
      <w:r w:rsidRPr="004F6B61">
        <w:rPr>
          <w:lang w:val="es-MX"/>
        </w:rPr>
        <w:t>Akha</w:t>
      </w:r>
      <w:proofErr w:type="spellEnd"/>
      <w:r w:rsidRPr="004F6B61">
        <w:rPr>
          <w:lang w:val="es-MX"/>
        </w:rPr>
        <w:t xml:space="preserve"> y Yao. Nuestro último destino del día será una de las aldeas Karen, donde conoceremos a esta famosa tribu montañera – el grupo étnico minoritario más grande de Tailandia. Esta tribu originaria de Tíbet emigró a lo que hoy se conoce como Myanmar hace unos dos mil años. Durante el siglo XVIII, se estima que el conflicto político y la persecución fomentaron su migración masiva hacia el norte de Tailandia, donde todavía </w:t>
      </w:r>
      <w:proofErr w:type="gramStart"/>
      <w:r w:rsidRPr="004F6B61">
        <w:rPr>
          <w:lang w:val="es-MX"/>
        </w:rPr>
        <w:t>al día de hoy</w:t>
      </w:r>
      <w:proofErr w:type="gramEnd"/>
      <w:r w:rsidRPr="004F6B61">
        <w:rPr>
          <w:lang w:val="es-MX"/>
        </w:rPr>
        <w:t xml:space="preserve"> se encuentran sin un estado residencial oficial. La tribu es más reconocida por las mujeres Kayan – un subgrupo de los Po (Karen rojo) – cuyos cuellos están adornados en anillos de latón. A veces hasta empezando desde los cinco años, la presión constante empuja sus clavículas y costillas hacia abajo, dando la impresión de un cuello extendido; la razón detrás de su apodo ‘mujeres jirafa’ – una vista asombrosa. Al concluir, traslado de regreso al hotel.</w:t>
      </w:r>
      <w:r w:rsidRPr="004F6B61">
        <w:rPr>
          <w:lang w:val="es-CO"/>
        </w:rPr>
        <w:t> </w:t>
      </w:r>
    </w:p>
    <w:p w14:paraId="0FE69881" w14:textId="48B634CD" w:rsidR="004F6B61" w:rsidRPr="004F6B61" w:rsidRDefault="004F6B61" w:rsidP="003D13F2">
      <w:pPr>
        <w:rPr>
          <w:lang w:val="es-CO"/>
        </w:rPr>
      </w:pPr>
      <w:r w:rsidRPr="004F6B61">
        <w:rPr>
          <w:lang w:val="es-MX"/>
        </w:rPr>
        <w:t>Cena y alojamiento en hotel.</w:t>
      </w:r>
      <w:r w:rsidRPr="004F6B61">
        <w:rPr>
          <w:lang w:val="es-CO"/>
        </w:rPr>
        <w:t> </w:t>
      </w:r>
    </w:p>
    <w:p w14:paraId="1C75430A" w14:textId="77777777" w:rsidR="004F6B61" w:rsidRPr="004F6B61" w:rsidRDefault="004F6B61" w:rsidP="004F6B61">
      <w:pPr>
        <w:rPr>
          <w:lang w:val="es-CO"/>
        </w:rPr>
      </w:pPr>
      <w:r w:rsidRPr="004F6B61">
        <w:rPr>
          <w:b/>
          <w:bCs/>
          <w:lang w:val="es-AR"/>
        </w:rPr>
        <w:t>Régimen alimenticio:</w:t>
      </w:r>
      <w:r w:rsidRPr="004F6B61">
        <w:rPr>
          <w:lang w:val="es-AR"/>
        </w:rPr>
        <w:t> Desayuno, almuerzo y cena</w:t>
      </w:r>
      <w:r w:rsidRPr="004F6B61">
        <w:rPr>
          <w:lang w:val="es-CO"/>
        </w:rPr>
        <w:t> </w:t>
      </w:r>
    </w:p>
    <w:p w14:paraId="5999969F" w14:textId="77777777" w:rsidR="004F6B61" w:rsidRPr="004F6B61" w:rsidRDefault="004F6B61" w:rsidP="004F6B61">
      <w:pPr>
        <w:rPr>
          <w:lang w:val="es-CO"/>
        </w:rPr>
      </w:pPr>
      <w:r w:rsidRPr="004F6B61">
        <w:rPr>
          <w:lang w:val="es-CO"/>
        </w:rPr>
        <w:t> </w:t>
      </w:r>
    </w:p>
    <w:p w14:paraId="112BBC9A" w14:textId="582E6454" w:rsidR="004F6B61" w:rsidRPr="00033205" w:rsidRDefault="004F6B61" w:rsidP="00D92AB3">
      <w:pPr>
        <w:pStyle w:val="Ttulo3"/>
        <w:rPr>
          <w:lang w:val="it-IT"/>
        </w:rPr>
      </w:pPr>
      <w:r w:rsidRPr="00033205">
        <w:rPr>
          <w:lang w:val="it-IT"/>
        </w:rPr>
        <w:t>Día 4: Dom Chiang Rai - Chiang Mai </w:t>
      </w:r>
    </w:p>
    <w:p w14:paraId="55EF2002" w14:textId="77777777" w:rsidR="004F6B61" w:rsidRPr="004F6B61" w:rsidRDefault="004F6B61" w:rsidP="004F6B61">
      <w:pPr>
        <w:rPr>
          <w:lang w:val="es-CO"/>
        </w:rPr>
      </w:pPr>
      <w:r w:rsidRPr="004F6B61">
        <w:rPr>
          <w:lang w:val="es-MX"/>
        </w:rPr>
        <w:t>Desayuno en el hotel.</w:t>
      </w:r>
      <w:r w:rsidRPr="004F6B61">
        <w:rPr>
          <w:lang w:val="es-CO"/>
        </w:rPr>
        <w:t> </w:t>
      </w:r>
    </w:p>
    <w:p w14:paraId="51ABD22E" w14:textId="77777777" w:rsidR="004F6B61" w:rsidRPr="004F6B61" w:rsidRDefault="004F6B61" w:rsidP="004F6B61">
      <w:pPr>
        <w:rPr>
          <w:lang w:val="es-CO"/>
        </w:rPr>
      </w:pPr>
      <w:r w:rsidRPr="004F6B61">
        <w:rPr>
          <w:lang w:val="es-MX"/>
        </w:rPr>
        <w:t>En la </w:t>
      </w:r>
      <w:r w:rsidRPr="004F6B61">
        <w:rPr>
          <w:lang w:val="es-ES"/>
        </w:rPr>
        <w:t>mañana </w:t>
      </w:r>
      <w:r w:rsidRPr="004F6B61">
        <w:rPr>
          <w:lang w:val="es-MX"/>
        </w:rPr>
        <w:t xml:space="preserve">nos trasladaremos al muelle y </w:t>
      </w:r>
      <w:proofErr w:type="spellStart"/>
      <w:r w:rsidRPr="004F6B61">
        <w:rPr>
          <w:lang w:val="es-MX"/>
        </w:rPr>
        <w:t>tomarmos</w:t>
      </w:r>
      <w:proofErr w:type="spellEnd"/>
      <w:r w:rsidRPr="004F6B61">
        <w:rPr>
          <w:lang w:val="es-MX"/>
        </w:rPr>
        <w:t xml:space="preserve"> un placentero paseo en bote tradicional por el río Kok visitando las tribus Karen que viven en </w:t>
      </w:r>
      <w:proofErr w:type="spellStart"/>
      <w:r w:rsidRPr="004F6B61">
        <w:rPr>
          <w:lang w:val="es-MX"/>
        </w:rPr>
        <w:t>caba</w:t>
      </w:r>
      <w:proofErr w:type="spellEnd"/>
      <w:r w:rsidRPr="004F6B61">
        <w:rPr>
          <w:lang w:val="es-ES"/>
        </w:rPr>
        <w:t>ñ</w:t>
      </w:r>
      <w:r w:rsidRPr="004F6B61">
        <w:rPr>
          <w:lang w:val="es-MX"/>
        </w:rPr>
        <w:t xml:space="preserve">as de bambú en plena selva. </w:t>
      </w:r>
      <w:proofErr w:type="spellStart"/>
      <w:r w:rsidRPr="004F6B61">
        <w:rPr>
          <w:lang w:val="es-MX"/>
        </w:rPr>
        <w:t>Continuarems</w:t>
      </w:r>
      <w:proofErr w:type="spellEnd"/>
      <w:r w:rsidRPr="004F6B61">
        <w:rPr>
          <w:lang w:val="es-MX"/>
        </w:rPr>
        <w:t xml:space="preserve"> con la visita al Templo Wat Rong </w:t>
      </w:r>
      <w:proofErr w:type="spellStart"/>
      <w:r w:rsidRPr="004F6B61">
        <w:rPr>
          <w:lang w:val="es-MX"/>
        </w:rPr>
        <w:t>Suea</w:t>
      </w:r>
      <w:proofErr w:type="spellEnd"/>
      <w:r w:rsidRPr="004F6B61">
        <w:rPr>
          <w:lang w:val="es-MX"/>
        </w:rPr>
        <w:t xml:space="preserve"> Tean, también conocido como el Templo Azul, otro templo budista moderno inusual que se distingue por su intenso color azul y sus estatuas elaboradas.</w:t>
      </w:r>
      <w:r w:rsidRPr="004F6B61">
        <w:rPr>
          <w:lang w:val="es-ES"/>
        </w:rPr>
        <w:t> </w:t>
      </w:r>
      <w:r w:rsidRPr="004F6B61">
        <w:rPr>
          <w:lang w:val="es-CO"/>
        </w:rPr>
        <w:t> </w:t>
      </w:r>
    </w:p>
    <w:p w14:paraId="47AB064D" w14:textId="77777777" w:rsidR="004F6B61" w:rsidRPr="004F6B61" w:rsidRDefault="004F6B61" w:rsidP="004F6B61">
      <w:pPr>
        <w:rPr>
          <w:lang w:val="es-CO"/>
        </w:rPr>
      </w:pPr>
      <w:r w:rsidRPr="004F6B61">
        <w:rPr>
          <w:lang w:val="es-MX"/>
        </w:rPr>
        <w:t>Seguidamente visitaremos el famoso templo blanco de Wat Rong Khun. Después de la visita </w:t>
      </w:r>
      <w:r w:rsidRPr="00033205">
        <w:rPr>
          <w:lang w:val="es-CO"/>
        </w:rPr>
        <w:t xml:space="preserve">nos dirigiremos desde Chiang Rai a Chiang Mai por carretera (3 </w:t>
      </w:r>
      <w:proofErr w:type="spellStart"/>
      <w:r w:rsidRPr="00033205">
        <w:rPr>
          <w:lang w:val="es-CO"/>
        </w:rPr>
        <w:t>Hrs</w:t>
      </w:r>
      <w:proofErr w:type="spellEnd"/>
      <w:r w:rsidRPr="00033205">
        <w:rPr>
          <w:lang w:val="es-CO"/>
        </w:rPr>
        <w:t>). </w:t>
      </w:r>
      <w:r w:rsidRPr="004F6B61">
        <w:rPr>
          <w:lang w:val="es-MX"/>
        </w:rPr>
        <w:t>Llegada a Chiang Mai y almuerzo en restaurante local.</w:t>
      </w:r>
      <w:r w:rsidRPr="004F6B61">
        <w:rPr>
          <w:lang w:val="es-CO"/>
        </w:rPr>
        <w:t> </w:t>
      </w:r>
    </w:p>
    <w:p w14:paraId="071D9EC7" w14:textId="77777777" w:rsidR="004F6B61" w:rsidRPr="004F6B61" w:rsidRDefault="004F6B61" w:rsidP="004F6B61">
      <w:pPr>
        <w:rPr>
          <w:lang w:val="es-CO"/>
        </w:rPr>
      </w:pPr>
      <w:r w:rsidRPr="004F6B61">
        <w:rPr>
          <w:lang w:val="es-MX"/>
        </w:rPr>
        <w:lastRenderedPageBreak/>
        <w:t xml:space="preserve">Visita al complejo de templos Wat Doi </w:t>
      </w:r>
      <w:proofErr w:type="spellStart"/>
      <w:r w:rsidRPr="004F6B61">
        <w:rPr>
          <w:lang w:val="es-MX"/>
        </w:rPr>
        <w:t>Suthep</w:t>
      </w:r>
      <w:proofErr w:type="spellEnd"/>
      <w:r w:rsidRPr="004F6B61">
        <w:rPr>
          <w:lang w:val="es-MX"/>
        </w:rPr>
        <w:t xml:space="preserve">, el más conocido de Chiang Mai, situado en la cima de una pequeña colina a 15 </w:t>
      </w:r>
      <w:proofErr w:type="spellStart"/>
      <w:r w:rsidRPr="004F6B61">
        <w:rPr>
          <w:lang w:val="es-MX"/>
        </w:rPr>
        <w:t>Kms</w:t>
      </w:r>
      <w:proofErr w:type="spellEnd"/>
      <w:r w:rsidRPr="004F6B61">
        <w:rPr>
          <w:lang w:val="es-MX"/>
        </w:rPr>
        <w:t xml:space="preserve"> al noroeste de la ciudad.</w:t>
      </w:r>
      <w:r w:rsidRPr="004F6B61">
        <w:rPr>
          <w:lang w:val="es-CO"/>
        </w:rPr>
        <w:t> </w:t>
      </w:r>
    </w:p>
    <w:p w14:paraId="1660F3DD" w14:textId="77777777" w:rsidR="004F6B61" w:rsidRPr="004F6B61" w:rsidRDefault="004F6B61" w:rsidP="004F6B61">
      <w:pPr>
        <w:rPr>
          <w:lang w:val="es-CO"/>
        </w:rPr>
      </w:pPr>
      <w:r w:rsidRPr="004F6B61">
        <w:rPr>
          <w:lang w:val="es-MX"/>
        </w:rPr>
        <w:t>Cean y alojamiento en hotel</w:t>
      </w:r>
      <w:r w:rsidRPr="004F6B61">
        <w:rPr>
          <w:lang w:val="es-CO"/>
        </w:rPr>
        <w:t> </w:t>
      </w:r>
    </w:p>
    <w:p w14:paraId="20782846" w14:textId="77777777" w:rsidR="004F6B61" w:rsidRPr="004F6B61" w:rsidRDefault="004F6B61" w:rsidP="004F6B61">
      <w:pPr>
        <w:rPr>
          <w:lang w:val="es-CO"/>
        </w:rPr>
      </w:pPr>
      <w:r w:rsidRPr="004F6B61">
        <w:rPr>
          <w:b/>
          <w:bCs/>
          <w:lang w:val="es-AR"/>
        </w:rPr>
        <w:t>Régimen alimenticio:</w:t>
      </w:r>
      <w:r w:rsidRPr="004F6B61">
        <w:rPr>
          <w:lang w:val="es-AR"/>
        </w:rPr>
        <w:t> Desayuno, almuerzo y cena.</w:t>
      </w:r>
      <w:r w:rsidRPr="004F6B61">
        <w:rPr>
          <w:lang w:val="es-CO"/>
        </w:rPr>
        <w:t> </w:t>
      </w:r>
    </w:p>
    <w:p w14:paraId="11C24E67" w14:textId="39F95E7B" w:rsidR="00D92AB3" w:rsidRPr="004F6B61" w:rsidRDefault="004F6B61" w:rsidP="003D13F2">
      <w:pPr>
        <w:rPr>
          <w:lang w:val="es-CO"/>
        </w:rPr>
      </w:pPr>
      <w:r w:rsidRPr="004F6B61">
        <w:rPr>
          <w:lang w:val="es-CO"/>
        </w:rPr>
        <w:t> </w:t>
      </w:r>
    </w:p>
    <w:p w14:paraId="034BE963" w14:textId="04A9E3BF" w:rsidR="004F6B61" w:rsidRPr="004F6B61" w:rsidRDefault="004F6B61" w:rsidP="00D92AB3">
      <w:pPr>
        <w:pStyle w:val="Ttulo3"/>
        <w:rPr>
          <w:lang w:val="es-CO"/>
        </w:rPr>
      </w:pPr>
      <w:r w:rsidRPr="004F6B61">
        <w:rPr>
          <w:lang w:val="es-ES"/>
        </w:rPr>
        <w:t>Día 5: Lun</w:t>
      </w:r>
      <w:r w:rsidRPr="004F6B61">
        <w:rPr>
          <w:lang w:val="es-CO"/>
        </w:rPr>
        <w:tab/>
      </w:r>
      <w:r w:rsidRPr="004F6B61">
        <w:rPr>
          <w:lang w:val="es-ES"/>
        </w:rPr>
        <w:t> Chiang Mai</w:t>
      </w:r>
      <w:r w:rsidRPr="004F6B61">
        <w:rPr>
          <w:lang w:val="es-CO"/>
        </w:rPr>
        <w:t> </w:t>
      </w:r>
    </w:p>
    <w:p w14:paraId="1245205B" w14:textId="77777777" w:rsidR="004F6B61" w:rsidRPr="004F6B61" w:rsidRDefault="004F6B61" w:rsidP="004F6B61">
      <w:pPr>
        <w:rPr>
          <w:lang w:val="es-CO"/>
        </w:rPr>
      </w:pPr>
      <w:r w:rsidRPr="004F6B61">
        <w:rPr>
          <w:lang w:val="es-MX"/>
        </w:rPr>
        <w:t>Desayuno en el hotel.</w:t>
      </w:r>
      <w:r w:rsidRPr="004F6B61">
        <w:rPr>
          <w:lang w:val="es-CO"/>
        </w:rPr>
        <w:t> </w:t>
      </w:r>
    </w:p>
    <w:p w14:paraId="00F70F0B" w14:textId="0B2DDE46" w:rsidR="004F6B61" w:rsidRPr="004F6B61" w:rsidRDefault="004F6B61" w:rsidP="004F6B61">
      <w:pPr>
        <w:rPr>
          <w:lang w:val="es-CO"/>
        </w:rPr>
      </w:pPr>
      <w:r w:rsidRPr="004F6B61">
        <w:rPr>
          <w:lang w:val="es-MX"/>
        </w:rPr>
        <w:t>Por la</w:t>
      </w:r>
      <w:r w:rsidRPr="004F6B61">
        <w:rPr>
          <w:lang w:val="es-ES"/>
        </w:rPr>
        <w:t> mañana</w:t>
      </w:r>
      <w:r w:rsidRPr="004F6B61">
        <w:rPr>
          <w:lang w:val="es-MX"/>
        </w:rPr>
        <w:t xml:space="preserve"> visitaremos algunas fábricas de artesanías </w:t>
      </w:r>
      <w:r w:rsidR="00CD63C8" w:rsidRPr="004F6B61">
        <w:rPr>
          <w:lang w:val="es-MX"/>
        </w:rPr>
        <w:t>locales. También</w:t>
      </w:r>
      <w:r w:rsidRPr="004F6B61">
        <w:rPr>
          <w:lang w:val="es-MX"/>
        </w:rPr>
        <w:t xml:space="preserve"> se visita una fábrica de esculturas </w:t>
      </w:r>
      <w:proofErr w:type="spellStart"/>
      <w:r w:rsidRPr="004F6B61">
        <w:rPr>
          <w:lang w:val="es-MX"/>
        </w:rPr>
        <w:t>demadera</w:t>
      </w:r>
      <w:proofErr w:type="spellEnd"/>
      <w:r w:rsidRPr="004F6B61">
        <w:rPr>
          <w:lang w:val="es-MX"/>
        </w:rPr>
        <w:t xml:space="preserve"> donde es posible comprar antigüedades birmanas. Salida hacia el valle de Mae Sa visitando la granja de las orquídeas.</w:t>
      </w:r>
      <w:r w:rsidRPr="004F6B61">
        <w:rPr>
          <w:lang w:val="es-CO"/>
        </w:rPr>
        <w:t> </w:t>
      </w:r>
    </w:p>
    <w:p w14:paraId="2108C428" w14:textId="79B4DEFF" w:rsidR="004F6B61" w:rsidRPr="004F6B61" w:rsidRDefault="004F6B61" w:rsidP="004F6B61">
      <w:pPr>
        <w:rPr>
          <w:lang w:val="es-CO"/>
        </w:rPr>
      </w:pPr>
      <w:r w:rsidRPr="004F6B61">
        <w:rPr>
          <w:lang w:val="es-MX"/>
        </w:rPr>
        <w:t>Almuerzo en restaurante local. </w:t>
      </w:r>
      <w:r w:rsidRPr="004F6B61">
        <w:rPr>
          <w:lang w:val="es-ES"/>
        </w:rPr>
        <w:t>Después nos trasladaremos al santuario de elefantes para aprender sobre estos animales, y realizar diversas actividades incluso darles comida y tomar un baño, una experiencia inolvidable.</w:t>
      </w:r>
      <w:r w:rsidR="00CD63C8">
        <w:rPr>
          <w:lang w:val="es-ES"/>
        </w:rPr>
        <w:t xml:space="preserve"> </w:t>
      </w:r>
      <w:r w:rsidRPr="004F6B61">
        <w:rPr>
          <w:lang w:val="es-ES"/>
        </w:rPr>
        <w:t>Cena Kantoke. Regreso al hotel.</w:t>
      </w:r>
      <w:r w:rsidRPr="004F6B61">
        <w:rPr>
          <w:lang w:val="es-CO"/>
        </w:rPr>
        <w:t> </w:t>
      </w:r>
    </w:p>
    <w:p w14:paraId="5F718E84" w14:textId="55BA7856" w:rsidR="004F6B61" w:rsidRPr="004F6B61" w:rsidRDefault="004F6B61" w:rsidP="003D13F2">
      <w:pPr>
        <w:rPr>
          <w:lang w:val="es-CO"/>
        </w:rPr>
      </w:pPr>
      <w:r w:rsidRPr="004F6B61">
        <w:rPr>
          <w:lang w:val="es-MX"/>
        </w:rPr>
        <w:t>Alojamiento en el hotel.</w:t>
      </w:r>
      <w:r w:rsidRPr="004F6B61">
        <w:rPr>
          <w:lang w:val="es-CO"/>
        </w:rPr>
        <w:t> </w:t>
      </w:r>
    </w:p>
    <w:p w14:paraId="22753792" w14:textId="77777777" w:rsidR="004F6B61" w:rsidRPr="004F6B61" w:rsidRDefault="004F6B61" w:rsidP="004F6B61">
      <w:pPr>
        <w:rPr>
          <w:lang w:val="es-CO"/>
        </w:rPr>
      </w:pPr>
      <w:r w:rsidRPr="004F6B61">
        <w:rPr>
          <w:b/>
          <w:bCs/>
          <w:lang w:val="es-AR"/>
        </w:rPr>
        <w:t>Régimen alimenticio:</w:t>
      </w:r>
      <w:r w:rsidRPr="004F6B61">
        <w:rPr>
          <w:lang w:val="es-AR"/>
        </w:rPr>
        <w:t> Desayuno, almuerzo y cena.</w:t>
      </w:r>
      <w:r w:rsidRPr="004F6B61">
        <w:rPr>
          <w:lang w:val="es-CO"/>
        </w:rPr>
        <w:t> </w:t>
      </w:r>
    </w:p>
    <w:p w14:paraId="05E198CF" w14:textId="77777777" w:rsidR="004F6B61" w:rsidRPr="004F6B61" w:rsidRDefault="004F6B61" w:rsidP="004F6B61">
      <w:pPr>
        <w:rPr>
          <w:lang w:val="es-CO"/>
        </w:rPr>
      </w:pPr>
      <w:r w:rsidRPr="004F6B61">
        <w:rPr>
          <w:lang w:val="es-CO"/>
        </w:rPr>
        <w:t> </w:t>
      </w:r>
    </w:p>
    <w:p w14:paraId="0C79F9F6" w14:textId="7CB46666" w:rsidR="004F6B61" w:rsidRPr="004F6B61" w:rsidRDefault="004F6B61" w:rsidP="00D92AB3">
      <w:pPr>
        <w:pStyle w:val="Ttulo3"/>
        <w:rPr>
          <w:lang w:val="es-CO"/>
        </w:rPr>
      </w:pPr>
      <w:r w:rsidRPr="004F6B61">
        <w:rPr>
          <w:lang w:val="es-ES"/>
        </w:rPr>
        <w:t>Día 6: </w:t>
      </w:r>
      <w:r w:rsidRPr="004F6B61">
        <w:rPr>
          <w:lang w:val="es-CO"/>
        </w:rPr>
        <w:t>Mar </w:t>
      </w:r>
      <w:r w:rsidRPr="004F6B61">
        <w:rPr>
          <w:lang w:val="es-CO"/>
        </w:rPr>
        <w:tab/>
      </w:r>
      <w:r w:rsidRPr="004F6B61">
        <w:rPr>
          <w:lang w:val="es-ES"/>
        </w:rPr>
        <w:t>Chiang Mai</w:t>
      </w:r>
      <w:r w:rsidRPr="004F6B61">
        <w:rPr>
          <w:lang w:val="es-CO"/>
        </w:rPr>
        <w:t> </w:t>
      </w:r>
    </w:p>
    <w:p w14:paraId="3E770252" w14:textId="77777777" w:rsidR="004F6B61" w:rsidRPr="004F6B61" w:rsidRDefault="004F6B61" w:rsidP="004F6B61">
      <w:pPr>
        <w:rPr>
          <w:lang w:val="es-CO"/>
        </w:rPr>
      </w:pPr>
      <w:r w:rsidRPr="004F6B61">
        <w:rPr>
          <w:lang w:val="es-AR"/>
        </w:rPr>
        <w:t>Desayuno en el hotel.</w:t>
      </w:r>
      <w:r w:rsidRPr="004F6B61">
        <w:rPr>
          <w:lang w:val="es-CO"/>
        </w:rPr>
        <w:t> </w:t>
      </w:r>
    </w:p>
    <w:p w14:paraId="76A0E737" w14:textId="77777777" w:rsidR="004F6B61" w:rsidRPr="004F6B61" w:rsidRDefault="004F6B61" w:rsidP="004F6B61">
      <w:pPr>
        <w:rPr>
          <w:lang w:val="es-CO"/>
        </w:rPr>
      </w:pPr>
      <w:r w:rsidRPr="004F6B61">
        <w:rPr>
          <w:lang w:val="es-AR"/>
        </w:rPr>
        <w:t>Día entero libre a su disposición.</w:t>
      </w:r>
      <w:r w:rsidRPr="004F6B61">
        <w:rPr>
          <w:lang w:val="es-CO"/>
        </w:rPr>
        <w:t> </w:t>
      </w:r>
    </w:p>
    <w:p w14:paraId="1F05D890" w14:textId="5E273A6D" w:rsidR="004F6B61" w:rsidRPr="004F6B61" w:rsidRDefault="004F6B61" w:rsidP="003D13F2">
      <w:pPr>
        <w:rPr>
          <w:lang w:val="es-CO"/>
        </w:rPr>
      </w:pPr>
      <w:r w:rsidRPr="004F6B61">
        <w:rPr>
          <w:lang w:val="es-AR"/>
        </w:rPr>
        <w:t>Alojamiento en hotel.</w:t>
      </w:r>
      <w:r w:rsidRPr="004F6B61">
        <w:rPr>
          <w:lang w:val="es-CO"/>
        </w:rPr>
        <w:t> </w:t>
      </w:r>
    </w:p>
    <w:p w14:paraId="3E51BEE4" w14:textId="77777777" w:rsidR="004F6B61" w:rsidRPr="004F6B61" w:rsidRDefault="004F6B61" w:rsidP="004F6B61">
      <w:pPr>
        <w:rPr>
          <w:lang w:val="es-CO"/>
        </w:rPr>
      </w:pPr>
      <w:r w:rsidRPr="004F6B61">
        <w:rPr>
          <w:b/>
          <w:bCs/>
          <w:lang w:val="es-AR"/>
        </w:rPr>
        <w:t>Régimen alimenticio:</w:t>
      </w:r>
      <w:r w:rsidRPr="004F6B61">
        <w:rPr>
          <w:lang w:val="es-AR"/>
        </w:rPr>
        <w:t> Desayuno</w:t>
      </w:r>
      <w:r w:rsidRPr="004F6B61">
        <w:rPr>
          <w:lang w:val="es-CO"/>
        </w:rPr>
        <w:t> </w:t>
      </w:r>
    </w:p>
    <w:p w14:paraId="6114FB9B" w14:textId="77777777" w:rsidR="004F6B61" w:rsidRPr="004F6B61" w:rsidRDefault="004F6B61" w:rsidP="004F6B61">
      <w:pPr>
        <w:rPr>
          <w:lang w:val="es-CO"/>
        </w:rPr>
      </w:pPr>
      <w:r w:rsidRPr="004F6B61">
        <w:rPr>
          <w:lang w:val="es-CO"/>
        </w:rPr>
        <w:t> </w:t>
      </w:r>
    </w:p>
    <w:p w14:paraId="4F86081D" w14:textId="6E1B98C0" w:rsidR="004F6B61" w:rsidRPr="00033205" w:rsidRDefault="004F6B61" w:rsidP="00AA638A">
      <w:pPr>
        <w:pStyle w:val="Ttulo3"/>
        <w:rPr>
          <w:lang w:val="it-IT"/>
        </w:rPr>
      </w:pPr>
      <w:r w:rsidRPr="00033205">
        <w:rPr>
          <w:lang w:val="it-IT"/>
        </w:rPr>
        <w:t>Día 7: Mie</w:t>
      </w:r>
      <w:r w:rsidRPr="00033205">
        <w:rPr>
          <w:lang w:val="it-IT"/>
        </w:rPr>
        <w:tab/>
        <w:t> Chiang Mai – Siem Reap </w:t>
      </w:r>
    </w:p>
    <w:p w14:paraId="63F2102F" w14:textId="77777777" w:rsidR="004F6B61" w:rsidRPr="004F6B61" w:rsidRDefault="004F6B61" w:rsidP="004F6B61">
      <w:pPr>
        <w:rPr>
          <w:lang w:val="es-CO"/>
        </w:rPr>
      </w:pPr>
      <w:r w:rsidRPr="004F6B61">
        <w:rPr>
          <w:lang w:val="es-MX"/>
        </w:rPr>
        <w:t>Desayuno en el hotel.</w:t>
      </w:r>
      <w:r w:rsidRPr="004F6B61">
        <w:rPr>
          <w:lang w:val="es-CO"/>
        </w:rPr>
        <w:t> </w:t>
      </w:r>
    </w:p>
    <w:p w14:paraId="5863B822" w14:textId="77777777" w:rsidR="004F6B61" w:rsidRPr="004F6B61" w:rsidRDefault="004F6B61" w:rsidP="004F6B61">
      <w:pPr>
        <w:rPr>
          <w:lang w:val="es-CO"/>
        </w:rPr>
      </w:pPr>
      <w:r w:rsidRPr="004F6B61">
        <w:rPr>
          <w:lang w:val="es-MX"/>
        </w:rPr>
        <w:t>Traslado al aeropuerto de Chiang Mai para conectar con el vuelo a Siem Reap.</w:t>
      </w:r>
      <w:r w:rsidRPr="004F6B61">
        <w:rPr>
          <w:lang w:val="es-CO"/>
        </w:rPr>
        <w:t> </w:t>
      </w:r>
    </w:p>
    <w:p w14:paraId="049BE11F" w14:textId="77777777" w:rsidR="004F6B61" w:rsidRPr="004F6B61" w:rsidRDefault="004F6B61" w:rsidP="004F6B61">
      <w:pPr>
        <w:rPr>
          <w:lang w:val="es-CO"/>
        </w:rPr>
      </w:pPr>
      <w:r w:rsidRPr="004F6B61">
        <w:rPr>
          <w:lang w:val="es-ES"/>
        </w:rPr>
        <w:t>Llegada al aeropuerto internacional de Siem Reap, encuentro con nuestro guía y traslado al hotel. </w:t>
      </w:r>
      <w:r w:rsidRPr="004F6B61">
        <w:rPr>
          <w:lang w:val="es-CO"/>
        </w:rPr>
        <w:t> </w:t>
      </w:r>
    </w:p>
    <w:p w14:paraId="6B1823E6" w14:textId="77777777" w:rsidR="004F6B61" w:rsidRPr="004F6B61" w:rsidRDefault="004F6B61" w:rsidP="004F6B61">
      <w:pPr>
        <w:rPr>
          <w:lang w:val="es-CO"/>
        </w:rPr>
      </w:pPr>
      <w:r w:rsidRPr="004F6B61">
        <w:rPr>
          <w:lang w:val="es-ES"/>
        </w:rPr>
        <w:t>Resto del día libre. Alojamiento en Siem Reap.</w:t>
      </w:r>
      <w:r w:rsidRPr="004F6B61">
        <w:rPr>
          <w:lang w:val="es-CO"/>
        </w:rPr>
        <w:t> </w:t>
      </w:r>
    </w:p>
    <w:p w14:paraId="18260CE4" w14:textId="77777777" w:rsidR="004F6B61" w:rsidRPr="004F6B61" w:rsidRDefault="004F6B61" w:rsidP="004F6B61">
      <w:pPr>
        <w:rPr>
          <w:lang w:val="es-CO"/>
        </w:rPr>
      </w:pPr>
      <w:r w:rsidRPr="004F6B61">
        <w:rPr>
          <w:lang w:val="es-CO"/>
        </w:rPr>
        <w:t> </w:t>
      </w:r>
    </w:p>
    <w:p w14:paraId="06C954AF" w14:textId="77777777" w:rsidR="004F6B61" w:rsidRPr="004F6B61" w:rsidRDefault="004F6B61" w:rsidP="004F6B61">
      <w:pPr>
        <w:rPr>
          <w:lang w:val="es-CO"/>
        </w:rPr>
      </w:pPr>
      <w:r w:rsidRPr="004F6B61">
        <w:rPr>
          <w:b/>
          <w:bCs/>
          <w:lang w:val="es-AR"/>
        </w:rPr>
        <w:t>Régimen alimenticio:</w:t>
      </w:r>
      <w:r w:rsidRPr="004F6B61">
        <w:rPr>
          <w:lang w:val="es-AR"/>
        </w:rPr>
        <w:t> Desayuno</w:t>
      </w:r>
      <w:r w:rsidRPr="004F6B61">
        <w:rPr>
          <w:lang w:val="es-CO"/>
        </w:rPr>
        <w:t> </w:t>
      </w:r>
    </w:p>
    <w:p w14:paraId="74C2667B" w14:textId="77777777" w:rsidR="004F6B61" w:rsidRPr="004F6B61" w:rsidRDefault="004F6B61" w:rsidP="004F6B61">
      <w:pPr>
        <w:rPr>
          <w:lang w:val="es-CO"/>
        </w:rPr>
      </w:pPr>
      <w:r w:rsidRPr="004F6B61">
        <w:rPr>
          <w:b/>
          <w:bCs/>
          <w:lang w:val="es-AR"/>
        </w:rPr>
        <w:t>Recomendaciones:</w:t>
      </w:r>
      <w:r w:rsidRPr="004F6B61">
        <w:rPr>
          <w:lang w:val="es-AR"/>
        </w:rPr>
        <w:t> </w:t>
      </w:r>
      <w:r w:rsidRPr="004F6B61">
        <w:rPr>
          <w:lang w:val="es-ES"/>
        </w:rPr>
        <w:t>Reservar un masaje tradicional, tomar un café, una copa en Pub Street o recorrer el mercado nocturno. </w:t>
      </w:r>
      <w:r w:rsidRPr="004F6B61">
        <w:rPr>
          <w:lang w:val="es-CO"/>
        </w:rPr>
        <w:t> </w:t>
      </w:r>
    </w:p>
    <w:p w14:paraId="60E283A1" w14:textId="77777777" w:rsidR="004F6B61" w:rsidRDefault="004F6B61" w:rsidP="004F6B61">
      <w:pPr>
        <w:rPr>
          <w:lang w:val="es-CO"/>
        </w:rPr>
      </w:pPr>
      <w:r w:rsidRPr="004F6B61">
        <w:rPr>
          <w:lang w:val="es-CO"/>
        </w:rPr>
        <w:t> </w:t>
      </w:r>
    </w:p>
    <w:p w14:paraId="484F6E9A" w14:textId="77777777" w:rsidR="003D13F2" w:rsidRDefault="003D13F2" w:rsidP="004F6B61">
      <w:pPr>
        <w:rPr>
          <w:lang w:val="es-CO"/>
        </w:rPr>
      </w:pPr>
    </w:p>
    <w:p w14:paraId="4897AC17" w14:textId="77777777" w:rsidR="003D13F2" w:rsidRDefault="003D13F2" w:rsidP="004F6B61">
      <w:pPr>
        <w:rPr>
          <w:lang w:val="es-CO"/>
        </w:rPr>
      </w:pPr>
    </w:p>
    <w:p w14:paraId="54E18FD0" w14:textId="77777777" w:rsidR="00033205" w:rsidRDefault="00033205" w:rsidP="004F6B61">
      <w:pPr>
        <w:rPr>
          <w:lang w:val="es-CO"/>
        </w:rPr>
      </w:pPr>
    </w:p>
    <w:p w14:paraId="60CEEA37" w14:textId="77777777" w:rsidR="00033205" w:rsidRDefault="00033205" w:rsidP="004F6B61">
      <w:pPr>
        <w:rPr>
          <w:lang w:val="es-CO"/>
        </w:rPr>
      </w:pPr>
    </w:p>
    <w:p w14:paraId="722074CC" w14:textId="77777777" w:rsidR="00033205" w:rsidRDefault="00033205" w:rsidP="004F6B61">
      <w:pPr>
        <w:rPr>
          <w:lang w:val="es-CO"/>
        </w:rPr>
      </w:pPr>
    </w:p>
    <w:p w14:paraId="0E89EEE2" w14:textId="77777777" w:rsidR="00033205" w:rsidRDefault="00033205" w:rsidP="004F6B61">
      <w:pPr>
        <w:rPr>
          <w:lang w:val="es-CO"/>
        </w:rPr>
      </w:pPr>
    </w:p>
    <w:p w14:paraId="34F1B1CF" w14:textId="77777777" w:rsidR="00033205" w:rsidRDefault="00033205" w:rsidP="004F6B61">
      <w:pPr>
        <w:rPr>
          <w:lang w:val="es-CO"/>
        </w:rPr>
      </w:pPr>
    </w:p>
    <w:p w14:paraId="26490FA2" w14:textId="77777777" w:rsidR="003D13F2" w:rsidRPr="004F6B61" w:rsidRDefault="003D13F2" w:rsidP="004F6B61">
      <w:pPr>
        <w:rPr>
          <w:lang w:val="es-CO"/>
        </w:rPr>
      </w:pPr>
    </w:p>
    <w:p w14:paraId="7EFD4C22" w14:textId="33BFEB4C" w:rsidR="004F6B61" w:rsidRPr="004F6B61" w:rsidRDefault="004F6B61" w:rsidP="000A7A59">
      <w:pPr>
        <w:pStyle w:val="Ttulo3"/>
        <w:rPr>
          <w:lang w:val="en-US"/>
        </w:rPr>
      </w:pPr>
      <w:r w:rsidRPr="004F6B61">
        <w:rPr>
          <w:lang w:val="en-US"/>
        </w:rPr>
        <w:lastRenderedPageBreak/>
        <w:t>Día 8: Jue</w:t>
      </w:r>
      <w:r w:rsidRPr="004F6B61">
        <w:rPr>
          <w:lang w:val="en-US"/>
        </w:rPr>
        <w:tab/>
        <w:t>Siem Reap - Angkor Thom - Angkor </w:t>
      </w:r>
      <w:r w:rsidRPr="004F6B61">
        <w:rPr>
          <w:lang w:val="vi-VN"/>
        </w:rPr>
        <w:t>Wat</w:t>
      </w:r>
      <w:r w:rsidRPr="004F6B61">
        <w:rPr>
          <w:lang w:val="en-US"/>
        </w:rPr>
        <w:t> </w:t>
      </w:r>
    </w:p>
    <w:p w14:paraId="565EA02C" w14:textId="77777777" w:rsidR="004F6B61" w:rsidRPr="004F6B61" w:rsidRDefault="004F6B61" w:rsidP="004F6B61">
      <w:pPr>
        <w:rPr>
          <w:lang w:val="es-CO"/>
        </w:rPr>
      </w:pPr>
      <w:r w:rsidRPr="004F6B61">
        <w:rPr>
          <w:lang w:val="es-ES"/>
        </w:rPr>
        <w:t>Desayuno en el hotel. </w:t>
      </w:r>
      <w:r w:rsidRPr="004F6B61">
        <w:rPr>
          <w:lang w:val="es-CO"/>
        </w:rPr>
        <w:t> </w:t>
      </w:r>
    </w:p>
    <w:p w14:paraId="0733A083" w14:textId="77777777" w:rsidR="004F6B61" w:rsidRPr="004F6B61" w:rsidRDefault="004F6B61" w:rsidP="004F6B61">
      <w:pPr>
        <w:rPr>
          <w:lang w:val="es-CO"/>
        </w:rPr>
      </w:pPr>
      <w:r w:rsidRPr="004F6B61">
        <w:rPr>
          <w:lang w:val="es-ES"/>
        </w:rPr>
        <w:t xml:space="preserve">Salida en </w:t>
      </w:r>
      <w:proofErr w:type="spellStart"/>
      <w:r w:rsidRPr="004F6B61">
        <w:rPr>
          <w:lang w:val="es-ES"/>
        </w:rPr>
        <w:t>tuk-tuk</w:t>
      </w:r>
      <w:proofErr w:type="spellEnd"/>
      <w:r w:rsidRPr="004F6B61">
        <w:rPr>
          <w:lang w:val="es-ES"/>
        </w:rPr>
        <w:t xml:space="preserve"> (especie de motocarro, un vehículo muy típico en Camboya) hacia la puerta Sur, desde donde se puede contemplar sus impresionantes estatuas representando el movimiento del océano, la Antigua capital de </w:t>
      </w:r>
      <w:proofErr w:type="spellStart"/>
      <w:r w:rsidRPr="004F6B61">
        <w:rPr>
          <w:lang w:val="es-ES"/>
        </w:rPr>
        <w:t>Angkor</w:t>
      </w:r>
      <w:proofErr w:type="spellEnd"/>
      <w:r w:rsidRPr="004F6B61">
        <w:rPr>
          <w:lang w:val="es-ES"/>
        </w:rPr>
        <w:t xml:space="preserve"> Thom (Siglo XII), el templo de Bayon con sus 54 torres decoradas y cerca de 200 enigmáticas caras sonrientes de Avalokitesvara, el templo de </w:t>
      </w:r>
      <w:proofErr w:type="spellStart"/>
      <w:r w:rsidRPr="004F6B61">
        <w:rPr>
          <w:lang w:val="es-ES"/>
        </w:rPr>
        <w:t>Phimeanakas</w:t>
      </w:r>
      <w:proofErr w:type="spellEnd"/>
      <w:r w:rsidRPr="004F6B61">
        <w:rPr>
          <w:lang w:val="es-ES"/>
        </w:rPr>
        <w:t xml:space="preserve">, las terrazas del rey leproso y de los elefantes y las cámaras reales. A continuación, visita del templo Ta </w:t>
      </w:r>
      <w:proofErr w:type="spellStart"/>
      <w:r w:rsidRPr="004F6B61">
        <w:rPr>
          <w:lang w:val="es-ES"/>
        </w:rPr>
        <w:t>Prohm</w:t>
      </w:r>
      <w:proofErr w:type="spellEnd"/>
      <w:r w:rsidRPr="004F6B61">
        <w:rPr>
          <w:lang w:val="es-ES"/>
        </w:rPr>
        <w:t>, uno de los más espectaculares templos del área, que se ha mantenido relativamente igual que cuando fue descubierto y retiene todavía gran parte de su misterio. Almuerzo en restaurante local.</w:t>
      </w:r>
      <w:r w:rsidRPr="004F6B61">
        <w:rPr>
          <w:lang w:val="es-CO"/>
        </w:rPr>
        <w:t> </w:t>
      </w:r>
    </w:p>
    <w:p w14:paraId="62A183F9" w14:textId="77777777" w:rsidR="004F6B61" w:rsidRPr="004F6B61" w:rsidRDefault="004F6B61" w:rsidP="004F6B61">
      <w:pPr>
        <w:rPr>
          <w:lang w:val="es-CO"/>
        </w:rPr>
      </w:pPr>
      <w:r w:rsidRPr="004F6B61">
        <w:rPr>
          <w:lang w:val="es-ES"/>
        </w:rPr>
        <w:t xml:space="preserve">Por la tarde, traslado en bus para visitar el más famoso de todos los templos, </w:t>
      </w:r>
      <w:proofErr w:type="spellStart"/>
      <w:r w:rsidRPr="004F6B61">
        <w:rPr>
          <w:lang w:val="es-ES"/>
        </w:rPr>
        <w:t>Angkor</w:t>
      </w:r>
      <w:proofErr w:type="spellEnd"/>
      <w:r w:rsidRPr="004F6B61">
        <w:rPr>
          <w:lang w:val="es-ES"/>
        </w:rPr>
        <w:t xml:space="preserve"> Wat - Declarado Patrimonio Mundial de la Humanidad por la UNESCO. El complejo de este templo cubre 81 hectáreas, comparable en extensión con el Palacio Imperial de Pekín. Las conocidas cinco torres forman parte de la bandera camboyana. Representan los 5 picos de Meru, los muros cercándolas, son las montañas y el valle rodeándolos, el océano. Contemplamos esta obra de arte del siglo XII, considerada entre los historiadores como el primer ejemplo de arquitectura y arte clásicos jemer, mientras disfrutamos de su precioso atardecer - un excelente panorama para terminar el día.</w:t>
      </w:r>
      <w:r w:rsidRPr="004F6B61">
        <w:rPr>
          <w:lang w:val="es-CO"/>
        </w:rPr>
        <w:t> </w:t>
      </w:r>
    </w:p>
    <w:p w14:paraId="6950E51C" w14:textId="77777777" w:rsidR="004F6B61" w:rsidRPr="004F6B61" w:rsidRDefault="004F6B61" w:rsidP="004F6B61">
      <w:pPr>
        <w:rPr>
          <w:lang w:val="es-CO"/>
        </w:rPr>
      </w:pPr>
      <w:r w:rsidRPr="004F6B61">
        <w:rPr>
          <w:lang w:val="es-ES"/>
        </w:rPr>
        <w:t>Regreso al hotel y alojamiento en Siem Reap.</w:t>
      </w:r>
      <w:r w:rsidRPr="004F6B61">
        <w:rPr>
          <w:lang w:val="es-CO"/>
        </w:rPr>
        <w:t> </w:t>
      </w:r>
    </w:p>
    <w:p w14:paraId="5F725476" w14:textId="77777777" w:rsidR="004F6B61" w:rsidRPr="004F6B61" w:rsidRDefault="004F6B61" w:rsidP="004F6B61">
      <w:pPr>
        <w:rPr>
          <w:lang w:val="es-CO"/>
        </w:rPr>
      </w:pPr>
      <w:r w:rsidRPr="004F6B61">
        <w:rPr>
          <w:lang w:val="es-CO"/>
        </w:rPr>
        <w:t> </w:t>
      </w:r>
    </w:p>
    <w:p w14:paraId="401F2548" w14:textId="77777777" w:rsidR="004F6B61" w:rsidRPr="004F6B61" w:rsidRDefault="004F6B61" w:rsidP="004F6B61">
      <w:pPr>
        <w:rPr>
          <w:lang w:val="es-CO"/>
        </w:rPr>
      </w:pPr>
      <w:r w:rsidRPr="004F6B61">
        <w:rPr>
          <w:b/>
          <w:bCs/>
          <w:lang w:val="es-AR"/>
        </w:rPr>
        <w:t>Régimen alimenticio:</w:t>
      </w:r>
      <w:r w:rsidRPr="004F6B61">
        <w:rPr>
          <w:lang w:val="es-AR"/>
        </w:rPr>
        <w:t> Desayuno y almuerzo</w:t>
      </w:r>
      <w:r w:rsidRPr="004F6B61">
        <w:rPr>
          <w:lang w:val="es-CO"/>
        </w:rPr>
        <w:t> </w:t>
      </w:r>
    </w:p>
    <w:p w14:paraId="05E62303" w14:textId="77777777" w:rsidR="004F6B61" w:rsidRPr="004F6B61" w:rsidRDefault="004F6B61" w:rsidP="004F6B61">
      <w:pPr>
        <w:rPr>
          <w:lang w:val="es-CO"/>
        </w:rPr>
      </w:pPr>
      <w:r w:rsidRPr="004F6B61">
        <w:rPr>
          <w:b/>
          <w:bCs/>
          <w:lang w:val="es-AR"/>
        </w:rPr>
        <w:t>Recomendaciones:</w:t>
      </w:r>
      <w:r w:rsidRPr="004F6B61">
        <w:rPr>
          <w:lang w:val="es-AR"/>
        </w:rPr>
        <w:t> Disfrutar del espectáculo de danzas Apsara mientras cena, </w:t>
      </w:r>
      <w:r w:rsidRPr="004F6B61">
        <w:rPr>
          <w:lang w:val="es-ES"/>
        </w:rPr>
        <w:t>participar en el curso de cocina jemer, </w:t>
      </w:r>
      <w:r w:rsidRPr="004F6B61">
        <w:rPr>
          <w:lang w:val="es-AR"/>
        </w:rPr>
        <w:t>hacer las últimas compras en el mercado nocturno.   </w:t>
      </w:r>
      <w:r w:rsidRPr="004F6B61">
        <w:rPr>
          <w:lang w:val="es-CO"/>
        </w:rPr>
        <w:t> </w:t>
      </w:r>
    </w:p>
    <w:p w14:paraId="68D9D41F" w14:textId="77777777" w:rsidR="004F6B61" w:rsidRPr="004F6B61" w:rsidRDefault="004F6B61" w:rsidP="004F6B61">
      <w:pPr>
        <w:rPr>
          <w:lang w:val="es-CO"/>
        </w:rPr>
      </w:pPr>
      <w:r w:rsidRPr="004F6B61">
        <w:rPr>
          <w:lang w:val="es-CO"/>
        </w:rPr>
        <w:t> </w:t>
      </w:r>
    </w:p>
    <w:p w14:paraId="5EFE727F" w14:textId="30A4D66B" w:rsidR="004F6B61" w:rsidRPr="004F6B61" w:rsidRDefault="004F6B61" w:rsidP="000A7A59">
      <w:pPr>
        <w:pStyle w:val="Ttulo3"/>
        <w:rPr>
          <w:lang w:val="es-CO"/>
        </w:rPr>
      </w:pPr>
      <w:r w:rsidRPr="004F6B61">
        <w:rPr>
          <w:lang w:val="es-ES"/>
        </w:rPr>
        <w:t>Día 9:</w:t>
      </w:r>
      <w:r w:rsidR="00A926A6">
        <w:rPr>
          <w:lang w:val="es-ES"/>
        </w:rPr>
        <w:t xml:space="preserve"> </w:t>
      </w:r>
      <w:r w:rsidRPr="004F6B61">
        <w:rPr>
          <w:lang w:val="es-ES"/>
        </w:rPr>
        <w:t>Vie </w:t>
      </w:r>
      <w:r w:rsidRPr="004F6B61">
        <w:rPr>
          <w:lang w:val="es-CO"/>
        </w:rPr>
        <w:tab/>
      </w:r>
      <w:proofErr w:type="spellStart"/>
      <w:r w:rsidRPr="004F6B61">
        <w:rPr>
          <w:lang w:val="es-ES"/>
        </w:rPr>
        <w:t>Sem</w:t>
      </w:r>
      <w:proofErr w:type="spellEnd"/>
      <w:r w:rsidRPr="004F6B61">
        <w:rPr>
          <w:lang w:val="es-ES"/>
        </w:rPr>
        <w:t xml:space="preserve"> Reap - </w:t>
      </w:r>
      <w:proofErr w:type="spellStart"/>
      <w:r w:rsidRPr="004F6B61">
        <w:rPr>
          <w:lang w:val="es-ES"/>
        </w:rPr>
        <w:t>Tonle</w:t>
      </w:r>
      <w:proofErr w:type="spellEnd"/>
      <w:r w:rsidRPr="004F6B61">
        <w:rPr>
          <w:lang w:val="es-ES"/>
        </w:rPr>
        <w:t xml:space="preserve"> </w:t>
      </w:r>
      <w:proofErr w:type="spellStart"/>
      <w:r w:rsidRPr="004F6B61">
        <w:rPr>
          <w:lang w:val="es-ES"/>
        </w:rPr>
        <w:t>Sap</w:t>
      </w:r>
      <w:proofErr w:type="spellEnd"/>
      <w:r w:rsidRPr="004F6B61">
        <w:rPr>
          <w:lang w:val="es-ES"/>
        </w:rPr>
        <w:t xml:space="preserve"> - Vuelo de salida  </w:t>
      </w:r>
      <w:r w:rsidRPr="004F6B61">
        <w:rPr>
          <w:lang w:val="es-CO"/>
        </w:rPr>
        <w:t> </w:t>
      </w:r>
    </w:p>
    <w:p w14:paraId="627B5DE2" w14:textId="77777777" w:rsidR="004F6B61" w:rsidRPr="004F6B61" w:rsidRDefault="004F6B61" w:rsidP="004F6B61">
      <w:pPr>
        <w:rPr>
          <w:lang w:val="es-CO"/>
        </w:rPr>
      </w:pPr>
      <w:r w:rsidRPr="004F6B61">
        <w:t>Desayuno en el hotel. </w:t>
      </w:r>
      <w:r w:rsidRPr="004F6B61">
        <w:rPr>
          <w:lang w:val="es-CO"/>
        </w:rPr>
        <w:t> </w:t>
      </w:r>
    </w:p>
    <w:p w14:paraId="31CD8896" w14:textId="77777777" w:rsidR="004F6B61" w:rsidRPr="004F6B61" w:rsidRDefault="004F6B61" w:rsidP="004F6B61">
      <w:pPr>
        <w:rPr>
          <w:lang w:val="es-CO"/>
        </w:rPr>
      </w:pPr>
      <w:r w:rsidRPr="004F6B61">
        <w:t xml:space="preserve">Traslado a un pueblo cercano a Siem Reap, donde embarcamos en una lancha para empezar la excursión por el lago </w:t>
      </w:r>
      <w:proofErr w:type="spellStart"/>
      <w:r w:rsidRPr="004F6B61">
        <w:t>Tonle</w:t>
      </w:r>
      <w:proofErr w:type="spellEnd"/>
      <w:r w:rsidRPr="004F6B61">
        <w:t xml:space="preserve"> </w:t>
      </w:r>
      <w:proofErr w:type="spellStart"/>
      <w:r w:rsidRPr="004F6B61">
        <w:t>Sap</w:t>
      </w:r>
      <w:proofErr w:type="spellEnd"/>
      <w:r w:rsidRPr="004F6B61">
        <w:t xml:space="preserve"> (“Lago de agua fresca” en jemer), el lago más grande del Sudeste asiático. Se calcula que hay alrededor de 200 aldeas flotantes en la zona, convirtiéndolo así en el protagonista en la vida de los camboyanos. Exploramos la vida de la gente del lago, el hospital, la iglesia, la escuela y el mercadillo.</w:t>
      </w:r>
      <w:r w:rsidRPr="004F6B61">
        <w:rPr>
          <w:lang w:val="es-CO"/>
        </w:rPr>
        <w:t> </w:t>
      </w:r>
    </w:p>
    <w:p w14:paraId="34FDA208" w14:textId="77777777" w:rsidR="004F6B61" w:rsidRPr="004F6B61" w:rsidRDefault="004F6B61" w:rsidP="004F6B61">
      <w:pPr>
        <w:rPr>
          <w:lang w:val="es-CO"/>
        </w:rPr>
      </w:pPr>
      <w:r w:rsidRPr="004F6B61">
        <w:t xml:space="preserve">En el camino de vuelta, visitaremos a los artesanos </w:t>
      </w:r>
      <w:proofErr w:type="spellStart"/>
      <w:r w:rsidRPr="004F6B61">
        <w:t>D’Angkor</w:t>
      </w:r>
      <w:proofErr w:type="spellEnd"/>
      <w:r w:rsidRPr="004F6B61">
        <w:t xml:space="preserve"> - un centro ejemplar que aspira a proteger y mantener la artesanía tradicional, además de capacitar a los jóvenes camboyanos. Aquí pueden encontrar los productos más auténticos de Camboya hechos a mano y ver artesanos en distintas disciplinas, tallando madera, cerámica y cobre, etc.</w:t>
      </w:r>
      <w:r w:rsidRPr="004F6B61">
        <w:rPr>
          <w:lang w:val="es-CO"/>
        </w:rPr>
        <w:t> </w:t>
      </w:r>
    </w:p>
    <w:p w14:paraId="013DE7F3" w14:textId="77777777" w:rsidR="004F6B61" w:rsidRPr="004F6B61" w:rsidRDefault="004F6B61" w:rsidP="004F6B61">
      <w:pPr>
        <w:rPr>
          <w:lang w:val="es-CO"/>
        </w:rPr>
      </w:pPr>
      <w:r w:rsidRPr="004F6B61">
        <w:t>Almuerzo en un restaurante local. </w:t>
      </w:r>
      <w:r w:rsidRPr="004F6B61">
        <w:rPr>
          <w:lang w:val="es-CO"/>
        </w:rPr>
        <w:t> </w:t>
      </w:r>
    </w:p>
    <w:p w14:paraId="3EF7FCFD" w14:textId="77777777" w:rsidR="004F6B61" w:rsidRPr="004F6B61" w:rsidRDefault="004F6B61" w:rsidP="004F6B61">
      <w:pPr>
        <w:rPr>
          <w:lang w:val="es-CO"/>
        </w:rPr>
      </w:pPr>
      <w:r w:rsidRPr="004F6B61">
        <w:t>A la hora indicada, traslado al aeropuerto para el vuelo de salida.</w:t>
      </w:r>
      <w:r w:rsidRPr="004F6B61">
        <w:rPr>
          <w:lang w:val="es-CO"/>
        </w:rPr>
        <w:t> </w:t>
      </w:r>
    </w:p>
    <w:p w14:paraId="4AB15A17" w14:textId="77777777" w:rsidR="004F6B61" w:rsidRPr="004F6B61" w:rsidRDefault="004F6B61" w:rsidP="004F6B61">
      <w:pPr>
        <w:rPr>
          <w:lang w:val="es-CO"/>
        </w:rPr>
      </w:pPr>
      <w:r w:rsidRPr="004F6B61">
        <w:rPr>
          <w:lang w:val="es-CO"/>
        </w:rPr>
        <w:t> </w:t>
      </w:r>
    </w:p>
    <w:p w14:paraId="10DA040B" w14:textId="77777777" w:rsidR="004F6B61" w:rsidRPr="004F6B61" w:rsidRDefault="004F6B61" w:rsidP="004F6B61">
      <w:pPr>
        <w:rPr>
          <w:lang w:val="es-CO"/>
        </w:rPr>
      </w:pPr>
      <w:r w:rsidRPr="004F6B61">
        <w:rPr>
          <w:b/>
          <w:bCs/>
          <w:lang w:val="es-AR"/>
        </w:rPr>
        <w:t>Régimen alimenticio:</w:t>
      </w:r>
      <w:r w:rsidRPr="004F6B61">
        <w:rPr>
          <w:lang w:val="es-AR"/>
        </w:rPr>
        <w:t> Desayuno y almuerzo</w:t>
      </w:r>
      <w:r w:rsidRPr="004F6B61">
        <w:rPr>
          <w:lang w:val="es-CO"/>
        </w:rPr>
        <w:t> </w:t>
      </w:r>
    </w:p>
    <w:p w14:paraId="2406B5A9" w14:textId="2E36E568" w:rsidR="00E7469C" w:rsidRPr="00E7469C" w:rsidRDefault="004F6B61" w:rsidP="003D13F2">
      <w:pPr>
        <w:rPr>
          <w:lang w:val="es-CO"/>
        </w:rPr>
      </w:pPr>
      <w:r w:rsidRPr="004F6B61">
        <w:rPr>
          <w:b/>
          <w:bCs/>
          <w:lang w:val="es-ES"/>
        </w:rPr>
        <w:t xml:space="preserve">Notas: </w:t>
      </w:r>
      <w:r w:rsidRPr="004F6B61">
        <w:rPr>
          <w:lang w:val="es-ES"/>
        </w:rPr>
        <w:t>Recomendamos que el vuelo de salida sea después de las 5:00 pm</w:t>
      </w:r>
      <w:r w:rsidRPr="004F6B61">
        <w:rPr>
          <w:lang w:val="es-CO"/>
        </w:rPr>
        <w:t> </w:t>
      </w:r>
    </w:p>
    <w:p w14:paraId="01EF08A2" w14:textId="77777777" w:rsidR="00885DA6" w:rsidRDefault="00EE74CA" w:rsidP="00AD2A53">
      <w:pPr>
        <w:pStyle w:val="Ttulo2"/>
      </w:pPr>
      <w:r w:rsidRPr="00CE5354">
        <w:lastRenderedPageBreak/>
        <w:t>TARIFAS</w:t>
      </w:r>
    </w:p>
    <w:tbl>
      <w:tblPr>
        <w:tblStyle w:val="Tablaconcuadrcula"/>
        <w:tblW w:w="5000" w:type="pct"/>
        <w:tblLook w:val="04A0" w:firstRow="1" w:lastRow="0" w:firstColumn="1" w:lastColumn="0" w:noHBand="0" w:noVBand="1"/>
      </w:tblPr>
      <w:tblGrid>
        <w:gridCol w:w="3507"/>
        <w:gridCol w:w="1451"/>
        <w:gridCol w:w="1366"/>
        <w:gridCol w:w="1154"/>
        <w:gridCol w:w="1152"/>
      </w:tblGrid>
      <w:tr w:rsidR="00E7469C" w:rsidRPr="00E7469C" w14:paraId="2184471E" w14:textId="77777777" w:rsidTr="00F112F6">
        <w:trPr>
          <w:trHeight w:val="636"/>
        </w:trPr>
        <w:tc>
          <w:tcPr>
            <w:tcW w:w="2062" w:type="pct"/>
            <w:vMerge w:val="restart"/>
            <w:shd w:val="clear" w:color="auto" w:fill="59C119"/>
            <w:vAlign w:val="center"/>
            <w:hideMark/>
          </w:tcPr>
          <w:p w14:paraId="12F71041" w14:textId="2A046C81" w:rsidR="00E7469C" w:rsidRPr="00E7469C" w:rsidRDefault="00E7469C" w:rsidP="00E7469C">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b/>
                <w:bCs/>
                <w:color w:val="FFFFFF" w:themeColor="background1"/>
                <w:lang w:val="es-ES" w:eastAsia="es-CO"/>
              </w:rPr>
            </w:pPr>
            <w:r w:rsidRPr="00E7469C">
              <w:rPr>
                <w:rFonts w:eastAsia="Times New Roman"/>
                <w:b/>
                <w:bCs/>
                <w:color w:val="FFFFFF" w:themeColor="background1"/>
                <w:lang w:val="es-ES" w:eastAsia="es-CO"/>
              </w:rPr>
              <w:t>TEMPORADA</w:t>
            </w:r>
          </w:p>
          <w:p w14:paraId="5F8F5951" w14:textId="2B9F3D27" w:rsidR="00E7469C" w:rsidRPr="00E7469C" w:rsidRDefault="00E7469C" w:rsidP="00E7469C">
            <w:pPr>
              <w:jc w:val="center"/>
              <w:rPr>
                <w:rFonts w:eastAsia="Times New Roman"/>
                <w:b/>
                <w:bCs/>
                <w:color w:val="FFFFFF" w:themeColor="background1"/>
                <w:lang w:val="es-CO" w:eastAsia="es-CO"/>
              </w:rPr>
            </w:pPr>
          </w:p>
        </w:tc>
        <w:tc>
          <w:tcPr>
            <w:tcW w:w="721" w:type="pct"/>
            <w:shd w:val="clear" w:color="auto" w:fill="59C119"/>
            <w:vAlign w:val="center"/>
            <w:hideMark/>
          </w:tcPr>
          <w:p w14:paraId="196267C6" w14:textId="19A215F9" w:rsidR="00E7469C" w:rsidRPr="00E7469C" w:rsidRDefault="00E7469C" w:rsidP="00E7469C">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b/>
                <w:bCs/>
                <w:color w:val="FFFFFF" w:themeColor="background1"/>
                <w:lang w:val="es-CO" w:eastAsia="es-CO"/>
              </w:rPr>
            </w:pPr>
            <w:r w:rsidRPr="00E7469C">
              <w:rPr>
                <w:rFonts w:eastAsia="Times New Roman"/>
                <w:b/>
                <w:bCs/>
                <w:color w:val="FFFFFF" w:themeColor="background1"/>
                <w:lang w:val="es-ES" w:eastAsia="es-CO"/>
              </w:rPr>
              <w:t>STANDARD</w:t>
            </w:r>
          </w:p>
        </w:tc>
        <w:tc>
          <w:tcPr>
            <w:tcW w:w="800" w:type="pct"/>
            <w:shd w:val="clear" w:color="auto" w:fill="59C119"/>
            <w:vAlign w:val="center"/>
            <w:hideMark/>
          </w:tcPr>
          <w:p w14:paraId="6F33C742" w14:textId="60BBD206" w:rsidR="00E7469C" w:rsidRPr="00E7469C" w:rsidRDefault="00E7469C" w:rsidP="00E7469C">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b/>
                <w:bCs/>
                <w:color w:val="FFFFFF" w:themeColor="background1"/>
                <w:lang w:val="es-CO" w:eastAsia="es-CO"/>
              </w:rPr>
            </w:pPr>
            <w:r w:rsidRPr="00E7469C">
              <w:rPr>
                <w:rFonts w:eastAsia="Times New Roman"/>
                <w:b/>
                <w:bCs/>
                <w:color w:val="FFFFFF" w:themeColor="background1"/>
                <w:lang w:val="es-ES" w:eastAsia="es-CO"/>
              </w:rPr>
              <w:t>SUPERIOR</w:t>
            </w:r>
          </w:p>
        </w:tc>
        <w:tc>
          <w:tcPr>
            <w:tcW w:w="720" w:type="pct"/>
            <w:shd w:val="clear" w:color="auto" w:fill="59C119"/>
            <w:vAlign w:val="center"/>
            <w:hideMark/>
          </w:tcPr>
          <w:p w14:paraId="30700EE3" w14:textId="490D8573" w:rsidR="00E7469C" w:rsidRPr="00E7469C" w:rsidRDefault="00E7469C" w:rsidP="00E7469C">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b/>
                <w:bCs/>
                <w:color w:val="FFFFFF" w:themeColor="background1"/>
                <w:lang w:val="es-CO" w:eastAsia="es-CO"/>
              </w:rPr>
            </w:pPr>
            <w:r w:rsidRPr="00E7469C">
              <w:rPr>
                <w:rFonts w:eastAsia="Times New Roman"/>
                <w:b/>
                <w:bCs/>
                <w:color w:val="FFFFFF" w:themeColor="background1"/>
                <w:lang w:val="es-ES" w:eastAsia="es-CO"/>
              </w:rPr>
              <w:t>DELUXE</w:t>
            </w:r>
          </w:p>
        </w:tc>
        <w:tc>
          <w:tcPr>
            <w:tcW w:w="697" w:type="pct"/>
            <w:shd w:val="clear" w:color="auto" w:fill="59C119"/>
            <w:vAlign w:val="center"/>
            <w:hideMark/>
          </w:tcPr>
          <w:p w14:paraId="55F7E11F" w14:textId="7C88DDE1" w:rsidR="00E7469C" w:rsidRPr="00E7469C" w:rsidRDefault="00E7469C" w:rsidP="00E7469C">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b/>
                <w:bCs/>
                <w:color w:val="FFFFFF" w:themeColor="background1"/>
                <w:lang w:val="es-CO" w:eastAsia="es-CO"/>
              </w:rPr>
            </w:pPr>
            <w:r w:rsidRPr="00E7469C">
              <w:rPr>
                <w:rFonts w:eastAsia="Times New Roman"/>
                <w:b/>
                <w:bCs/>
                <w:color w:val="FFFFFF" w:themeColor="background1"/>
                <w:lang w:val="es-ES" w:eastAsia="es-CO"/>
              </w:rPr>
              <w:t>GOLD DELUXE</w:t>
            </w:r>
          </w:p>
        </w:tc>
      </w:tr>
      <w:tr w:rsidR="00E7469C" w:rsidRPr="00E7469C" w14:paraId="6F47A740" w14:textId="77777777" w:rsidTr="00F112F6">
        <w:trPr>
          <w:trHeight w:val="318"/>
        </w:trPr>
        <w:tc>
          <w:tcPr>
            <w:tcW w:w="2062" w:type="pct"/>
            <w:vMerge/>
            <w:shd w:val="clear" w:color="auto" w:fill="59C119"/>
            <w:vAlign w:val="center"/>
            <w:hideMark/>
          </w:tcPr>
          <w:p w14:paraId="6AA9101B" w14:textId="77777777" w:rsidR="00E7469C" w:rsidRPr="00E7469C" w:rsidRDefault="00E7469C" w:rsidP="00E7469C">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b/>
                <w:bCs/>
                <w:color w:val="FFFFFF" w:themeColor="background1"/>
                <w:lang w:val="es-CO" w:eastAsia="es-CO"/>
              </w:rPr>
            </w:pPr>
          </w:p>
        </w:tc>
        <w:tc>
          <w:tcPr>
            <w:tcW w:w="2938" w:type="pct"/>
            <w:gridSpan w:val="4"/>
            <w:shd w:val="clear" w:color="auto" w:fill="59C119"/>
            <w:vAlign w:val="center"/>
            <w:hideMark/>
          </w:tcPr>
          <w:p w14:paraId="0751FC45" w14:textId="1FACF267" w:rsidR="00E7469C" w:rsidRPr="00E7469C" w:rsidRDefault="00E7469C" w:rsidP="00E7469C">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b/>
                <w:bCs/>
                <w:color w:val="FFFFFF" w:themeColor="background1"/>
                <w:lang w:val="es-CO" w:eastAsia="es-CO"/>
              </w:rPr>
            </w:pPr>
            <w:r w:rsidRPr="00E7469C">
              <w:rPr>
                <w:rFonts w:eastAsia="Times New Roman"/>
                <w:b/>
                <w:bCs/>
                <w:color w:val="FFFFFF" w:themeColor="background1"/>
                <w:lang w:val="es-CO" w:eastAsia="es-CO"/>
              </w:rPr>
              <w:t>DOBLE</w:t>
            </w:r>
          </w:p>
        </w:tc>
      </w:tr>
      <w:tr w:rsidR="002B61F1" w:rsidRPr="00E7469C" w14:paraId="643655A2" w14:textId="77777777" w:rsidTr="00F112F6">
        <w:trPr>
          <w:trHeight w:val="565"/>
        </w:trPr>
        <w:tc>
          <w:tcPr>
            <w:tcW w:w="2062" w:type="pct"/>
            <w:vAlign w:val="center"/>
          </w:tcPr>
          <w:p w14:paraId="5CA21DCD" w14:textId="6A74BE8C" w:rsidR="002B61F1" w:rsidRPr="00E7469C" w:rsidRDefault="002B61F1" w:rsidP="002B61F1">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lang w:val="es-CO" w:eastAsia="es-CO"/>
              </w:rPr>
            </w:pPr>
            <w:r w:rsidRPr="002B61F1">
              <w:rPr>
                <w:color w:val="000000"/>
                <w:lang w:val="es-ES"/>
              </w:rPr>
              <w:t>Abr</w:t>
            </w:r>
            <w:r>
              <w:rPr>
                <w:color w:val="000000"/>
                <w:lang w:val="es-ES"/>
              </w:rPr>
              <w:t xml:space="preserve"> </w:t>
            </w:r>
            <w:r w:rsidRPr="002B61F1">
              <w:rPr>
                <w:color w:val="000000"/>
                <w:lang w:val="es-ES"/>
              </w:rPr>
              <w:t>26 – Oct</w:t>
            </w:r>
            <w:r>
              <w:rPr>
                <w:color w:val="000000"/>
                <w:lang w:val="es-ES"/>
              </w:rPr>
              <w:t xml:space="preserve"> </w:t>
            </w:r>
            <w:r w:rsidRPr="002B61F1">
              <w:rPr>
                <w:color w:val="000000"/>
                <w:lang w:val="es-ES"/>
              </w:rPr>
              <w:t>26</w:t>
            </w:r>
          </w:p>
        </w:tc>
        <w:tc>
          <w:tcPr>
            <w:tcW w:w="721" w:type="pct"/>
            <w:vAlign w:val="center"/>
          </w:tcPr>
          <w:p w14:paraId="525E2FEB" w14:textId="36050A93" w:rsidR="002B61F1" w:rsidRPr="00E7469C" w:rsidRDefault="002B61F1" w:rsidP="00F112F6">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lang w:val="es-CO" w:eastAsia="es-CO"/>
              </w:rPr>
            </w:pPr>
            <w:r w:rsidRPr="002B61F1">
              <w:rPr>
                <w:color w:val="000000"/>
                <w:lang w:val="es-ES_tradnl"/>
              </w:rPr>
              <w:t>$     1.454</w:t>
            </w:r>
          </w:p>
        </w:tc>
        <w:tc>
          <w:tcPr>
            <w:tcW w:w="800" w:type="pct"/>
            <w:vAlign w:val="center"/>
          </w:tcPr>
          <w:p w14:paraId="02611A2C" w14:textId="533714C9" w:rsidR="002B61F1" w:rsidRPr="00E7469C" w:rsidRDefault="002B61F1" w:rsidP="00F112F6">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lang w:val="es-CO" w:eastAsia="es-CO"/>
              </w:rPr>
            </w:pPr>
            <w:r w:rsidRPr="002B61F1">
              <w:rPr>
                <w:color w:val="000000"/>
                <w:lang w:val="es-ES_tradnl"/>
              </w:rPr>
              <w:t>$    1.595</w:t>
            </w:r>
          </w:p>
        </w:tc>
        <w:tc>
          <w:tcPr>
            <w:tcW w:w="720" w:type="pct"/>
            <w:vAlign w:val="center"/>
          </w:tcPr>
          <w:p w14:paraId="6235CE9E" w14:textId="60995C8B" w:rsidR="002B61F1" w:rsidRPr="00E7469C" w:rsidRDefault="002B61F1" w:rsidP="00F112F6">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lang w:val="es-CO" w:eastAsia="es-CO"/>
              </w:rPr>
            </w:pPr>
            <w:r w:rsidRPr="002B61F1">
              <w:rPr>
                <w:color w:val="000000"/>
                <w:lang w:val="es-ES_tradnl"/>
              </w:rPr>
              <w:t>$     2.263</w:t>
            </w:r>
          </w:p>
        </w:tc>
        <w:tc>
          <w:tcPr>
            <w:tcW w:w="697" w:type="pct"/>
            <w:vAlign w:val="center"/>
          </w:tcPr>
          <w:p w14:paraId="45446BED" w14:textId="0BE9EF0A" w:rsidR="002B61F1" w:rsidRPr="00E7469C" w:rsidRDefault="002B61F1" w:rsidP="00F112F6">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lang w:val="es-CO" w:eastAsia="es-CO"/>
              </w:rPr>
            </w:pPr>
            <w:r w:rsidRPr="002B61F1">
              <w:rPr>
                <w:color w:val="000000"/>
                <w:lang w:val="es-ES_tradnl"/>
              </w:rPr>
              <w:t>$   2.643</w:t>
            </w:r>
          </w:p>
        </w:tc>
      </w:tr>
      <w:tr w:rsidR="002B61F1" w:rsidRPr="00E7469C" w14:paraId="79332040" w14:textId="77777777" w:rsidTr="00F112F6">
        <w:trPr>
          <w:trHeight w:val="559"/>
        </w:trPr>
        <w:tc>
          <w:tcPr>
            <w:tcW w:w="2062" w:type="pct"/>
            <w:vAlign w:val="center"/>
          </w:tcPr>
          <w:p w14:paraId="2F0F08FB" w14:textId="14901788" w:rsidR="002B61F1" w:rsidRPr="00E7469C" w:rsidRDefault="002B61F1" w:rsidP="002B61F1">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lang w:val="es-ES" w:eastAsia="es-CO"/>
              </w:rPr>
            </w:pPr>
            <w:r w:rsidRPr="00E7469C">
              <w:rPr>
                <w:rFonts w:eastAsia="Times New Roman"/>
                <w:lang w:val="es-ES" w:eastAsia="es-CO"/>
              </w:rPr>
              <w:t xml:space="preserve">29 </w:t>
            </w:r>
            <w:proofErr w:type="gramStart"/>
            <w:r w:rsidRPr="00E7469C">
              <w:rPr>
                <w:rFonts w:eastAsia="Times New Roman"/>
                <w:lang w:val="es-ES" w:eastAsia="es-CO"/>
              </w:rPr>
              <w:t>Oct</w:t>
            </w:r>
            <w:proofErr w:type="gramEnd"/>
            <w:r>
              <w:rPr>
                <w:rFonts w:eastAsia="Times New Roman"/>
                <w:lang w:val="es-ES" w:eastAsia="es-CO"/>
              </w:rPr>
              <w:t xml:space="preserve"> </w:t>
            </w:r>
            <w:r w:rsidRPr="00E7469C">
              <w:rPr>
                <w:rFonts w:eastAsia="Times New Roman"/>
                <w:lang w:val="es-ES" w:eastAsia="es-CO"/>
              </w:rPr>
              <w:t>26 – 25 Mar</w:t>
            </w:r>
            <w:r>
              <w:rPr>
                <w:rFonts w:eastAsia="Times New Roman"/>
                <w:lang w:val="es-ES" w:eastAsia="es-CO"/>
              </w:rPr>
              <w:t xml:space="preserve"> </w:t>
            </w:r>
            <w:r w:rsidRPr="00E7469C">
              <w:rPr>
                <w:rFonts w:eastAsia="Times New Roman"/>
                <w:lang w:val="es-ES" w:eastAsia="es-CO"/>
              </w:rPr>
              <w:t>27</w:t>
            </w:r>
          </w:p>
        </w:tc>
        <w:tc>
          <w:tcPr>
            <w:tcW w:w="721" w:type="pct"/>
            <w:vAlign w:val="center"/>
          </w:tcPr>
          <w:p w14:paraId="6ED85E92" w14:textId="5283FE80" w:rsidR="002B61F1" w:rsidRPr="00E7469C" w:rsidRDefault="002B61F1" w:rsidP="00F112F6">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lang w:val="es-ES" w:eastAsia="es-CO"/>
              </w:rPr>
            </w:pPr>
            <w:r w:rsidRPr="00E7469C">
              <w:rPr>
                <w:rFonts w:eastAsia="Times New Roman"/>
                <w:lang w:val="es-ES" w:eastAsia="es-CO"/>
              </w:rPr>
              <w:t xml:space="preserve">$  </w:t>
            </w:r>
            <w:r w:rsidR="00F112F6">
              <w:rPr>
                <w:rFonts w:eastAsia="Times New Roman"/>
                <w:lang w:val="es-ES" w:eastAsia="es-CO"/>
              </w:rPr>
              <w:t xml:space="preserve">   </w:t>
            </w:r>
            <w:r w:rsidRPr="00E7469C">
              <w:rPr>
                <w:rFonts w:eastAsia="Times New Roman"/>
                <w:lang w:val="es-ES" w:eastAsia="es-CO"/>
              </w:rPr>
              <w:t>1.427</w:t>
            </w:r>
          </w:p>
        </w:tc>
        <w:tc>
          <w:tcPr>
            <w:tcW w:w="800" w:type="pct"/>
            <w:vAlign w:val="center"/>
          </w:tcPr>
          <w:p w14:paraId="7DB0FBA0" w14:textId="5786C789" w:rsidR="002B61F1" w:rsidRPr="00E7469C" w:rsidRDefault="002B61F1" w:rsidP="00F112F6">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lang w:val="es-ES" w:eastAsia="es-CO"/>
              </w:rPr>
            </w:pPr>
            <w:r w:rsidRPr="00E7469C">
              <w:rPr>
                <w:rFonts w:eastAsia="Times New Roman"/>
                <w:lang w:val="es-ES" w:eastAsia="es-CO"/>
              </w:rPr>
              <w:t xml:space="preserve">$  </w:t>
            </w:r>
            <w:r w:rsidR="00F112F6">
              <w:rPr>
                <w:rFonts w:eastAsia="Times New Roman"/>
                <w:lang w:val="es-ES" w:eastAsia="es-CO"/>
              </w:rPr>
              <w:t xml:space="preserve"> </w:t>
            </w:r>
            <w:r w:rsidRPr="00E7469C">
              <w:rPr>
                <w:rFonts w:eastAsia="Times New Roman"/>
                <w:lang w:val="es-ES" w:eastAsia="es-CO"/>
              </w:rPr>
              <w:t>1.65</w:t>
            </w:r>
            <w:r>
              <w:rPr>
                <w:rFonts w:eastAsia="Times New Roman"/>
                <w:lang w:val="es-ES" w:eastAsia="es-CO"/>
              </w:rPr>
              <w:t>4</w:t>
            </w:r>
          </w:p>
        </w:tc>
        <w:tc>
          <w:tcPr>
            <w:tcW w:w="720" w:type="pct"/>
            <w:vAlign w:val="center"/>
          </w:tcPr>
          <w:p w14:paraId="09B21B3F" w14:textId="34B1BCEC" w:rsidR="002B61F1" w:rsidRPr="00E7469C" w:rsidRDefault="002B61F1" w:rsidP="00F112F6">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lang w:val="es-ES" w:eastAsia="es-CO"/>
              </w:rPr>
            </w:pPr>
            <w:r w:rsidRPr="00E7469C">
              <w:rPr>
                <w:rFonts w:eastAsia="Times New Roman"/>
                <w:lang w:val="es-ES" w:eastAsia="es-CO"/>
              </w:rPr>
              <w:t xml:space="preserve">$ </w:t>
            </w:r>
            <w:r w:rsidR="00F112F6">
              <w:rPr>
                <w:rFonts w:eastAsia="Times New Roman"/>
                <w:lang w:val="es-ES" w:eastAsia="es-CO"/>
              </w:rPr>
              <w:t xml:space="preserve">   </w:t>
            </w:r>
            <w:r w:rsidRPr="00E7469C">
              <w:rPr>
                <w:rFonts w:eastAsia="Times New Roman"/>
                <w:lang w:val="es-ES" w:eastAsia="es-CO"/>
              </w:rPr>
              <w:t>2.400</w:t>
            </w:r>
          </w:p>
        </w:tc>
        <w:tc>
          <w:tcPr>
            <w:tcW w:w="697" w:type="pct"/>
            <w:vAlign w:val="center"/>
          </w:tcPr>
          <w:p w14:paraId="10CBE594" w14:textId="28841984" w:rsidR="002B61F1" w:rsidRPr="00E7469C" w:rsidRDefault="002B61F1" w:rsidP="00F112F6">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lang w:val="es-ES" w:eastAsia="es-CO"/>
              </w:rPr>
            </w:pPr>
            <w:r w:rsidRPr="00E7469C">
              <w:rPr>
                <w:rFonts w:eastAsia="Times New Roman"/>
                <w:lang w:val="es-ES" w:eastAsia="es-CO"/>
              </w:rPr>
              <w:t xml:space="preserve">$ </w:t>
            </w:r>
            <w:r w:rsidR="00F112F6">
              <w:rPr>
                <w:rFonts w:eastAsia="Times New Roman"/>
                <w:lang w:val="es-ES" w:eastAsia="es-CO"/>
              </w:rPr>
              <w:t xml:space="preserve"> </w:t>
            </w:r>
            <w:r w:rsidRPr="00E7469C">
              <w:rPr>
                <w:rFonts w:eastAsia="Times New Roman"/>
                <w:lang w:val="es-ES" w:eastAsia="es-CO"/>
              </w:rPr>
              <w:t xml:space="preserve"> 2.727</w:t>
            </w:r>
          </w:p>
        </w:tc>
      </w:tr>
      <w:tr w:rsidR="00C66D5E" w:rsidRPr="00E7469C" w14:paraId="0EDE999E" w14:textId="77777777" w:rsidTr="00F112F6">
        <w:trPr>
          <w:trHeight w:val="553"/>
        </w:trPr>
        <w:tc>
          <w:tcPr>
            <w:tcW w:w="2062" w:type="pct"/>
            <w:vAlign w:val="center"/>
          </w:tcPr>
          <w:p w14:paraId="4CD687AF" w14:textId="17E63CFD" w:rsidR="00C66D5E" w:rsidRPr="00C66D5E" w:rsidRDefault="00C66D5E" w:rsidP="00C66D5E">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lang w:val="es-ES" w:eastAsia="es-CO"/>
              </w:rPr>
            </w:pPr>
            <w:r w:rsidRPr="00C66D5E">
              <w:rPr>
                <w:lang w:val="es-ES"/>
              </w:rPr>
              <w:t>24, 31 Dic</w:t>
            </w:r>
            <w:r>
              <w:rPr>
                <w:lang w:val="es-ES"/>
              </w:rPr>
              <w:t xml:space="preserve"> </w:t>
            </w:r>
            <w:r w:rsidRPr="00C66D5E">
              <w:rPr>
                <w:lang w:val="es-ES"/>
              </w:rPr>
              <w:t>26 / 07 Ene</w:t>
            </w:r>
            <w:r>
              <w:rPr>
                <w:lang w:val="es-ES"/>
              </w:rPr>
              <w:t xml:space="preserve"> </w:t>
            </w:r>
            <w:r w:rsidRPr="00C66D5E">
              <w:rPr>
                <w:lang w:val="es-ES"/>
              </w:rPr>
              <w:t>27 </w:t>
            </w:r>
          </w:p>
        </w:tc>
        <w:tc>
          <w:tcPr>
            <w:tcW w:w="721" w:type="pct"/>
            <w:vAlign w:val="center"/>
          </w:tcPr>
          <w:p w14:paraId="5D203437" w14:textId="1593F3AE" w:rsidR="00C66D5E" w:rsidRPr="00C66D5E" w:rsidRDefault="00C66D5E" w:rsidP="00F112F6">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lang w:val="es-ES" w:eastAsia="es-CO"/>
              </w:rPr>
            </w:pPr>
            <w:r w:rsidRPr="00C66D5E">
              <w:rPr>
                <w:lang w:val="es-ES"/>
              </w:rPr>
              <w:t>$    1.560</w:t>
            </w:r>
          </w:p>
        </w:tc>
        <w:tc>
          <w:tcPr>
            <w:tcW w:w="800" w:type="pct"/>
            <w:vAlign w:val="center"/>
          </w:tcPr>
          <w:p w14:paraId="3780148C" w14:textId="727FF1D7" w:rsidR="00C66D5E" w:rsidRPr="00C66D5E" w:rsidRDefault="00C66D5E" w:rsidP="00F112F6">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lang w:val="es-ES" w:eastAsia="es-CO"/>
              </w:rPr>
            </w:pPr>
            <w:r w:rsidRPr="00C66D5E">
              <w:rPr>
                <w:lang w:val="es-ES"/>
              </w:rPr>
              <w:t xml:space="preserve">$ </w:t>
            </w:r>
            <w:r w:rsidR="00F112F6">
              <w:rPr>
                <w:lang w:val="es-ES"/>
              </w:rPr>
              <w:t xml:space="preserve">  </w:t>
            </w:r>
            <w:r w:rsidRPr="00C66D5E">
              <w:rPr>
                <w:lang w:val="es-ES"/>
              </w:rPr>
              <w:t>1.807</w:t>
            </w:r>
          </w:p>
        </w:tc>
        <w:tc>
          <w:tcPr>
            <w:tcW w:w="720" w:type="pct"/>
            <w:vAlign w:val="center"/>
          </w:tcPr>
          <w:p w14:paraId="47A10E49" w14:textId="421719FA" w:rsidR="00C66D5E" w:rsidRPr="00C66D5E" w:rsidRDefault="00C66D5E" w:rsidP="00F112F6">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lang w:val="es-ES" w:eastAsia="es-CO"/>
              </w:rPr>
            </w:pPr>
            <w:r w:rsidRPr="00C66D5E">
              <w:rPr>
                <w:lang w:val="es-ES"/>
              </w:rPr>
              <w:t xml:space="preserve">$ </w:t>
            </w:r>
            <w:r w:rsidR="00F112F6">
              <w:rPr>
                <w:lang w:val="es-ES"/>
              </w:rPr>
              <w:t xml:space="preserve">   </w:t>
            </w:r>
            <w:r w:rsidRPr="00C66D5E">
              <w:rPr>
                <w:lang w:val="es-ES"/>
              </w:rPr>
              <w:t>2.647</w:t>
            </w:r>
          </w:p>
        </w:tc>
        <w:tc>
          <w:tcPr>
            <w:tcW w:w="697" w:type="pct"/>
            <w:vAlign w:val="center"/>
          </w:tcPr>
          <w:p w14:paraId="08ADCEAE" w14:textId="4657CE6B" w:rsidR="00C66D5E" w:rsidRPr="00C66D5E" w:rsidRDefault="00C66D5E" w:rsidP="00F112F6">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lang w:val="es-ES" w:eastAsia="es-CO"/>
              </w:rPr>
            </w:pPr>
            <w:r w:rsidRPr="00C66D5E">
              <w:rPr>
                <w:lang w:val="es-ES"/>
              </w:rPr>
              <w:t>$</w:t>
            </w:r>
            <w:r w:rsidR="00F112F6">
              <w:rPr>
                <w:lang w:val="es-ES"/>
              </w:rPr>
              <w:t xml:space="preserve">  </w:t>
            </w:r>
            <w:r w:rsidRPr="00C66D5E">
              <w:rPr>
                <w:lang w:val="es-ES"/>
              </w:rPr>
              <w:t xml:space="preserve"> 3.060</w:t>
            </w:r>
          </w:p>
        </w:tc>
      </w:tr>
      <w:tr w:rsidR="002B61F1" w:rsidRPr="00E7469C" w14:paraId="47EB3493" w14:textId="77777777" w:rsidTr="00F112F6">
        <w:trPr>
          <w:trHeight w:val="419"/>
        </w:trPr>
        <w:tc>
          <w:tcPr>
            <w:tcW w:w="2062" w:type="pct"/>
            <w:vAlign w:val="center"/>
            <w:hideMark/>
          </w:tcPr>
          <w:p w14:paraId="138019F8" w14:textId="6A049F26" w:rsidR="002B61F1" w:rsidRPr="00E7469C" w:rsidRDefault="002B61F1" w:rsidP="002B61F1">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lang w:val="es-CO" w:eastAsia="es-CO"/>
              </w:rPr>
            </w:pPr>
            <w:r w:rsidRPr="00E7469C">
              <w:rPr>
                <w:rFonts w:eastAsia="Times New Roman"/>
                <w:lang w:val="es-ES" w:eastAsia="es-CO"/>
              </w:rPr>
              <w:t xml:space="preserve">19 </w:t>
            </w:r>
            <w:proofErr w:type="gramStart"/>
            <w:r w:rsidRPr="00E7469C">
              <w:rPr>
                <w:rFonts w:eastAsia="Times New Roman"/>
                <w:lang w:val="es-ES" w:eastAsia="es-CO"/>
              </w:rPr>
              <w:t>Nov</w:t>
            </w:r>
            <w:proofErr w:type="gramEnd"/>
            <w:r>
              <w:rPr>
                <w:rFonts w:eastAsia="Times New Roman"/>
                <w:lang w:val="es-ES" w:eastAsia="es-CO"/>
              </w:rPr>
              <w:t xml:space="preserve"> </w:t>
            </w:r>
            <w:r w:rsidRPr="00E7469C">
              <w:rPr>
                <w:rFonts w:eastAsia="Times New Roman"/>
                <w:lang w:val="es-ES" w:eastAsia="es-CO"/>
              </w:rPr>
              <w:t>26 / 28 Ene</w:t>
            </w:r>
            <w:r>
              <w:rPr>
                <w:rFonts w:eastAsia="Times New Roman"/>
                <w:lang w:val="es-ES" w:eastAsia="es-CO"/>
              </w:rPr>
              <w:t xml:space="preserve"> </w:t>
            </w:r>
            <w:r w:rsidRPr="00E7469C">
              <w:rPr>
                <w:rFonts w:eastAsia="Times New Roman"/>
                <w:lang w:val="es-ES" w:eastAsia="es-CO"/>
              </w:rPr>
              <w:t>27 / 04 Feb</w:t>
            </w:r>
            <w:r>
              <w:rPr>
                <w:rFonts w:eastAsia="Times New Roman"/>
                <w:lang w:val="es-ES" w:eastAsia="es-CO"/>
              </w:rPr>
              <w:t xml:space="preserve"> </w:t>
            </w:r>
            <w:r w:rsidRPr="00E7469C">
              <w:rPr>
                <w:rFonts w:eastAsia="Times New Roman"/>
                <w:lang w:val="es-ES" w:eastAsia="es-CO"/>
              </w:rPr>
              <w:t>27</w:t>
            </w:r>
          </w:p>
        </w:tc>
        <w:tc>
          <w:tcPr>
            <w:tcW w:w="721" w:type="pct"/>
            <w:vAlign w:val="center"/>
            <w:hideMark/>
          </w:tcPr>
          <w:p w14:paraId="34710B12" w14:textId="0A41C778" w:rsidR="002B61F1" w:rsidRPr="00E7469C" w:rsidRDefault="002B61F1" w:rsidP="00F112F6">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lang w:val="es-CO" w:eastAsia="es-CO"/>
              </w:rPr>
            </w:pPr>
            <w:r w:rsidRPr="00E7469C">
              <w:rPr>
                <w:rFonts w:eastAsia="Times New Roman"/>
                <w:lang w:val="es-ES" w:eastAsia="es-CO"/>
              </w:rPr>
              <w:t xml:space="preserve">$  </w:t>
            </w:r>
            <w:r w:rsidR="00F112F6">
              <w:rPr>
                <w:rFonts w:eastAsia="Times New Roman"/>
                <w:lang w:val="es-ES" w:eastAsia="es-CO"/>
              </w:rPr>
              <w:t xml:space="preserve"> </w:t>
            </w:r>
            <w:r w:rsidRPr="00E7469C">
              <w:rPr>
                <w:rFonts w:eastAsia="Times New Roman"/>
                <w:lang w:val="es-ES" w:eastAsia="es-CO"/>
              </w:rPr>
              <w:t>1.560</w:t>
            </w:r>
          </w:p>
        </w:tc>
        <w:tc>
          <w:tcPr>
            <w:tcW w:w="800" w:type="pct"/>
            <w:vAlign w:val="center"/>
            <w:hideMark/>
          </w:tcPr>
          <w:p w14:paraId="6FC2926B" w14:textId="44FBC859" w:rsidR="002B61F1" w:rsidRPr="00E7469C" w:rsidRDefault="002B61F1" w:rsidP="00F112F6">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lang w:val="es-CO" w:eastAsia="es-CO"/>
              </w:rPr>
            </w:pPr>
            <w:r w:rsidRPr="00E7469C">
              <w:rPr>
                <w:rFonts w:eastAsia="Times New Roman"/>
                <w:lang w:val="es-ES" w:eastAsia="es-CO"/>
              </w:rPr>
              <w:t xml:space="preserve">$ </w:t>
            </w:r>
            <w:r w:rsidR="00F112F6">
              <w:rPr>
                <w:rFonts w:eastAsia="Times New Roman"/>
                <w:lang w:val="es-ES" w:eastAsia="es-CO"/>
              </w:rPr>
              <w:t xml:space="preserve">  </w:t>
            </w:r>
            <w:r w:rsidRPr="00E7469C">
              <w:rPr>
                <w:rFonts w:eastAsia="Times New Roman"/>
                <w:lang w:val="es-ES" w:eastAsia="es-CO"/>
              </w:rPr>
              <w:t>1.807</w:t>
            </w:r>
          </w:p>
        </w:tc>
        <w:tc>
          <w:tcPr>
            <w:tcW w:w="720" w:type="pct"/>
            <w:vAlign w:val="center"/>
            <w:hideMark/>
          </w:tcPr>
          <w:p w14:paraId="16780DC2" w14:textId="2E358C49" w:rsidR="002B61F1" w:rsidRPr="00E7469C" w:rsidRDefault="002B61F1" w:rsidP="00F112F6">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lang w:val="es-CO" w:eastAsia="es-CO"/>
              </w:rPr>
            </w:pPr>
            <w:r w:rsidRPr="00E7469C">
              <w:rPr>
                <w:rFonts w:eastAsia="Times New Roman"/>
                <w:lang w:val="es-ES" w:eastAsia="es-CO"/>
              </w:rPr>
              <w:t>$</w:t>
            </w:r>
            <w:r w:rsidR="00F112F6">
              <w:rPr>
                <w:rFonts w:eastAsia="Times New Roman"/>
                <w:lang w:val="es-ES" w:eastAsia="es-CO"/>
              </w:rPr>
              <w:t xml:space="preserve">   </w:t>
            </w:r>
            <w:r w:rsidRPr="00E7469C">
              <w:rPr>
                <w:rFonts w:eastAsia="Times New Roman"/>
                <w:lang w:val="es-ES" w:eastAsia="es-CO"/>
              </w:rPr>
              <w:t xml:space="preserve"> 2.647</w:t>
            </w:r>
          </w:p>
        </w:tc>
        <w:tc>
          <w:tcPr>
            <w:tcW w:w="697" w:type="pct"/>
            <w:vAlign w:val="center"/>
            <w:hideMark/>
          </w:tcPr>
          <w:p w14:paraId="16B47AC2" w14:textId="6CD1C3F7" w:rsidR="002B61F1" w:rsidRPr="00E7469C" w:rsidRDefault="002B61F1" w:rsidP="00F112F6">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lang w:val="es-CO" w:eastAsia="es-CO"/>
              </w:rPr>
            </w:pPr>
            <w:r w:rsidRPr="00E7469C">
              <w:rPr>
                <w:rFonts w:eastAsia="Times New Roman"/>
                <w:lang w:val="es-ES" w:eastAsia="es-CO"/>
              </w:rPr>
              <w:t>$</w:t>
            </w:r>
            <w:r w:rsidR="00F112F6">
              <w:rPr>
                <w:rFonts w:eastAsia="Times New Roman"/>
                <w:lang w:val="es-ES" w:eastAsia="es-CO"/>
              </w:rPr>
              <w:t xml:space="preserve">  </w:t>
            </w:r>
            <w:r w:rsidRPr="00E7469C">
              <w:rPr>
                <w:rFonts w:eastAsia="Times New Roman"/>
                <w:lang w:val="es-ES" w:eastAsia="es-CO"/>
              </w:rPr>
              <w:t xml:space="preserve"> 3.060</w:t>
            </w:r>
          </w:p>
        </w:tc>
      </w:tr>
    </w:tbl>
    <w:p w14:paraId="269A78C0" w14:textId="77777777" w:rsidR="00AF4E63" w:rsidRPr="00407091" w:rsidRDefault="00AF4E63" w:rsidP="00F112F6">
      <w:pPr>
        <w:pStyle w:val="Prrafodelista"/>
        <w:numPr>
          <w:ilvl w:val="0"/>
          <w:numId w:val="11"/>
        </w:numPr>
        <w:rPr>
          <w:lang w:val="es-CO"/>
        </w:rPr>
      </w:pPr>
      <w:r w:rsidRPr="00407091">
        <w:rPr>
          <w:lang w:val="es-CO"/>
        </w:rPr>
        <w:t xml:space="preserve">Tarifas validas desde 01 abril 2026 – </w:t>
      </w:r>
      <w:r>
        <w:rPr>
          <w:lang w:val="es-CO"/>
        </w:rPr>
        <w:t>09 febrero</w:t>
      </w:r>
      <w:r w:rsidRPr="00407091">
        <w:rPr>
          <w:lang w:val="es-CO"/>
        </w:rPr>
        <w:t xml:space="preserve"> 202</w:t>
      </w:r>
      <w:r>
        <w:rPr>
          <w:lang w:val="es-CO"/>
        </w:rPr>
        <w:t>7</w:t>
      </w:r>
    </w:p>
    <w:p w14:paraId="71AD2560" w14:textId="4DCF1533" w:rsidR="00E7469C" w:rsidRDefault="00AF4E63" w:rsidP="00F112F6">
      <w:pPr>
        <w:pStyle w:val="Prrafodelista"/>
        <w:numPr>
          <w:ilvl w:val="0"/>
          <w:numId w:val="11"/>
        </w:numPr>
        <w:rPr>
          <w:lang w:val="es-CO"/>
        </w:rPr>
      </w:pPr>
      <w:r w:rsidRPr="00407091">
        <w:rPr>
          <w:lang w:val="es-CO"/>
        </w:rPr>
        <w:t>Tarifas en regular por persona</w:t>
      </w:r>
      <w:r>
        <w:rPr>
          <w:lang w:val="es-CO"/>
        </w:rPr>
        <w:t xml:space="preserve"> en dólares</w:t>
      </w:r>
    </w:p>
    <w:p w14:paraId="01DDCCA4" w14:textId="33769A8C" w:rsidR="00C66D5E" w:rsidRPr="00AF4E63" w:rsidRDefault="00C66D5E" w:rsidP="00F112F6">
      <w:pPr>
        <w:pStyle w:val="Prrafodelista"/>
        <w:numPr>
          <w:ilvl w:val="0"/>
          <w:numId w:val="11"/>
        </w:numPr>
        <w:rPr>
          <w:lang w:val="es-CO"/>
        </w:rPr>
      </w:pPr>
      <w:r>
        <w:rPr>
          <w:lang w:val="es-CO"/>
        </w:rPr>
        <w:t xml:space="preserve">En día especiales </w:t>
      </w:r>
      <w:r w:rsidR="00F112F6">
        <w:rPr>
          <w:lang w:val="es-CO"/>
        </w:rPr>
        <w:t xml:space="preserve">existen </w:t>
      </w:r>
      <w:r>
        <w:rPr>
          <w:lang w:val="es-CO"/>
        </w:rPr>
        <w:t xml:space="preserve">suplementos adicionales obligatorios como cenas de navidad o año </w:t>
      </w:r>
      <w:r w:rsidR="00F112F6">
        <w:rPr>
          <w:lang w:val="es-CO"/>
        </w:rPr>
        <w:t>nuevo</w:t>
      </w:r>
    </w:p>
    <w:p w14:paraId="50CBBA11" w14:textId="0227AC1E" w:rsidR="00885DA6" w:rsidRDefault="00EE74CA" w:rsidP="00AD2A53">
      <w:pPr>
        <w:pStyle w:val="Ttulo2"/>
      </w:pPr>
      <w:r w:rsidRPr="00CE5354">
        <w:t xml:space="preserve">HOTELES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127"/>
        <w:gridCol w:w="1773"/>
        <w:gridCol w:w="1945"/>
        <w:gridCol w:w="1912"/>
        <w:gridCol w:w="1873"/>
      </w:tblGrid>
      <w:tr w:rsidR="00892FE5" w:rsidRPr="00EF1F0B" w14:paraId="75CAA0F2" w14:textId="77777777" w:rsidTr="0087589B">
        <w:trPr>
          <w:trHeight w:val="20"/>
          <w:jc w:val="center"/>
        </w:trPr>
        <w:tc>
          <w:tcPr>
            <w:tcW w:w="653" w:type="pct"/>
            <w:shd w:val="clear" w:color="auto" w:fill="59C119"/>
            <w:vAlign w:val="center"/>
          </w:tcPr>
          <w:p w14:paraId="377B19B1" w14:textId="77777777" w:rsidR="00892FE5" w:rsidRPr="00C207DB" w:rsidRDefault="00892FE5" w:rsidP="0087589B">
            <w:pPr>
              <w:jc w:val="center"/>
              <w:rPr>
                <w:b/>
                <w:bCs/>
                <w:color w:val="FFFFFF" w:themeColor="background1"/>
              </w:rPr>
            </w:pPr>
            <w:r w:rsidRPr="00C207DB">
              <w:rPr>
                <w:b/>
                <w:bCs/>
                <w:color w:val="FFFFFF" w:themeColor="background1"/>
              </w:rPr>
              <w:t>CIUDAD</w:t>
            </w:r>
          </w:p>
        </w:tc>
        <w:tc>
          <w:tcPr>
            <w:tcW w:w="1027" w:type="pct"/>
            <w:shd w:val="clear" w:color="auto" w:fill="59C119"/>
            <w:vAlign w:val="center"/>
          </w:tcPr>
          <w:p w14:paraId="089562A3" w14:textId="77777777" w:rsidR="00892FE5" w:rsidRPr="00C207DB" w:rsidRDefault="00892FE5" w:rsidP="0087589B">
            <w:pPr>
              <w:jc w:val="center"/>
              <w:rPr>
                <w:b/>
                <w:bCs/>
                <w:color w:val="FFFFFF" w:themeColor="background1"/>
              </w:rPr>
            </w:pPr>
            <w:r w:rsidRPr="00C207DB">
              <w:rPr>
                <w:b/>
                <w:bCs/>
                <w:color w:val="FFFFFF" w:themeColor="background1"/>
              </w:rPr>
              <w:t>STANDARD (TURISTA)3*4*</w:t>
            </w:r>
          </w:p>
        </w:tc>
        <w:tc>
          <w:tcPr>
            <w:tcW w:w="1127" w:type="pct"/>
            <w:shd w:val="clear" w:color="auto" w:fill="59C119"/>
            <w:vAlign w:val="center"/>
          </w:tcPr>
          <w:p w14:paraId="65F5B7B1" w14:textId="77777777" w:rsidR="00892FE5" w:rsidRPr="00C207DB" w:rsidRDefault="00892FE5" w:rsidP="0087589B">
            <w:pPr>
              <w:jc w:val="center"/>
              <w:rPr>
                <w:b/>
                <w:bCs/>
                <w:color w:val="FFFFFF" w:themeColor="background1"/>
              </w:rPr>
            </w:pPr>
            <w:r w:rsidRPr="00C207DB">
              <w:rPr>
                <w:b/>
                <w:bCs/>
                <w:color w:val="FFFFFF" w:themeColor="background1"/>
              </w:rPr>
              <w:t>SUPERIOR 4*</w:t>
            </w:r>
          </w:p>
        </w:tc>
        <w:tc>
          <w:tcPr>
            <w:tcW w:w="1108" w:type="pct"/>
            <w:shd w:val="clear" w:color="auto" w:fill="59C119"/>
            <w:vAlign w:val="center"/>
          </w:tcPr>
          <w:p w14:paraId="1E94EF26" w14:textId="77777777" w:rsidR="00892FE5" w:rsidRPr="00C207DB" w:rsidRDefault="00892FE5" w:rsidP="0087589B">
            <w:pPr>
              <w:jc w:val="center"/>
              <w:rPr>
                <w:b/>
                <w:bCs/>
                <w:color w:val="FFFFFF" w:themeColor="background1"/>
              </w:rPr>
            </w:pPr>
            <w:r w:rsidRPr="00C207DB">
              <w:rPr>
                <w:b/>
                <w:bCs/>
                <w:color w:val="FFFFFF" w:themeColor="background1"/>
              </w:rPr>
              <w:t>DELUXE 4*&amp; 5*</w:t>
            </w:r>
          </w:p>
        </w:tc>
        <w:tc>
          <w:tcPr>
            <w:tcW w:w="1085" w:type="pct"/>
            <w:shd w:val="clear" w:color="auto" w:fill="59C119"/>
            <w:vAlign w:val="center"/>
          </w:tcPr>
          <w:p w14:paraId="52A74338" w14:textId="77777777" w:rsidR="00892FE5" w:rsidRPr="00C207DB" w:rsidRDefault="00892FE5" w:rsidP="0087589B">
            <w:pPr>
              <w:jc w:val="center"/>
              <w:rPr>
                <w:b/>
                <w:bCs/>
                <w:color w:val="FFFFFF" w:themeColor="background1"/>
              </w:rPr>
            </w:pPr>
            <w:r w:rsidRPr="00C207DB">
              <w:rPr>
                <w:b/>
                <w:bCs/>
                <w:color w:val="FFFFFF" w:themeColor="background1"/>
              </w:rPr>
              <w:t>GOLD DELUXE 5*</w:t>
            </w:r>
          </w:p>
        </w:tc>
      </w:tr>
      <w:tr w:rsidR="00892FE5" w:rsidRPr="00EF1F0B" w14:paraId="1C26B6F4" w14:textId="77777777" w:rsidTr="0087589B">
        <w:trPr>
          <w:trHeight w:val="20"/>
          <w:jc w:val="center"/>
        </w:trPr>
        <w:tc>
          <w:tcPr>
            <w:tcW w:w="653" w:type="pct"/>
            <w:vMerge w:val="restart"/>
            <w:vAlign w:val="center"/>
          </w:tcPr>
          <w:p w14:paraId="3AE917B3" w14:textId="77777777" w:rsidR="00892FE5" w:rsidRPr="007036DA" w:rsidRDefault="00892FE5" w:rsidP="0087589B">
            <w:pPr>
              <w:jc w:val="center"/>
            </w:pPr>
            <w:r w:rsidRPr="007036DA">
              <w:t>Bangkok</w:t>
            </w:r>
          </w:p>
        </w:tc>
        <w:tc>
          <w:tcPr>
            <w:tcW w:w="1027" w:type="pct"/>
            <w:vAlign w:val="center"/>
          </w:tcPr>
          <w:p w14:paraId="1B3EFB48" w14:textId="7C618611" w:rsidR="00892FE5" w:rsidRPr="00CF2FC1" w:rsidRDefault="00E16C5C" w:rsidP="0087589B">
            <w:pPr>
              <w:jc w:val="center"/>
              <w:rPr>
                <w:sz w:val="14"/>
                <w:szCs w:val="14"/>
              </w:rPr>
            </w:pPr>
            <w:r>
              <w:rPr>
                <w:noProof/>
                <w:lang w:val="es-CO" w:eastAsia="es-CO"/>
              </w:rPr>
              <w:drawing>
                <wp:inline distT="0" distB="0" distL="0" distR="0" wp14:anchorId="0DAFC5BF" wp14:editId="7D4FE06C">
                  <wp:extent cx="1028700" cy="752475"/>
                  <wp:effectExtent l="0" t="0" r="0" b="9525"/>
                  <wp:docPr id="1" name="Imagen 1" descr="Bangkok Hotel: Mandarin Hotel Bangkok – First Class Hotel in Bangkok |  Officia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gkok Hotel: Mandarin Hotel Bangkok – First Class Hotel in Bangkok |  Official S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700" cy="752475"/>
                          </a:xfrm>
                          <a:prstGeom prst="rect">
                            <a:avLst/>
                          </a:prstGeom>
                          <a:noFill/>
                          <a:ln>
                            <a:noFill/>
                          </a:ln>
                        </pic:spPr>
                      </pic:pic>
                    </a:graphicData>
                  </a:graphic>
                </wp:inline>
              </w:drawing>
            </w:r>
          </w:p>
        </w:tc>
        <w:tc>
          <w:tcPr>
            <w:tcW w:w="1127" w:type="pct"/>
            <w:vAlign w:val="center"/>
          </w:tcPr>
          <w:p w14:paraId="5A3AB70C" w14:textId="428F221E" w:rsidR="00892FE5" w:rsidRPr="00CF4EC5" w:rsidRDefault="00E16C5C" w:rsidP="0087589B">
            <w:pPr>
              <w:jc w:val="center"/>
              <w:rPr>
                <w:lang w:val="en-US"/>
              </w:rPr>
            </w:pPr>
            <w:r>
              <w:rPr>
                <w:noProof/>
                <w:lang w:val="es-CO" w:eastAsia="es-CO"/>
              </w:rPr>
              <w:drawing>
                <wp:inline distT="0" distB="0" distL="0" distR="0" wp14:anchorId="2B41EE5B" wp14:editId="31DB3BBA">
                  <wp:extent cx="971550" cy="695325"/>
                  <wp:effectExtent l="0" t="0" r="0" b="9525"/>
                  <wp:docPr id="2" name="Imagen 2" descr="Bangkok Hotel: Mandarin Hotel Bangkok – First Class Hotel in Bangkok |  Officia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gkok Hotel: Mandarin Hotel Bangkok – First Class Hotel in Bangkok |  Official S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1550" cy="695325"/>
                          </a:xfrm>
                          <a:prstGeom prst="rect">
                            <a:avLst/>
                          </a:prstGeom>
                          <a:noFill/>
                          <a:ln>
                            <a:noFill/>
                          </a:ln>
                        </pic:spPr>
                      </pic:pic>
                    </a:graphicData>
                  </a:graphic>
                </wp:inline>
              </w:drawing>
            </w:r>
          </w:p>
        </w:tc>
        <w:tc>
          <w:tcPr>
            <w:tcW w:w="1108" w:type="pct"/>
            <w:vAlign w:val="center"/>
          </w:tcPr>
          <w:p w14:paraId="198D228D" w14:textId="3C1A3B33" w:rsidR="00892FE5" w:rsidRPr="00CF2FC1" w:rsidRDefault="00E16C5C" w:rsidP="0087589B">
            <w:pPr>
              <w:jc w:val="center"/>
              <w:rPr>
                <w:sz w:val="14"/>
                <w:szCs w:val="14"/>
              </w:rPr>
            </w:pPr>
            <w:r>
              <w:rPr>
                <w:noProof/>
                <w:lang w:val="es-CO" w:eastAsia="es-CO"/>
              </w:rPr>
              <w:drawing>
                <wp:inline distT="0" distB="0" distL="0" distR="0" wp14:anchorId="1B61D4DB" wp14:editId="5CAB8BAC">
                  <wp:extent cx="1019175" cy="685800"/>
                  <wp:effectExtent l="0" t="0" r="9525" b="0"/>
                  <wp:docPr id="3" name="Imagen 3" descr="Montien Hotel Surawong Bangkok en Bangkok: ver hotel, precios y opiniones -  Hotel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tien Hotel Surawong Bangkok en Bangkok: ver hotel, precios y opiniones -  Hoteles.c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9175" cy="685800"/>
                          </a:xfrm>
                          <a:prstGeom prst="rect">
                            <a:avLst/>
                          </a:prstGeom>
                          <a:noFill/>
                          <a:ln>
                            <a:noFill/>
                          </a:ln>
                        </pic:spPr>
                      </pic:pic>
                    </a:graphicData>
                  </a:graphic>
                </wp:inline>
              </w:drawing>
            </w:r>
          </w:p>
        </w:tc>
        <w:tc>
          <w:tcPr>
            <w:tcW w:w="1085" w:type="pct"/>
            <w:vAlign w:val="center"/>
          </w:tcPr>
          <w:p w14:paraId="567330DF" w14:textId="11818D2C" w:rsidR="00892FE5" w:rsidRPr="00CF4EC5" w:rsidRDefault="00E16C5C" w:rsidP="0087589B">
            <w:pPr>
              <w:jc w:val="center"/>
              <w:rPr>
                <w:lang w:val="en-US"/>
              </w:rPr>
            </w:pPr>
            <w:r>
              <w:rPr>
                <w:noProof/>
                <w:lang w:val="es-CO" w:eastAsia="es-CO"/>
              </w:rPr>
              <w:drawing>
                <wp:inline distT="0" distB="0" distL="0" distR="0" wp14:anchorId="132F8717" wp14:editId="39EE9972">
                  <wp:extent cx="1152525" cy="647700"/>
                  <wp:effectExtent l="0" t="0" r="9525" b="0"/>
                  <wp:docPr id="4" name="Imagen 4" descr="SO/Bangkok, Bangkok, Taila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Bangkok, Bangkok, Tailan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2525" cy="647700"/>
                          </a:xfrm>
                          <a:prstGeom prst="rect">
                            <a:avLst/>
                          </a:prstGeom>
                          <a:noFill/>
                          <a:ln>
                            <a:noFill/>
                          </a:ln>
                        </pic:spPr>
                      </pic:pic>
                    </a:graphicData>
                  </a:graphic>
                </wp:inline>
              </w:drawing>
            </w:r>
          </w:p>
        </w:tc>
      </w:tr>
      <w:tr w:rsidR="00892FE5" w:rsidRPr="00EF1F0B" w14:paraId="27A33323" w14:textId="77777777" w:rsidTr="0087589B">
        <w:trPr>
          <w:trHeight w:val="20"/>
          <w:jc w:val="center"/>
        </w:trPr>
        <w:tc>
          <w:tcPr>
            <w:tcW w:w="653" w:type="pct"/>
            <w:vMerge/>
            <w:vAlign w:val="center"/>
          </w:tcPr>
          <w:p w14:paraId="14455D40" w14:textId="77777777" w:rsidR="00892FE5" w:rsidRPr="007036DA" w:rsidRDefault="00892FE5" w:rsidP="0087589B">
            <w:pPr>
              <w:jc w:val="center"/>
            </w:pPr>
          </w:p>
        </w:tc>
        <w:tc>
          <w:tcPr>
            <w:tcW w:w="1027" w:type="pct"/>
            <w:vAlign w:val="center"/>
          </w:tcPr>
          <w:p w14:paraId="441712FA" w14:textId="77777777" w:rsidR="00892FE5" w:rsidRPr="001565D8" w:rsidRDefault="00892FE5" w:rsidP="0087589B">
            <w:pPr>
              <w:jc w:val="center"/>
              <w:rPr>
                <w:sz w:val="14"/>
                <w:szCs w:val="14"/>
                <w:lang w:val="en-US"/>
              </w:rPr>
            </w:pPr>
            <w:hyperlink r:id="rId11" w:history="1">
              <w:r w:rsidRPr="00082714">
                <w:rPr>
                  <w:rStyle w:val="Hipervnculo"/>
                  <w:color w:val="auto"/>
                  <w:sz w:val="14"/>
                  <w:szCs w:val="14"/>
                  <w:lang w:val="en-US"/>
                </w:rPr>
                <w:t xml:space="preserve">Mandarin Hotel </w:t>
              </w:r>
              <w:proofErr w:type="gramStart"/>
              <w:r w:rsidRPr="00082714">
                <w:rPr>
                  <w:rStyle w:val="Hipervnculo"/>
                  <w:color w:val="auto"/>
                  <w:sz w:val="14"/>
                  <w:szCs w:val="14"/>
                  <w:lang w:val="en-US"/>
                </w:rPr>
                <w:t>By</w:t>
              </w:r>
              <w:proofErr w:type="gramEnd"/>
              <w:r w:rsidRPr="00082714">
                <w:rPr>
                  <w:rStyle w:val="Hipervnculo"/>
                  <w:color w:val="auto"/>
                  <w:sz w:val="14"/>
                  <w:szCs w:val="14"/>
                  <w:lang w:val="en-US"/>
                </w:rPr>
                <w:t xml:space="preserve"> Centre Point</w:t>
              </w:r>
            </w:hyperlink>
          </w:p>
        </w:tc>
        <w:tc>
          <w:tcPr>
            <w:tcW w:w="1127" w:type="pct"/>
            <w:vAlign w:val="center"/>
          </w:tcPr>
          <w:p w14:paraId="443FD989" w14:textId="77777777" w:rsidR="00892FE5" w:rsidRPr="001565D8" w:rsidRDefault="00892FE5" w:rsidP="0087589B">
            <w:pPr>
              <w:jc w:val="center"/>
              <w:rPr>
                <w:sz w:val="14"/>
                <w:szCs w:val="14"/>
                <w:lang w:val="en-US"/>
              </w:rPr>
            </w:pPr>
            <w:hyperlink r:id="rId12" w:history="1">
              <w:r w:rsidRPr="00082714">
                <w:rPr>
                  <w:rStyle w:val="Hipervnculo"/>
                  <w:color w:val="auto"/>
                  <w:sz w:val="14"/>
                  <w:szCs w:val="14"/>
                  <w:lang w:val="en-US"/>
                </w:rPr>
                <w:t xml:space="preserve">Mandarin Hotel </w:t>
              </w:r>
              <w:proofErr w:type="gramStart"/>
              <w:r w:rsidRPr="00082714">
                <w:rPr>
                  <w:rStyle w:val="Hipervnculo"/>
                  <w:color w:val="auto"/>
                  <w:sz w:val="14"/>
                  <w:szCs w:val="14"/>
                  <w:lang w:val="en-US"/>
                </w:rPr>
                <w:t>By</w:t>
              </w:r>
              <w:proofErr w:type="gramEnd"/>
              <w:r w:rsidRPr="00082714">
                <w:rPr>
                  <w:rStyle w:val="Hipervnculo"/>
                  <w:color w:val="auto"/>
                  <w:sz w:val="14"/>
                  <w:szCs w:val="14"/>
                  <w:lang w:val="en-US"/>
                </w:rPr>
                <w:t xml:space="preserve"> Centre Point</w:t>
              </w:r>
            </w:hyperlink>
          </w:p>
        </w:tc>
        <w:tc>
          <w:tcPr>
            <w:tcW w:w="1108" w:type="pct"/>
            <w:vAlign w:val="center"/>
          </w:tcPr>
          <w:p w14:paraId="60893901" w14:textId="77777777" w:rsidR="00892FE5" w:rsidRPr="00440DDB" w:rsidRDefault="00892FE5" w:rsidP="0087589B">
            <w:pPr>
              <w:jc w:val="center"/>
              <w:rPr>
                <w:sz w:val="14"/>
                <w:szCs w:val="14"/>
                <w:lang w:val="es-CO"/>
              </w:rPr>
            </w:pPr>
            <w:hyperlink r:id="rId13" w:history="1">
              <w:proofErr w:type="spellStart"/>
              <w:r w:rsidRPr="00082714">
                <w:rPr>
                  <w:rStyle w:val="Hipervnculo"/>
                  <w:color w:val="auto"/>
                  <w:sz w:val="14"/>
                  <w:szCs w:val="14"/>
                </w:rPr>
                <w:t>Montien</w:t>
              </w:r>
              <w:proofErr w:type="spellEnd"/>
              <w:r w:rsidRPr="00082714">
                <w:rPr>
                  <w:rStyle w:val="Hipervnculo"/>
                  <w:color w:val="auto"/>
                  <w:sz w:val="14"/>
                  <w:szCs w:val="14"/>
                </w:rPr>
                <w:t xml:space="preserve"> </w:t>
              </w:r>
              <w:proofErr w:type="spellStart"/>
              <w:r w:rsidRPr="00082714">
                <w:rPr>
                  <w:rStyle w:val="Hipervnculo"/>
                  <w:color w:val="auto"/>
                  <w:sz w:val="14"/>
                  <w:szCs w:val="14"/>
                </w:rPr>
                <w:t>Surawong</w:t>
              </w:r>
              <w:proofErr w:type="spellEnd"/>
            </w:hyperlink>
          </w:p>
        </w:tc>
        <w:tc>
          <w:tcPr>
            <w:tcW w:w="1085" w:type="pct"/>
            <w:vAlign w:val="center"/>
          </w:tcPr>
          <w:p w14:paraId="0B5CCC35" w14:textId="77777777" w:rsidR="00892FE5" w:rsidRPr="00082714" w:rsidRDefault="00892FE5" w:rsidP="0087589B">
            <w:pPr>
              <w:jc w:val="center"/>
              <w:rPr>
                <w:sz w:val="14"/>
                <w:szCs w:val="14"/>
                <w:lang w:val="en-US"/>
              </w:rPr>
            </w:pPr>
            <w:hyperlink r:id="rId14" w:history="1">
              <w:proofErr w:type="gramStart"/>
              <w:r w:rsidRPr="00082714">
                <w:rPr>
                  <w:rStyle w:val="Hipervnculo"/>
                  <w:color w:val="auto"/>
                  <w:sz w:val="14"/>
                  <w:szCs w:val="14"/>
                  <w:lang w:val="en-US"/>
                </w:rPr>
                <w:t>So</w:t>
              </w:r>
              <w:proofErr w:type="gramEnd"/>
              <w:r w:rsidRPr="00082714">
                <w:rPr>
                  <w:rStyle w:val="Hipervnculo"/>
                  <w:color w:val="auto"/>
                  <w:sz w:val="14"/>
                  <w:szCs w:val="14"/>
                  <w:lang w:val="en-US"/>
                </w:rPr>
                <w:t xml:space="preserve"> Bangkok</w:t>
              </w:r>
            </w:hyperlink>
          </w:p>
          <w:p w14:paraId="0212D5DD" w14:textId="77777777" w:rsidR="00892FE5" w:rsidRPr="00CF2FC1" w:rsidRDefault="00892FE5" w:rsidP="0087589B">
            <w:pPr>
              <w:jc w:val="center"/>
            </w:pPr>
          </w:p>
        </w:tc>
      </w:tr>
      <w:tr w:rsidR="00892FE5" w:rsidRPr="00EF1F0B" w14:paraId="5D6E214B" w14:textId="77777777" w:rsidTr="0087589B">
        <w:trPr>
          <w:trHeight w:val="20"/>
          <w:jc w:val="center"/>
        </w:trPr>
        <w:tc>
          <w:tcPr>
            <w:tcW w:w="653" w:type="pct"/>
            <w:vMerge w:val="restart"/>
            <w:vAlign w:val="center"/>
          </w:tcPr>
          <w:p w14:paraId="3AED93DE" w14:textId="77777777" w:rsidR="00892FE5" w:rsidRPr="007036DA" w:rsidRDefault="00892FE5" w:rsidP="0087589B">
            <w:pPr>
              <w:jc w:val="center"/>
            </w:pPr>
          </w:p>
          <w:p w14:paraId="474E876F" w14:textId="77777777" w:rsidR="00892FE5" w:rsidRPr="007036DA" w:rsidRDefault="00892FE5" w:rsidP="0087589B">
            <w:pPr>
              <w:jc w:val="center"/>
            </w:pPr>
            <w:r w:rsidRPr="007036DA">
              <w:t>Chiang Rai</w:t>
            </w:r>
          </w:p>
        </w:tc>
        <w:tc>
          <w:tcPr>
            <w:tcW w:w="1027" w:type="pct"/>
            <w:vAlign w:val="center"/>
          </w:tcPr>
          <w:p w14:paraId="2AAE9AB9" w14:textId="342973FF" w:rsidR="00892FE5" w:rsidRPr="00082714" w:rsidRDefault="00E16C5C" w:rsidP="0087589B">
            <w:pPr>
              <w:jc w:val="center"/>
            </w:pPr>
            <w:r>
              <w:rPr>
                <w:noProof/>
                <w:lang w:val="es-CO" w:eastAsia="es-CO"/>
              </w:rPr>
              <w:drawing>
                <wp:inline distT="0" distB="0" distL="0" distR="0" wp14:anchorId="215E334E" wp14:editId="492F3C4F">
                  <wp:extent cx="1104900" cy="638175"/>
                  <wp:effectExtent l="0" t="0" r="0" b="9525"/>
                  <wp:docPr id="5" name="Imagen 5" descr="Laluna Hotel And Resort, Chiang Rai, Chiang Rai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luna Hotel And Resort, Chiang Rai, Chiang Rai (precios actualizados 20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4900" cy="638175"/>
                          </a:xfrm>
                          <a:prstGeom prst="rect">
                            <a:avLst/>
                          </a:prstGeom>
                          <a:noFill/>
                          <a:ln>
                            <a:noFill/>
                          </a:ln>
                        </pic:spPr>
                      </pic:pic>
                    </a:graphicData>
                  </a:graphic>
                </wp:inline>
              </w:drawing>
            </w:r>
          </w:p>
        </w:tc>
        <w:tc>
          <w:tcPr>
            <w:tcW w:w="1127" w:type="pct"/>
            <w:vAlign w:val="center"/>
          </w:tcPr>
          <w:p w14:paraId="0772662E" w14:textId="609E5E89" w:rsidR="00892FE5" w:rsidRPr="00082714" w:rsidRDefault="00892FE5" w:rsidP="0087589B">
            <w:pPr>
              <w:jc w:val="center"/>
            </w:pPr>
            <w:r>
              <w:rPr>
                <w:noProof/>
                <w:lang w:val="es-CO" w:eastAsia="es-CO"/>
              </w:rPr>
              <w:drawing>
                <wp:inline distT="0" distB="0" distL="0" distR="0" wp14:anchorId="35E308C9" wp14:editId="578D3E5D">
                  <wp:extent cx="1187450" cy="660400"/>
                  <wp:effectExtent l="0" t="0" r="0" b="6350"/>
                  <wp:docPr id="184517703" name="Imagen 2" descr="THE HERITAGE CHIANG RAI HOTEL AND CONVENTION desde $ 200.000 (Tailandi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HE HERITAGE CHIANG RAI HOTEL AND CONVENTION desde $ 200.000 (Tailandia) -  opiniones y comentarios - hotel - Tripadvis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7450" cy="660400"/>
                          </a:xfrm>
                          <a:prstGeom prst="rect">
                            <a:avLst/>
                          </a:prstGeom>
                          <a:noFill/>
                          <a:ln>
                            <a:noFill/>
                          </a:ln>
                        </pic:spPr>
                      </pic:pic>
                    </a:graphicData>
                  </a:graphic>
                </wp:inline>
              </w:drawing>
            </w:r>
          </w:p>
        </w:tc>
        <w:tc>
          <w:tcPr>
            <w:tcW w:w="1108" w:type="pct"/>
            <w:vAlign w:val="center"/>
          </w:tcPr>
          <w:p w14:paraId="4AC6A450" w14:textId="4F7B266E" w:rsidR="00892FE5" w:rsidRPr="00082714" w:rsidRDefault="00892FE5" w:rsidP="0087589B">
            <w:pPr>
              <w:jc w:val="center"/>
            </w:pPr>
            <w:r>
              <w:rPr>
                <w:noProof/>
                <w:lang w:val="es-CO" w:eastAsia="es-CO"/>
              </w:rPr>
              <w:drawing>
                <wp:inline distT="0" distB="0" distL="0" distR="0" wp14:anchorId="61D4CB81" wp14:editId="6A4E0DFA">
                  <wp:extent cx="1143000" cy="628650"/>
                  <wp:effectExtent l="0" t="0" r="0" b="0"/>
                  <wp:docPr id="1515689188" name="Imagen 1" descr="The Riverie by Katath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he Riverie by Katathan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0" cy="628650"/>
                          </a:xfrm>
                          <a:prstGeom prst="rect">
                            <a:avLst/>
                          </a:prstGeom>
                          <a:noFill/>
                          <a:ln>
                            <a:noFill/>
                          </a:ln>
                        </pic:spPr>
                      </pic:pic>
                    </a:graphicData>
                  </a:graphic>
                </wp:inline>
              </w:drawing>
            </w:r>
          </w:p>
        </w:tc>
        <w:tc>
          <w:tcPr>
            <w:tcW w:w="1085" w:type="pct"/>
            <w:vAlign w:val="center"/>
          </w:tcPr>
          <w:p w14:paraId="419A7458" w14:textId="62C6B1B1" w:rsidR="00892FE5" w:rsidRPr="00082714" w:rsidRDefault="00E16C5C" w:rsidP="0087589B">
            <w:pPr>
              <w:jc w:val="center"/>
            </w:pPr>
            <w:r>
              <w:rPr>
                <w:noProof/>
                <w:lang w:val="es-CO" w:eastAsia="es-CO"/>
              </w:rPr>
              <w:drawing>
                <wp:inline distT="0" distB="0" distL="0" distR="0" wp14:anchorId="3B8FEE74" wp14:editId="4CC5FEA4">
                  <wp:extent cx="1085850" cy="571500"/>
                  <wp:effectExtent l="0" t="0" r="0" b="0"/>
                  <wp:docPr id="6" name="Imagen 6" descr="LE MERIDIEN CHIANG RAI RESORT, THAILAND desde $ 466.912 (Tailandi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 MERIDIEN CHIANG RAI RESORT, THAILAND desde $ 466.912 (Tailandia) -  opiniones y comentarios - hotel - Tripadvis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5850" cy="571500"/>
                          </a:xfrm>
                          <a:prstGeom prst="rect">
                            <a:avLst/>
                          </a:prstGeom>
                          <a:noFill/>
                          <a:ln>
                            <a:noFill/>
                          </a:ln>
                        </pic:spPr>
                      </pic:pic>
                    </a:graphicData>
                  </a:graphic>
                </wp:inline>
              </w:drawing>
            </w:r>
          </w:p>
        </w:tc>
      </w:tr>
      <w:tr w:rsidR="00892FE5" w:rsidRPr="00EF1F0B" w14:paraId="46CF57BE" w14:textId="77777777" w:rsidTr="0087589B">
        <w:trPr>
          <w:trHeight w:val="20"/>
          <w:jc w:val="center"/>
        </w:trPr>
        <w:tc>
          <w:tcPr>
            <w:tcW w:w="653" w:type="pct"/>
            <w:vMerge/>
            <w:vAlign w:val="center"/>
          </w:tcPr>
          <w:p w14:paraId="65002577" w14:textId="77777777" w:rsidR="00892FE5" w:rsidRPr="007036DA" w:rsidRDefault="00892FE5" w:rsidP="0087589B">
            <w:pPr>
              <w:jc w:val="center"/>
            </w:pPr>
          </w:p>
        </w:tc>
        <w:tc>
          <w:tcPr>
            <w:tcW w:w="1027" w:type="pct"/>
            <w:vAlign w:val="center"/>
          </w:tcPr>
          <w:p w14:paraId="51AA43A9" w14:textId="77777777" w:rsidR="00892FE5" w:rsidRPr="00082714" w:rsidRDefault="00892FE5" w:rsidP="0087589B">
            <w:pPr>
              <w:jc w:val="center"/>
              <w:rPr>
                <w:sz w:val="14"/>
                <w:szCs w:val="14"/>
              </w:rPr>
            </w:pPr>
            <w:hyperlink r:id="rId19" w:history="1">
              <w:r w:rsidRPr="00082714">
                <w:rPr>
                  <w:rStyle w:val="Hipervnculo"/>
                  <w:color w:val="auto"/>
                  <w:sz w:val="14"/>
                  <w:szCs w:val="14"/>
                </w:rPr>
                <w:t>Laluna Hotel &amp; Resort</w:t>
              </w:r>
            </w:hyperlink>
          </w:p>
        </w:tc>
        <w:tc>
          <w:tcPr>
            <w:tcW w:w="1127" w:type="pct"/>
            <w:vAlign w:val="center"/>
          </w:tcPr>
          <w:p w14:paraId="0BF286C9" w14:textId="77777777" w:rsidR="00892FE5" w:rsidRPr="00082714" w:rsidRDefault="00892FE5" w:rsidP="0087589B">
            <w:pPr>
              <w:jc w:val="center"/>
              <w:rPr>
                <w:sz w:val="14"/>
                <w:szCs w:val="14"/>
              </w:rPr>
            </w:pPr>
            <w:hyperlink r:id="rId20" w:history="1">
              <w:r w:rsidRPr="00082714">
                <w:rPr>
                  <w:rStyle w:val="Hipervnculo"/>
                  <w:color w:val="auto"/>
                  <w:sz w:val="14"/>
                  <w:szCs w:val="14"/>
                </w:rPr>
                <w:t>The Heritage Chiang Rai</w:t>
              </w:r>
            </w:hyperlink>
          </w:p>
        </w:tc>
        <w:tc>
          <w:tcPr>
            <w:tcW w:w="1108" w:type="pct"/>
            <w:vAlign w:val="center"/>
          </w:tcPr>
          <w:p w14:paraId="72297F12" w14:textId="77777777" w:rsidR="00892FE5" w:rsidRPr="00082714" w:rsidRDefault="00892FE5" w:rsidP="0087589B">
            <w:pPr>
              <w:jc w:val="center"/>
              <w:rPr>
                <w:sz w:val="14"/>
                <w:szCs w:val="14"/>
              </w:rPr>
            </w:pPr>
            <w:hyperlink r:id="rId21" w:history="1">
              <w:r w:rsidRPr="00082714">
                <w:rPr>
                  <w:rStyle w:val="Hipervnculo"/>
                  <w:color w:val="auto"/>
                  <w:sz w:val="14"/>
                  <w:szCs w:val="14"/>
                  <w:lang w:val="en-US"/>
                </w:rPr>
                <w:t xml:space="preserve">The </w:t>
              </w:r>
              <w:proofErr w:type="spellStart"/>
              <w:r w:rsidRPr="00082714">
                <w:rPr>
                  <w:rStyle w:val="Hipervnculo"/>
                  <w:color w:val="auto"/>
                  <w:sz w:val="14"/>
                  <w:szCs w:val="14"/>
                  <w:lang w:val="en-US"/>
                </w:rPr>
                <w:t>Riverie</w:t>
              </w:r>
              <w:proofErr w:type="spellEnd"/>
              <w:r w:rsidRPr="00082714">
                <w:rPr>
                  <w:rStyle w:val="Hipervnculo"/>
                  <w:color w:val="auto"/>
                  <w:sz w:val="14"/>
                  <w:szCs w:val="14"/>
                  <w:lang w:val="en-US"/>
                </w:rPr>
                <w:t xml:space="preserve"> </w:t>
              </w:r>
              <w:proofErr w:type="gramStart"/>
              <w:r w:rsidRPr="00082714">
                <w:rPr>
                  <w:rStyle w:val="Hipervnculo"/>
                  <w:color w:val="auto"/>
                  <w:sz w:val="14"/>
                  <w:szCs w:val="14"/>
                  <w:lang w:val="en-US"/>
                </w:rPr>
                <w:t>By</w:t>
              </w:r>
              <w:proofErr w:type="gramEnd"/>
              <w:r w:rsidRPr="00082714">
                <w:rPr>
                  <w:rStyle w:val="Hipervnculo"/>
                  <w:color w:val="auto"/>
                  <w:sz w:val="14"/>
                  <w:szCs w:val="14"/>
                  <w:lang w:val="en-US"/>
                </w:rPr>
                <w:t xml:space="preserve"> </w:t>
              </w:r>
              <w:proofErr w:type="spellStart"/>
              <w:r w:rsidRPr="00082714">
                <w:rPr>
                  <w:rStyle w:val="Hipervnculo"/>
                  <w:color w:val="auto"/>
                  <w:sz w:val="14"/>
                  <w:szCs w:val="14"/>
                  <w:lang w:val="en-US"/>
                </w:rPr>
                <w:t>Katathani</w:t>
              </w:r>
              <w:proofErr w:type="spellEnd"/>
            </w:hyperlink>
          </w:p>
        </w:tc>
        <w:tc>
          <w:tcPr>
            <w:tcW w:w="1085" w:type="pct"/>
            <w:vAlign w:val="center"/>
          </w:tcPr>
          <w:p w14:paraId="3CFCBC44" w14:textId="77777777" w:rsidR="00892FE5" w:rsidRPr="00082714" w:rsidRDefault="00892FE5" w:rsidP="0087589B">
            <w:pPr>
              <w:jc w:val="center"/>
              <w:rPr>
                <w:sz w:val="14"/>
                <w:szCs w:val="14"/>
              </w:rPr>
            </w:pPr>
            <w:hyperlink r:id="rId22" w:history="1">
              <w:r w:rsidRPr="00082714">
                <w:rPr>
                  <w:rStyle w:val="Hipervnculo"/>
                  <w:color w:val="auto"/>
                  <w:sz w:val="14"/>
                  <w:szCs w:val="14"/>
                </w:rPr>
                <w:t xml:space="preserve">Le </w:t>
              </w:r>
              <w:proofErr w:type="spellStart"/>
              <w:r w:rsidRPr="00082714">
                <w:rPr>
                  <w:rStyle w:val="Hipervnculo"/>
                  <w:color w:val="auto"/>
                  <w:sz w:val="14"/>
                  <w:szCs w:val="14"/>
                </w:rPr>
                <w:t>Meridien</w:t>
              </w:r>
              <w:proofErr w:type="spellEnd"/>
            </w:hyperlink>
          </w:p>
        </w:tc>
      </w:tr>
      <w:tr w:rsidR="00892FE5" w:rsidRPr="00EF1F0B" w14:paraId="77E66E4A" w14:textId="77777777" w:rsidTr="0087589B">
        <w:trPr>
          <w:trHeight w:val="20"/>
          <w:jc w:val="center"/>
        </w:trPr>
        <w:tc>
          <w:tcPr>
            <w:tcW w:w="653" w:type="pct"/>
            <w:vMerge w:val="restart"/>
            <w:vAlign w:val="center"/>
          </w:tcPr>
          <w:p w14:paraId="1B65E21A" w14:textId="77777777" w:rsidR="00892FE5" w:rsidRPr="007036DA" w:rsidRDefault="00892FE5" w:rsidP="0087589B">
            <w:pPr>
              <w:jc w:val="center"/>
            </w:pPr>
            <w:r w:rsidRPr="007036DA">
              <w:t>Chiang Mai</w:t>
            </w:r>
          </w:p>
        </w:tc>
        <w:tc>
          <w:tcPr>
            <w:tcW w:w="1027" w:type="pct"/>
            <w:vAlign w:val="center"/>
          </w:tcPr>
          <w:p w14:paraId="2E9FBD43" w14:textId="2492FAD2" w:rsidR="00892FE5" w:rsidRPr="00082714" w:rsidRDefault="00E16C5C" w:rsidP="0087589B">
            <w:pPr>
              <w:jc w:val="center"/>
            </w:pPr>
            <w:r>
              <w:rPr>
                <w:noProof/>
                <w:lang w:val="es-CO" w:eastAsia="es-CO"/>
              </w:rPr>
              <w:drawing>
                <wp:inline distT="0" distB="0" distL="0" distR="0" wp14:anchorId="1BBBA2C6" wp14:editId="61D4321A">
                  <wp:extent cx="942975" cy="523875"/>
                  <wp:effectExtent l="0" t="0" r="9525" b="9525"/>
                  <wp:docPr id="7" name="Imagen 7" descr="IBIS CHIANG MAI NIMMAN JOURNEYHUB desde $ 170.290 (Tailandia) - opiniones y  comentarios - pequeño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BIS CHIANG MAI NIMMAN JOURNEYHUB desde $ 170.290 (Tailandia) - opiniones y  comentarios - pequeño hotel - Tripadviso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2975" cy="523875"/>
                          </a:xfrm>
                          <a:prstGeom prst="rect">
                            <a:avLst/>
                          </a:prstGeom>
                          <a:noFill/>
                          <a:ln>
                            <a:noFill/>
                          </a:ln>
                        </pic:spPr>
                      </pic:pic>
                    </a:graphicData>
                  </a:graphic>
                </wp:inline>
              </w:drawing>
            </w:r>
          </w:p>
        </w:tc>
        <w:tc>
          <w:tcPr>
            <w:tcW w:w="1127" w:type="pct"/>
            <w:vAlign w:val="center"/>
          </w:tcPr>
          <w:p w14:paraId="412C878F" w14:textId="27F754A9" w:rsidR="00892FE5" w:rsidRPr="00082714" w:rsidRDefault="00E16C5C" w:rsidP="0087589B">
            <w:pPr>
              <w:jc w:val="center"/>
            </w:pPr>
            <w:r>
              <w:rPr>
                <w:noProof/>
                <w:lang w:val="es-CO" w:eastAsia="es-CO"/>
              </w:rPr>
              <w:drawing>
                <wp:inline distT="0" distB="0" distL="0" distR="0" wp14:anchorId="0860361D" wp14:editId="286AE59C">
                  <wp:extent cx="952500" cy="638175"/>
                  <wp:effectExtent l="0" t="0" r="0" b="9525"/>
                  <wp:docPr id="8" name="Imagen 8" descr="Novotel Chiangmai Nimman Journeyhub, Chiang Mai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votel Chiangmai Nimman Journeyhub, Chiang Mai (precios actualizados 20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0" cy="638175"/>
                          </a:xfrm>
                          <a:prstGeom prst="rect">
                            <a:avLst/>
                          </a:prstGeom>
                          <a:noFill/>
                          <a:ln>
                            <a:noFill/>
                          </a:ln>
                        </pic:spPr>
                      </pic:pic>
                    </a:graphicData>
                  </a:graphic>
                </wp:inline>
              </w:drawing>
            </w:r>
          </w:p>
        </w:tc>
        <w:tc>
          <w:tcPr>
            <w:tcW w:w="1108" w:type="pct"/>
            <w:vAlign w:val="center"/>
          </w:tcPr>
          <w:p w14:paraId="64595915" w14:textId="0390D492" w:rsidR="00892FE5" w:rsidRPr="00F84259" w:rsidRDefault="00E16C5C" w:rsidP="0087589B">
            <w:pPr>
              <w:jc w:val="center"/>
              <w:rPr>
                <w:lang w:val="pt-BR"/>
              </w:rPr>
            </w:pPr>
            <w:r>
              <w:rPr>
                <w:noProof/>
                <w:lang w:val="es-CO" w:eastAsia="es-CO"/>
              </w:rPr>
              <w:drawing>
                <wp:inline distT="0" distB="0" distL="0" distR="0" wp14:anchorId="6E08A224" wp14:editId="647BFC74">
                  <wp:extent cx="923925" cy="600075"/>
                  <wp:effectExtent l="0" t="0" r="9525" b="9525"/>
                  <wp:docPr id="9" name="Imagen 9" descr="Melia Chiang Mai, Chiang Mai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lia Chiang Mai, Chiang Mai (precios actualizados 20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3925" cy="600075"/>
                          </a:xfrm>
                          <a:prstGeom prst="rect">
                            <a:avLst/>
                          </a:prstGeom>
                          <a:noFill/>
                          <a:ln>
                            <a:noFill/>
                          </a:ln>
                        </pic:spPr>
                      </pic:pic>
                    </a:graphicData>
                  </a:graphic>
                </wp:inline>
              </w:drawing>
            </w:r>
          </w:p>
        </w:tc>
        <w:tc>
          <w:tcPr>
            <w:tcW w:w="1085" w:type="pct"/>
            <w:vAlign w:val="center"/>
          </w:tcPr>
          <w:p w14:paraId="52BB5631" w14:textId="715DA9D3" w:rsidR="00892FE5" w:rsidRPr="00F84259" w:rsidRDefault="00E16C5C" w:rsidP="0087589B">
            <w:pPr>
              <w:jc w:val="center"/>
              <w:rPr>
                <w:lang w:val="it-IT"/>
              </w:rPr>
            </w:pPr>
            <w:r>
              <w:rPr>
                <w:noProof/>
                <w:lang w:val="es-CO" w:eastAsia="es-CO"/>
              </w:rPr>
              <w:drawing>
                <wp:inline distT="0" distB="0" distL="0" distR="0" wp14:anchorId="5C413457" wp14:editId="3BD83B09">
                  <wp:extent cx="895350" cy="600075"/>
                  <wp:effectExtent l="0" t="0" r="0" b="9525"/>
                  <wp:docPr id="10" name="Imagen 10" descr="Shangri-La Chiang Mai, Chiang Mai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angri-La Chiang Mai, Chiang Mai (precios actualizados 20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5350" cy="600075"/>
                          </a:xfrm>
                          <a:prstGeom prst="rect">
                            <a:avLst/>
                          </a:prstGeom>
                          <a:noFill/>
                          <a:ln>
                            <a:noFill/>
                          </a:ln>
                        </pic:spPr>
                      </pic:pic>
                    </a:graphicData>
                  </a:graphic>
                </wp:inline>
              </w:drawing>
            </w:r>
          </w:p>
        </w:tc>
      </w:tr>
      <w:tr w:rsidR="00892FE5" w:rsidRPr="00EF1F0B" w14:paraId="24C7AC7C" w14:textId="77777777" w:rsidTr="0087589B">
        <w:trPr>
          <w:trHeight w:val="20"/>
          <w:jc w:val="center"/>
        </w:trPr>
        <w:tc>
          <w:tcPr>
            <w:tcW w:w="653" w:type="pct"/>
            <w:vMerge/>
            <w:vAlign w:val="center"/>
          </w:tcPr>
          <w:p w14:paraId="5E21FA94" w14:textId="77777777" w:rsidR="00892FE5" w:rsidRPr="007036DA" w:rsidRDefault="00892FE5" w:rsidP="0087589B">
            <w:pPr>
              <w:jc w:val="center"/>
            </w:pPr>
          </w:p>
        </w:tc>
        <w:tc>
          <w:tcPr>
            <w:tcW w:w="1027" w:type="pct"/>
            <w:vAlign w:val="center"/>
          </w:tcPr>
          <w:p w14:paraId="5896D69B" w14:textId="77777777" w:rsidR="00892FE5" w:rsidRPr="00082714" w:rsidRDefault="00892FE5" w:rsidP="0087589B">
            <w:pPr>
              <w:jc w:val="center"/>
              <w:rPr>
                <w:sz w:val="14"/>
                <w:szCs w:val="14"/>
              </w:rPr>
            </w:pPr>
            <w:hyperlink r:id="rId27" w:history="1">
              <w:r w:rsidRPr="00082714">
                <w:rPr>
                  <w:rStyle w:val="Hipervnculo"/>
                  <w:color w:val="auto"/>
                  <w:sz w:val="14"/>
                  <w:szCs w:val="14"/>
                  <w:lang w:val="en-US"/>
                </w:rPr>
                <w:t xml:space="preserve">Ibis Chiang </w:t>
              </w:r>
              <w:proofErr w:type="spellStart"/>
              <w:r w:rsidRPr="00082714">
                <w:rPr>
                  <w:rStyle w:val="Hipervnculo"/>
                  <w:color w:val="auto"/>
                  <w:sz w:val="14"/>
                  <w:szCs w:val="14"/>
                  <w:lang w:val="en-US"/>
                </w:rPr>
                <w:t>Nimman</w:t>
              </w:r>
              <w:proofErr w:type="spellEnd"/>
              <w:r w:rsidRPr="00082714">
                <w:rPr>
                  <w:rStyle w:val="Hipervnculo"/>
                  <w:color w:val="auto"/>
                  <w:sz w:val="14"/>
                  <w:szCs w:val="14"/>
                  <w:lang w:val="en-US"/>
                </w:rPr>
                <w:t xml:space="preserve"> </w:t>
              </w:r>
              <w:proofErr w:type="spellStart"/>
              <w:r w:rsidRPr="00082714">
                <w:rPr>
                  <w:rStyle w:val="Hipervnculo"/>
                  <w:color w:val="auto"/>
                  <w:sz w:val="14"/>
                  <w:szCs w:val="14"/>
                  <w:lang w:val="en-US"/>
                </w:rPr>
                <w:t>Journeyhub</w:t>
              </w:r>
              <w:proofErr w:type="spellEnd"/>
            </w:hyperlink>
          </w:p>
        </w:tc>
        <w:tc>
          <w:tcPr>
            <w:tcW w:w="1127" w:type="pct"/>
            <w:vAlign w:val="center"/>
          </w:tcPr>
          <w:p w14:paraId="2DB3E628" w14:textId="77777777" w:rsidR="00892FE5" w:rsidRPr="00082714" w:rsidRDefault="00892FE5" w:rsidP="0087589B">
            <w:pPr>
              <w:jc w:val="center"/>
              <w:rPr>
                <w:sz w:val="14"/>
                <w:szCs w:val="14"/>
              </w:rPr>
            </w:pPr>
            <w:hyperlink r:id="rId28" w:history="1">
              <w:r w:rsidRPr="00082714">
                <w:rPr>
                  <w:rStyle w:val="Hipervnculo"/>
                  <w:color w:val="auto"/>
                  <w:sz w:val="14"/>
                  <w:szCs w:val="14"/>
                </w:rPr>
                <w:t xml:space="preserve">Novotel </w:t>
              </w:r>
              <w:proofErr w:type="spellStart"/>
              <w:r w:rsidRPr="00082714">
                <w:rPr>
                  <w:rStyle w:val="Hipervnculo"/>
                  <w:color w:val="auto"/>
                  <w:sz w:val="14"/>
                  <w:szCs w:val="14"/>
                </w:rPr>
                <w:t>Nimman</w:t>
              </w:r>
              <w:proofErr w:type="spellEnd"/>
            </w:hyperlink>
          </w:p>
        </w:tc>
        <w:tc>
          <w:tcPr>
            <w:tcW w:w="1108" w:type="pct"/>
            <w:vAlign w:val="center"/>
          </w:tcPr>
          <w:p w14:paraId="69914AF2" w14:textId="77777777" w:rsidR="00892FE5" w:rsidRPr="00082714" w:rsidRDefault="00892FE5" w:rsidP="0087589B">
            <w:pPr>
              <w:jc w:val="center"/>
              <w:rPr>
                <w:sz w:val="14"/>
                <w:szCs w:val="14"/>
              </w:rPr>
            </w:pPr>
            <w:hyperlink r:id="rId29" w:history="1">
              <w:proofErr w:type="spellStart"/>
              <w:r w:rsidRPr="00082714">
                <w:rPr>
                  <w:rStyle w:val="Hipervnculo"/>
                  <w:color w:val="auto"/>
                  <w:sz w:val="14"/>
                  <w:szCs w:val="14"/>
                  <w:lang w:val="pt-BR"/>
                </w:rPr>
                <w:t>Melia</w:t>
              </w:r>
              <w:proofErr w:type="spellEnd"/>
              <w:r w:rsidRPr="00082714">
                <w:rPr>
                  <w:rStyle w:val="Hipervnculo"/>
                  <w:color w:val="auto"/>
                  <w:sz w:val="14"/>
                  <w:szCs w:val="14"/>
                  <w:lang w:val="pt-BR"/>
                </w:rPr>
                <w:t xml:space="preserve"> Chiang Mai</w:t>
              </w:r>
            </w:hyperlink>
          </w:p>
        </w:tc>
        <w:tc>
          <w:tcPr>
            <w:tcW w:w="1085" w:type="pct"/>
            <w:vAlign w:val="center"/>
          </w:tcPr>
          <w:p w14:paraId="05F50B85" w14:textId="77777777" w:rsidR="00892FE5" w:rsidRPr="00082714" w:rsidRDefault="00892FE5" w:rsidP="0087589B">
            <w:pPr>
              <w:jc w:val="center"/>
              <w:rPr>
                <w:sz w:val="14"/>
                <w:szCs w:val="14"/>
              </w:rPr>
            </w:pPr>
            <w:hyperlink r:id="rId30" w:history="1">
              <w:r w:rsidRPr="00082714">
                <w:rPr>
                  <w:rStyle w:val="Hipervnculo"/>
                  <w:color w:val="auto"/>
                  <w:sz w:val="14"/>
                  <w:szCs w:val="14"/>
                  <w:lang w:val="it-IT"/>
                </w:rPr>
                <w:t xml:space="preserve">Shangri-La Chiang Mai </w:t>
              </w:r>
            </w:hyperlink>
          </w:p>
        </w:tc>
      </w:tr>
      <w:tr w:rsidR="00442E24" w:rsidRPr="00EF1F0B" w14:paraId="4412C42A" w14:textId="77777777" w:rsidTr="0087589B">
        <w:trPr>
          <w:trHeight w:val="20"/>
          <w:jc w:val="center"/>
        </w:trPr>
        <w:tc>
          <w:tcPr>
            <w:tcW w:w="653" w:type="pct"/>
            <w:vMerge w:val="restart"/>
            <w:vAlign w:val="center"/>
          </w:tcPr>
          <w:p w14:paraId="1F1CB5C7" w14:textId="77777777" w:rsidR="00442E24" w:rsidRPr="007036DA" w:rsidRDefault="00442E24" w:rsidP="00442E24">
            <w:pPr>
              <w:jc w:val="center"/>
            </w:pPr>
          </w:p>
          <w:p w14:paraId="1B30C93F" w14:textId="2B764AD1" w:rsidR="00442E24" w:rsidRPr="007036DA" w:rsidRDefault="00442E24" w:rsidP="00442E24">
            <w:pPr>
              <w:jc w:val="center"/>
            </w:pPr>
            <w:r w:rsidRPr="007036DA">
              <w:t>Siem Reap</w:t>
            </w:r>
          </w:p>
        </w:tc>
        <w:tc>
          <w:tcPr>
            <w:tcW w:w="1027" w:type="pct"/>
            <w:vAlign w:val="center"/>
          </w:tcPr>
          <w:p w14:paraId="39A53234" w14:textId="30C6E4A6" w:rsidR="00442E24" w:rsidRPr="00082714" w:rsidRDefault="00442E24" w:rsidP="00442E24">
            <w:pPr>
              <w:jc w:val="center"/>
            </w:pPr>
            <w:r>
              <w:rPr>
                <w:noProof/>
                <w:lang w:val="es-CO" w:eastAsia="es-CO"/>
              </w:rPr>
              <w:drawing>
                <wp:inline distT="0" distB="0" distL="0" distR="0" wp14:anchorId="593E7079" wp14:editId="4B6DA653">
                  <wp:extent cx="962108" cy="585728"/>
                  <wp:effectExtent l="0" t="0" r="0" b="5080"/>
                  <wp:docPr id="1049315864" name="Imagen 18" descr="TARA ANGKOR HOTEL desde $ 146.617 (Siem Reap, Camboy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ARA ANGKOR HOTEL desde $ 146.617 (Siem Reap, Camboya) - opiniones y  comentarios - hotel - Tripadviso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5169" cy="593680"/>
                          </a:xfrm>
                          <a:prstGeom prst="rect">
                            <a:avLst/>
                          </a:prstGeom>
                          <a:noFill/>
                          <a:ln>
                            <a:noFill/>
                          </a:ln>
                        </pic:spPr>
                      </pic:pic>
                    </a:graphicData>
                  </a:graphic>
                </wp:inline>
              </w:drawing>
            </w:r>
          </w:p>
        </w:tc>
        <w:tc>
          <w:tcPr>
            <w:tcW w:w="1127" w:type="pct"/>
            <w:vAlign w:val="center"/>
          </w:tcPr>
          <w:p w14:paraId="1183D733" w14:textId="3DE5DA07" w:rsidR="00442E24" w:rsidRPr="00034AA8" w:rsidRDefault="00442E24" w:rsidP="00442E24">
            <w:pPr>
              <w:pStyle w:val="NormalCTM"/>
              <w:jc w:val="center"/>
              <w:rPr>
                <w:rFonts w:cs="Arial"/>
                <w:lang w:val="es-CO"/>
              </w:rPr>
            </w:pPr>
            <w:r>
              <w:rPr>
                <w:noProof/>
                <w:lang w:val="es-CO" w:eastAsia="es-CO"/>
              </w:rPr>
              <w:drawing>
                <wp:inline distT="0" distB="0" distL="0" distR="0" wp14:anchorId="35EA17C9" wp14:editId="709F3A4E">
                  <wp:extent cx="906449" cy="599634"/>
                  <wp:effectExtent l="0" t="0" r="8255" b="0"/>
                  <wp:docPr id="966918846" name="Imagen 19" descr="Home - Lotus Blanc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ome - Lotus Blanc Hote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4779" cy="611760"/>
                          </a:xfrm>
                          <a:prstGeom prst="rect">
                            <a:avLst/>
                          </a:prstGeom>
                          <a:noFill/>
                          <a:ln>
                            <a:noFill/>
                          </a:ln>
                        </pic:spPr>
                      </pic:pic>
                    </a:graphicData>
                  </a:graphic>
                </wp:inline>
              </w:drawing>
            </w:r>
          </w:p>
        </w:tc>
        <w:tc>
          <w:tcPr>
            <w:tcW w:w="1108" w:type="pct"/>
            <w:vAlign w:val="center"/>
          </w:tcPr>
          <w:p w14:paraId="09E37EFF" w14:textId="5D2FC3F7" w:rsidR="00442E24" w:rsidRPr="00082714" w:rsidRDefault="00442E24" w:rsidP="00442E24">
            <w:pPr>
              <w:jc w:val="center"/>
              <w:rPr>
                <w:sz w:val="14"/>
                <w:szCs w:val="14"/>
              </w:rPr>
            </w:pPr>
            <w:r>
              <w:rPr>
                <w:noProof/>
                <w:lang w:val="es-CO" w:eastAsia="es-CO"/>
              </w:rPr>
              <w:drawing>
                <wp:inline distT="0" distB="0" distL="0" distR="0" wp14:anchorId="0C7DC9A1" wp14:editId="50ACD25F">
                  <wp:extent cx="866692" cy="576813"/>
                  <wp:effectExtent l="0" t="0" r="0" b="0"/>
                  <wp:docPr id="2008359580" name="Imagen 20" descr="Una casa junto a un cuerpo de agu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78552" name="Imagen 20" descr="Una casa junto a un cuerpo de agua&#10;&#10;El contenido generado por IA puede ser incorrect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1504" cy="586671"/>
                          </a:xfrm>
                          <a:prstGeom prst="rect">
                            <a:avLst/>
                          </a:prstGeom>
                          <a:noFill/>
                          <a:ln>
                            <a:noFill/>
                          </a:ln>
                        </pic:spPr>
                      </pic:pic>
                    </a:graphicData>
                  </a:graphic>
                </wp:inline>
              </w:drawing>
            </w:r>
          </w:p>
        </w:tc>
        <w:tc>
          <w:tcPr>
            <w:tcW w:w="1085" w:type="pct"/>
            <w:vAlign w:val="center"/>
          </w:tcPr>
          <w:p w14:paraId="778BAA57" w14:textId="14CDDB6F" w:rsidR="00442E24" w:rsidRPr="00082714" w:rsidRDefault="00442E24" w:rsidP="00442E24">
            <w:pPr>
              <w:jc w:val="center"/>
              <w:rPr>
                <w:sz w:val="14"/>
                <w:szCs w:val="14"/>
              </w:rPr>
            </w:pPr>
            <w:r>
              <w:rPr>
                <w:noProof/>
                <w:lang w:val="es-CO" w:eastAsia="es-CO"/>
              </w:rPr>
              <w:drawing>
                <wp:inline distT="0" distB="0" distL="0" distR="0" wp14:anchorId="3867DE95" wp14:editId="03D2C8E2">
                  <wp:extent cx="866692" cy="576813"/>
                  <wp:effectExtent l="0" t="0" r="0" b="0"/>
                  <wp:docPr id="1345018646" name="Imagen 20" descr="Una casa junto a un cuerpo de agu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548282" name="Imagen 20" descr="Una casa junto a un cuerpo de agua&#10;&#10;El contenido generado por IA puede ser incorrect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1504" cy="586671"/>
                          </a:xfrm>
                          <a:prstGeom prst="rect">
                            <a:avLst/>
                          </a:prstGeom>
                          <a:noFill/>
                          <a:ln>
                            <a:noFill/>
                          </a:ln>
                        </pic:spPr>
                      </pic:pic>
                    </a:graphicData>
                  </a:graphic>
                </wp:inline>
              </w:drawing>
            </w:r>
          </w:p>
        </w:tc>
      </w:tr>
      <w:tr w:rsidR="00442E24" w:rsidRPr="00033205" w14:paraId="2BEDD2B0" w14:textId="77777777" w:rsidTr="0087589B">
        <w:trPr>
          <w:trHeight w:val="20"/>
          <w:jc w:val="center"/>
        </w:trPr>
        <w:tc>
          <w:tcPr>
            <w:tcW w:w="653" w:type="pct"/>
            <w:vMerge/>
            <w:vAlign w:val="center"/>
          </w:tcPr>
          <w:p w14:paraId="1EFC6324" w14:textId="77777777" w:rsidR="00442E24" w:rsidRPr="00082714" w:rsidRDefault="00442E24" w:rsidP="00442E24">
            <w:pPr>
              <w:jc w:val="center"/>
            </w:pPr>
          </w:p>
        </w:tc>
        <w:tc>
          <w:tcPr>
            <w:tcW w:w="1027" w:type="pct"/>
            <w:vAlign w:val="center"/>
          </w:tcPr>
          <w:p w14:paraId="5374146C" w14:textId="3A2DDAC6" w:rsidR="00442E24" w:rsidRPr="00082714" w:rsidRDefault="00442E24" w:rsidP="00442E24">
            <w:pPr>
              <w:jc w:val="center"/>
              <w:rPr>
                <w:sz w:val="14"/>
                <w:szCs w:val="14"/>
              </w:rPr>
            </w:pPr>
            <w:hyperlink r:id="rId34" w:history="1">
              <w:r w:rsidRPr="00CF2FC1">
                <w:rPr>
                  <w:rStyle w:val="Hipervnculo"/>
                  <w:rFonts w:eastAsia="Cambria"/>
                  <w:color w:val="auto"/>
                  <w:sz w:val="14"/>
                  <w:szCs w:val="14"/>
                  <w:u w:val="none"/>
                  <w:lang w:val="pt-PT"/>
                </w:rPr>
                <w:t>Tara Angkor Hotel</w:t>
              </w:r>
            </w:hyperlink>
          </w:p>
        </w:tc>
        <w:tc>
          <w:tcPr>
            <w:tcW w:w="1127" w:type="pct"/>
            <w:vAlign w:val="center"/>
          </w:tcPr>
          <w:p w14:paraId="274063DA" w14:textId="78BFA18D" w:rsidR="00442E24" w:rsidRPr="00082714" w:rsidRDefault="00442E24" w:rsidP="00442E24">
            <w:pPr>
              <w:jc w:val="center"/>
              <w:rPr>
                <w:sz w:val="14"/>
                <w:szCs w:val="14"/>
              </w:rPr>
            </w:pPr>
            <w:hyperlink r:id="rId35" w:history="1">
              <w:r w:rsidRPr="00CF2FC1">
                <w:rPr>
                  <w:rStyle w:val="Hipervnculo"/>
                  <w:rFonts w:eastAsia="Cambria"/>
                  <w:color w:val="auto"/>
                  <w:sz w:val="14"/>
                  <w:szCs w:val="14"/>
                  <w:u w:val="none"/>
                  <w:lang w:val="pt-PT"/>
                </w:rPr>
                <w:t>Lotus Blanc Hotel</w:t>
              </w:r>
            </w:hyperlink>
          </w:p>
        </w:tc>
        <w:tc>
          <w:tcPr>
            <w:tcW w:w="1108" w:type="pct"/>
            <w:vAlign w:val="center"/>
          </w:tcPr>
          <w:p w14:paraId="6F7C24C0" w14:textId="77777777" w:rsidR="00442E24" w:rsidRPr="00CF2FC1" w:rsidRDefault="00442E24" w:rsidP="00442E24">
            <w:pPr>
              <w:jc w:val="center"/>
              <w:rPr>
                <w:rStyle w:val="Hipervnculo"/>
                <w:rFonts w:eastAsia="Cambria"/>
                <w:color w:val="auto"/>
                <w:sz w:val="14"/>
                <w:szCs w:val="14"/>
                <w:u w:val="none"/>
                <w:lang w:val="en-US"/>
              </w:rPr>
            </w:pPr>
            <w:r w:rsidRPr="00CF2FC1">
              <w:fldChar w:fldCharType="begin"/>
            </w:r>
            <w:r w:rsidRPr="00CF2FC1">
              <w:rPr>
                <w:lang w:val="en-US"/>
              </w:rPr>
              <w:instrText xml:space="preserve"> HYPERLINK "https://www.sofitel-angkor-phokeethra.com/" </w:instrText>
            </w:r>
            <w:r w:rsidRPr="00CF2FC1">
              <w:fldChar w:fldCharType="separate"/>
            </w:r>
            <w:r w:rsidRPr="00CF2FC1">
              <w:rPr>
                <w:rStyle w:val="Hipervnculo"/>
                <w:rFonts w:eastAsia="Cambria"/>
                <w:color w:val="auto"/>
                <w:sz w:val="14"/>
                <w:szCs w:val="14"/>
                <w:u w:val="none"/>
                <w:lang w:val="en-US"/>
              </w:rPr>
              <w:t xml:space="preserve">Sofitel Angkor </w:t>
            </w:r>
            <w:proofErr w:type="spellStart"/>
            <w:r w:rsidRPr="00CF2FC1">
              <w:rPr>
                <w:rStyle w:val="Hipervnculo"/>
                <w:rFonts w:eastAsia="Cambria"/>
                <w:color w:val="auto"/>
                <w:sz w:val="14"/>
                <w:szCs w:val="14"/>
                <w:u w:val="none"/>
                <w:lang w:val="en-US"/>
              </w:rPr>
              <w:t>Phokeethra</w:t>
            </w:r>
            <w:proofErr w:type="spellEnd"/>
          </w:p>
          <w:p w14:paraId="6C437C42" w14:textId="089ADFE0" w:rsidR="00442E24" w:rsidRPr="00442E24" w:rsidRDefault="00442E24" w:rsidP="00442E24">
            <w:pPr>
              <w:jc w:val="center"/>
              <w:rPr>
                <w:sz w:val="14"/>
                <w:szCs w:val="14"/>
                <w:lang w:val="en-US"/>
              </w:rPr>
            </w:pPr>
            <w:r w:rsidRPr="00CF2FC1">
              <w:rPr>
                <w:rStyle w:val="Hipervnculo"/>
                <w:rFonts w:eastAsia="Cambria"/>
                <w:color w:val="auto"/>
                <w:sz w:val="14"/>
                <w:szCs w:val="14"/>
                <w:u w:val="none"/>
                <w:lang w:val="en-US"/>
              </w:rPr>
              <w:t>Golf &amp; Spa Resort</w:t>
            </w:r>
            <w:r w:rsidRPr="00CF2FC1">
              <w:fldChar w:fldCharType="end"/>
            </w:r>
          </w:p>
        </w:tc>
        <w:tc>
          <w:tcPr>
            <w:tcW w:w="1085" w:type="pct"/>
            <w:vAlign w:val="center"/>
          </w:tcPr>
          <w:p w14:paraId="531F3E8E" w14:textId="77777777" w:rsidR="00442E24" w:rsidRPr="00CF2FC1" w:rsidRDefault="00442E24" w:rsidP="00442E24">
            <w:pPr>
              <w:jc w:val="center"/>
              <w:rPr>
                <w:rStyle w:val="Hipervnculo"/>
                <w:rFonts w:eastAsia="Cambria"/>
                <w:color w:val="auto"/>
                <w:sz w:val="14"/>
                <w:szCs w:val="14"/>
                <w:u w:val="none"/>
                <w:lang w:val="en-US"/>
              </w:rPr>
            </w:pPr>
            <w:r w:rsidRPr="00CF2FC1">
              <w:fldChar w:fldCharType="begin"/>
            </w:r>
            <w:r w:rsidRPr="00CF2FC1">
              <w:rPr>
                <w:lang w:val="en-US"/>
              </w:rPr>
              <w:instrText xml:space="preserve"> HYPERLINK "https://www.sofitel-angkor-phokeethra.com/" </w:instrText>
            </w:r>
            <w:r w:rsidRPr="00CF2FC1">
              <w:fldChar w:fldCharType="separate"/>
            </w:r>
            <w:r w:rsidRPr="00CF2FC1">
              <w:rPr>
                <w:rStyle w:val="Hipervnculo"/>
                <w:rFonts w:eastAsia="Cambria"/>
                <w:color w:val="auto"/>
                <w:sz w:val="14"/>
                <w:szCs w:val="14"/>
                <w:u w:val="none"/>
                <w:lang w:val="en-US"/>
              </w:rPr>
              <w:t xml:space="preserve">Sofitel Angkor </w:t>
            </w:r>
            <w:proofErr w:type="spellStart"/>
            <w:r w:rsidRPr="00CF2FC1">
              <w:rPr>
                <w:rStyle w:val="Hipervnculo"/>
                <w:rFonts w:eastAsia="Cambria"/>
                <w:color w:val="auto"/>
                <w:sz w:val="14"/>
                <w:szCs w:val="14"/>
                <w:u w:val="none"/>
                <w:lang w:val="en-US"/>
              </w:rPr>
              <w:t>Phokeethra</w:t>
            </w:r>
            <w:proofErr w:type="spellEnd"/>
          </w:p>
          <w:p w14:paraId="7402D68D" w14:textId="70AFB12A" w:rsidR="00442E24" w:rsidRPr="00442E24" w:rsidRDefault="00442E24" w:rsidP="00442E24">
            <w:pPr>
              <w:jc w:val="center"/>
              <w:rPr>
                <w:sz w:val="14"/>
                <w:szCs w:val="14"/>
                <w:lang w:val="en-US"/>
              </w:rPr>
            </w:pPr>
            <w:r w:rsidRPr="00CF2FC1">
              <w:rPr>
                <w:rStyle w:val="Hipervnculo"/>
                <w:rFonts w:eastAsia="Cambria"/>
                <w:color w:val="auto"/>
                <w:sz w:val="14"/>
                <w:szCs w:val="14"/>
                <w:u w:val="none"/>
                <w:lang w:val="en-US"/>
              </w:rPr>
              <w:t>Golf &amp; Spa Resort</w:t>
            </w:r>
            <w:r w:rsidRPr="00CF2FC1">
              <w:fldChar w:fldCharType="end"/>
            </w:r>
          </w:p>
        </w:tc>
      </w:tr>
    </w:tbl>
    <w:p w14:paraId="4A648785" w14:textId="46D0D694" w:rsidR="00892FE5" w:rsidRPr="00533202" w:rsidRDefault="00F112F6" w:rsidP="00533202">
      <w:pPr>
        <w:pStyle w:val="Prrafodelista"/>
        <w:numPr>
          <w:ilvl w:val="0"/>
          <w:numId w:val="13"/>
        </w:numPr>
        <w:rPr>
          <w:lang w:val="es-CO"/>
        </w:rPr>
      </w:pPr>
      <w:r w:rsidRPr="002C289E">
        <w:rPr>
          <w:lang w:val="es-CO"/>
        </w:rPr>
        <w:t>El hotel que confirmamos puede ser uno de los hoteles indicados en cada ciudad o similar de la misma categoría dependiendo de disponibilidad u otros factores.</w:t>
      </w:r>
    </w:p>
    <w:p w14:paraId="4532B6B2" w14:textId="5410319A" w:rsidR="006F6B04" w:rsidRPr="006F6B04" w:rsidRDefault="006F6B04" w:rsidP="006F6B04">
      <w:pPr>
        <w:pStyle w:val="Ttulo2"/>
      </w:pPr>
      <w:r w:rsidRPr="006F6B04">
        <w:lastRenderedPageBreak/>
        <w:t>INCLU</w:t>
      </w:r>
      <w:r>
        <w:t>YE</w:t>
      </w:r>
      <w:r w:rsidRPr="006F6B04">
        <w:t> </w:t>
      </w:r>
    </w:p>
    <w:p w14:paraId="4597B00B" w14:textId="77777777" w:rsidR="006F6B04" w:rsidRPr="006F6B04" w:rsidRDefault="006F6B04" w:rsidP="006F6B04">
      <w:pPr>
        <w:numPr>
          <w:ilvl w:val="0"/>
          <w:numId w:val="18"/>
        </w:numPr>
        <w:rPr>
          <w:lang w:val="es-CO"/>
        </w:rPr>
      </w:pPr>
      <w:r w:rsidRPr="006F6B04">
        <w:rPr>
          <w:lang w:val="es-MX"/>
        </w:rPr>
        <w:t>Alojamiento y alimentos (sin bebidas) como indicado en el itinerario.</w:t>
      </w:r>
      <w:r w:rsidRPr="006F6B04">
        <w:rPr>
          <w:lang w:val="es-CO"/>
        </w:rPr>
        <w:t> </w:t>
      </w:r>
    </w:p>
    <w:p w14:paraId="6749669E" w14:textId="77777777" w:rsidR="006F6B04" w:rsidRPr="006F6B04" w:rsidRDefault="006F6B04" w:rsidP="006F6B04">
      <w:pPr>
        <w:numPr>
          <w:ilvl w:val="0"/>
          <w:numId w:val="19"/>
        </w:numPr>
        <w:rPr>
          <w:lang w:val="es-CO"/>
        </w:rPr>
      </w:pPr>
      <w:r w:rsidRPr="006F6B04">
        <w:rPr>
          <w:lang w:val="es-MX"/>
        </w:rPr>
        <w:t>Traslados, visitas y excursiones con guía de habla hispana.</w:t>
      </w:r>
      <w:r w:rsidRPr="006F6B04">
        <w:rPr>
          <w:lang w:val="es-CO"/>
        </w:rPr>
        <w:t> </w:t>
      </w:r>
    </w:p>
    <w:p w14:paraId="05F2A653" w14:textId="77777777" w:rsidR="006F6B04" w:rsidRPr="006F6B04" w:rsidRDefault="006F6B04" w:rsidP="006F6B04">
      <w:pPr>
        <w:numPr>
          <w:ilvl w:val="0"/>
          <w:numId w:val="20"/>
        </w:numPr>
        <w:rPr>
          <w:lang w:val="es-CO"/>
        </w:rPr>
      </w:pPr>
      <w:r w:rsidRPr="006F6B04">
        <w:rPr>
          <w:lang w:val="es-MX"/>
        </w:rPr>
        <w:t>Entradas a los sitios de interés durante las visitas y excursiones.</w:t>
      </w:r>
      <w:r w:rsidRPr="006F6B04">
        <w:rPr>
          <w:lang w:val="es-CO"/>
        </w:rPr>
        <w:t> </w:t>
      </w:r>
    </w:p>
    <w:p w14:paraId="48E37958" w14:textId="77777777" w:rsidR="006F6B04" w:rsidRPr="006F6B04" w:rsidRDefault="006F6B04" w:rsidP="006F6B04">
      <w:pPr>
        <w:numPr>
          <w:ilvl w:val="0"/>
          <w:numId w:val="21"/>
        </w:numPr>
        <w:rPr>
          <w:lang w:val="es-CO"/>
        </w:rPr>
      </w:pPr>
      <w:r w:rsidRPr="006F6B04">
        <w:rPr>
          <w:lang w:val="es-MX"/>
        </w:rPr>
        <w:t>Impuestos habitaciones, VAT y manejo de equipaje.</w:t>
      </w:r>
      <w:r w:rsidRPr="006F6B04">
        <w:rPr>
          <w:lang w:val="es-CO"/>
        </w:rPr>
        <w:t> </w:t>
      </w:r>
    </w:p>
    <w:p w14:paraId="59B311D7" w14:textId="77777777" w:rsidR="006F6B04" w:rsidRPr="006F6B04" w:rsidRDefault="006F6B04" w:rsidP="006F6B04">
      <w:pPr>
        <w:rPr>
          <w:lang w:val="es-CO"/>
        </w:rPr>
      </w:pPr>
      <w:r w:rsidRPr="006F6B04">
        <w:rPr>
          <w:lang w:val="es-CO"/>
        </w:rPr>
        <w:t> </w:t>
      </w:r>
    </w:p>
    <w:p w14:paraId="45C03C06" w14:textId="0C590AB3" w:rsidR="006F6B04" w:rsidRPr="006F6B04" w:rsidRDefault="006F6B04" w:rsidP="006F6B04">
      <w:pPr>
        <w:pStyle w:val="Ttulo2"/>
      </w:pPr>
      <w:r w:rsidRPr="006F6B04">
        <w:t>NO INCLU</w:t>
      </w:r>
      <w:r>
        <w:t>YE</w:t>
      </w:r>
      <w:r w:rsidRPr="006F6B04">
        <w:t> </w:t>
      </w:r>
    </w:p>
    <w:p w14:paraId="7ACB80A0" w14:textId="66A6B107" w:rsidR="006F6B04" w:rsidRPr="006F6B04" w:rsidRDefault="00533202" w:rsidP="006F6B04">
      <w:pPr>
        <w:numPr>
          <w:ilvl w:val="0"/>
          <w:numId w:val="22"/>
        </w:numPr>
        <w:rPr>
          <w:lang w:val="es-CO"/>
        </w:rPr>
      </w:pPr>
      <w:r w:rsidRPr="006F6B04">
        <w:rPr>
          <w:lang w:val="es-MX"/>
        </w:rPr>
        <w:t>Tours opcionales</w:t>
      </w:r>
      <w:r w:rsidR="006F6B04" w:rsidRPr="006F6B04">
        <w:rPr>
          <w:lang w:val="es-CO"/>
        </w:rPr>
        <w:t> </w:t>
      </w:r>
    </w:p>
    <w:p w14:paraId="6C128125" w14:textId="77777777" w:rsidR="006F6B04" w:rsidRPr="006F6B04" w:rsidRDefault="006F6B04" w:rsidP="006F6B04">
      <w:pPr>
        <w:numPr>
          <w:ilvl w:val="0"/>
          <w:numId w:val="23"/>
        </w:numPr>
        <w:rPr>
          <w:lang w:val="es-CO"/>
        </w:rPr>
      </w:pPr>
      <w:r w:rsidRPr="006F6B04">
        <w:rPr>
          <w:lang w:val="es-AR"/>
        </w:rPr>
        <w:t>Tarifas aéreas de vuelos domésticos </w:t>
      </w:r>
      <w:r w:rsidRPr="006F6B04">
        <w:rPr>
          <w:lang w:val="es-CO"/>
        </w:rPr>
        <w:t> </w:t>
      </w:r>
    </w:p>
    <w:p w14:paraId="1CF14E92" w14:textId="77777777" w:rsidR="006F6B04" w:rsidRPr="006F6B04" w:rsidRDefault="006F6B04" w:rsidP="006F6B04">
      <w:pPr>
        <w:numPr>
          <w:ilvl w:val="0"/>
          <w:numId w:val="24"/>
        </w:numPr>
        <w:rPr>
          <w:lang w:val="es-CO"/>
        </w:rPr>
      </w:pPr>
      <w:r w:rsidRPr="006F6B04">
        <w:rPr>
          <w:lang w:val="es-AR"/>
        </w:rPr>
        <w:t>Tarifas aéreas de vuelos internacionales de entrada/salida </w:t>
      </w:r>
      <w:r w:rsidRPr="006F6B04">
        <w:rPr>
          <w:lang w:val="es-CO"/>
        </w:rPr>
        <w:t> </w:t>
      </w:r>
    </w:p>
    <w:p w14:paraId="706000B1" w14:textId="77777777" w:rsidR="006F6B04" w:rsidRPr="006F6B04" w:rsidRDefault="006F6B04" w:rsidP="006F6B04">
      <w:pPr>
        <w:numPr>
          <w:ilvl w:val="0"/>
          <w:numId w:val="25"/>
        </w:numPr>
        <w:rPr>
          <w:lang w:val="es-CO"/>
        </w:rPr>
      </w:pPr>
      <w:r w:rsidRPr="006F6B04">
        <w:rPr>
          <w:lang w:val="es-MX"/>
        </w:rPr>
        <w:t>Gastos de índole personal como bebidas, extras, regalos, lavandería en hoteles, etc.</w:t>
      </w:r>
      <w:r w:rsidRPr="006F6B04">
        <w:rPr>
          <w:lang w:val="es-CO"/>
        </w:rPr>
        <w:t> </w:t>
      </w:r>
    </w:p>
    <w:p w14:paraId="2E077559" w14:textId="77777777" w:rsidR="006F6B04" w:rsidRPr="006F6B04" w:rsidRDefault="006F6B04" w:rsidP="006F6B04">
      <w:pPr>
        <w:numPr>
          <w:ilvl w:val="0"/>
          <w:numId w:val="26"/>
        </w:numPr>
        <w:rPr>
          <w:lang w:val="es-CO"/>
        </w:rPr>
      </w:pPr>
      <w:r w:rsidRPr="006F6B04">
        <w:rPr>
          <w:lang w:val="es-MX"/>
        </w:rPr>
        <w:t>Otros tours y alimentos no mencionados en el programa.</w:t>
      </w:r>
      <w:r w:rsidRPr="006F6B04">
        <w:rPr>
          <w:lang w:val="es-CO"/>
        </w:rPr>
        <w:t> </w:t>
      </w:r>
    </w:p>
    <w:p w14:paraId="6F2D924C" w14:textId="77777777" w:rsidR="006F6B04" w:rsidRPr="006F6B04" w:rsidRDefault="006F6B04" w:rsidP="006F6B04">
      <w:pPr>
        <w:numPr>
          <w:ilvl w:val="0"/>
          <w:numId w:val="27"/>
        </w:numPr>
        <w:rPr>
          <w:lang w:val="es-CO"/>
        </w:rPr>
      </w:pPr>
      <w:r w:rsidRPr="006F6B04">
        <w:rPr>
          <w:lang w:val="es-MX"/>
        </w:rPr>
        <w:t>Propinas a nuestros guías y conductores.</w:t>
      </w:r>
      <w:r w:rsidRPr="006F6B04">
        <w:rPr>
          <w:lang w:val="es-CO"/>
        </w:rPr>
        <w:t> </w:t>
      </w:r>
    </w:p>
    <w:p w14:paraId="42526BF0" w14:textId="77777777" w:rsidR="006F6B04" w:rsidRPr="006F6B04" w:rsidRDefault="006F6B04" w:rsidP="006F6B04">
      <w:pPr>
        <w:rPr>
          <w:lang w:val="es-CO"/>
        </w:rPr>
      </w:pPr>
      <w:r w:rsidRPr="006F6B04">
        <w:rPr>
          <w:lang w:val="es-CO"/>
        </w:rPr>
        <w:t> </w:t>
      </w:r>
    </w:p>
    <w:p w14:paraId="6F03B99D" w14:textId="77777777" w:rsidR="006F6B04" w:rsidRPr="006F6B04" w:rsidRDefault="006F6B04" w:rsidP="006F6B04">
      <w:pPr>
        <w:pStyle w:val="Ttulo2"/>
      </w:pPr>
      <w:r w:rsidRPr="006F6B04">
        <w:t>POLITICA PARA LOS NIÑOS (Servicios en tierra): </w:t>
      </w:r>
    </w:p>
    <w:p w14:paraId="7CF4BDA8" w14:textId="77777777" w:rsidR="006F6B04" w:rsidRPr="006F6B04" w:rsidRDefault="006F6B04" w:rsidP="006F6B04">
      <w:pPr>
        <w:numPr>
          <w:ilvl w:val="0"/>
          <w:numId w:val="28"/>
        </w:numPr>
        <w:rPr>
          <w:lang w:val="es-CO"/>
        </w:rPr>
      </w:pPr>
      <w:r w:rsidRPr="006F6B04">
        <w:rPr>
          <w:lang w:val="es-AR"/>
        </w:rPr>
        <w:t>Niños de 1-2 años: Gratuidad en el caso de compartir habitación con sus padres.</w:t>
      </w:r>
      <w:r w:rsidRPr="006F6B04">
        <w:rPr>
          <w:lang w:val="es-CO"/>
        </w:rPr>
        <w:t> </w:t>
      </w:r>
    </w:p>
    <w:p w14:paraId="541CDF86" w14:textId="77777777" w:rsidR="006F6B04" w:rsidRPr="006F6B04" w:rsidRDefault="006F6B04" w:rsidP="006F6B04">
      <w:pPr>
        <w:numPr>
          <w:ilvl w:val="0"/>
          <w:numId w:val="29"/>
        </w:numPr>
        <w:rPr>
          <w:lang w:val="es-CO"/>
        </w:rPr>
      </w:pPr>
      <w:r w:rsidRPr="006F6B04">
        <w:rPr>
          <w:lang w:val="es-AR"/>
        </w:rPr>
        <w:t>Niños de 2-12 años: 75% de cargo del coste de un adulto si se usa una cama extra en la habitación de sus padres. </w:t>
      </w:r>
      <w:r w:rsidRPr="006F6B04">
        <w:rPr>
          <w:lang w:val="es-CO"/>
        </w:rPr>
        <w:t> </w:t>
      </w:r>
    </w:p>
    <w:p w14:paraId="72B7FD81" w14:textId="77777777" w:rsidR="006F6B04" w:rsidRPr="006F6B04" w:rsidRDefault="006F6B04" w:rsidP="006F6B04">
      <w:pPr>
        <w:numPr>
          <w:ilvl w:val="0"/>
          <w:numId w:val="30"/>
        </w:numPr>
        <w:rPr>
          <w:lang w:val="es-CO"/>
        </w:rPr>
      </w:pPr>
      <w:r w:rsidRPr="006F6B04">
        <w:rPr>
          <w:lang w:val="es-AR"/>
        </w:rPr>
        <w:t>Niños de más de 12 años: Cargo como precio de adulto</w:t>
      </w:r>
      <w:r w:rsidRPr="006F6B04">
        <w:rPr>
          <w:lang w:val="es-CO"/>
        </w:rPr>
        <w:t> </w:t>
      </w:r>
    </w:p>
    <w:p w14:paraId="1785384D" w14:textId="77777777" w:rsidR="006F6B04" w:rsidRPr="006F6B04" w:rsidRDefault="006F6B04" w:rsidP="006F6B04">
      <w:pPr>
        <w:numPr>
          <w:ilvl w:val="0"/>
          <w:numId w:val="31"/>
        </w:numPr>
        <w:rPr>
          <w:lang w:val="es-CO"/>
        </w:rPr>
      </w:pPr>
      <w:r w:rsidRPr="006F6B04">
        <w:rPr>
          <w:lang w:val="es-ES"/>
        </w:rPr>
        <w:t>Un máximo de 2 niños entre 2 -12 años que comparten habitación con 2 padres, se les concede el 25% en el paquete turístico y obtendrán una cama supletoria. Dependiendo de la política del hotel, sólo puede haber una cama supletoria para los niños. Los niños que han cumplido los 12 años durante el tour no tienen derecho al descuento.</w:t>
      </w:r>
      <w:r w:rsidRPr="006F6B04">
        <w:rPr>
          <w:lang w:val="es-CO"/>
        </w:rPr>
        <w:t> </w:t>
      </w:r>
    </w:p>
    <w:p w14:paraId="6CCD8DF4" w14:textId="77777777" w:rsidR="006F6B04" w:rsidRPr="006F6B04" w:rsidRDefault="006F6B04" w:rsidP="006F6B04">
      <w:pPr>
        <w:numPr>
          <w:ilvl w:val="0"/>
          <w:numId w:val="32"/>
        </w:numPr>
        <w:rPr>
          <w:lang w:val="es-CO"/>
        </w:rPr>
      </w:pPr>
      <w:r w:rsidRPr="006F6B04">
        <w:rPr>
          <w:lang w:val="es-ES"/>
        </w:rPr>
        <w:t>1 niño + 1 adulto compartiendo una habitación o 2 niños en una habitación separada no tendrán descuento para niños.</w:t>
      </w:r>
      <w:r w:rsidRPr="006F6B04">
        <w:rPr>
          <w:lang w:val="es-CO"/>
        </w:rPr>
        <w:t> </w:t>
      </w:r>
    </w:p>
    <w:p w14:paraId="0F7424D9" w14:textId="25CD96FB" w:rsidR="006F6B04" w:rsidRPr="006F6B04" w:rsidRDefault="006F6B04" w:rsidP="006F6B04">
      <w:pPr>
        <w:rPr>
          <w:lang w:val="es-CO"/>
        </w:rPr>
      </w:pPr>
      <w:r w:rsidRPr="006F6B04">
        <w:rPr>
          <w:lang w:val="es-CO"/>
        </w:rPr>
        <w:t>  </w:t>
      </w:r>
    </w:p>
    <w:p w14:paraId="75B65D8A" w14:textId="44A29121" w:rsidR="006F6B04" w:rsidRPr="006F6B04" w:rsidRDefault="006F6B04" w:rsidP="006F6B04">
      <w:pPr>
        <w:pStyle w:val="Ttulo2"/>
      </w:pPr>
      <w:r w:rsidRPr="006F6B04">
        <w:t xml:space="preserve">NOTAS </w:t>
      </w:r>
    </w:p>
    <w:p w14:paraId="702F66A0" w14:textId="77777777" w:rsidR="006F6B04" w:rsidRPr="006F6B04" w:rsidRDefault="006F6B04" w:rsidP="006F6B04">
      <w:pPr>
        <w:numPr>
          <w:ilvl w:val="0"/>
          <w:numId w:val="35"/>
        </w:numPr>
        <w:rPr>
          <w:lang w:val="es-CO"/>
        </w:rPr>
      </w:pPr>
      <w:r w:rsidRPr="006F6B04">
        <w:rPr>
          <w:lang w:val="es-MX"/>
        </w:rPr>
        <w:t>El itinerario está sujeto a cambios dependiendo de los vuelos confirmados, condiciones climáticas y en las carreteras.</w:t>
      </w:r>
      <w:r w:rsidRPr="006F6B04">
        <w:rPr>
          <w:lang w:val="es-CO"/>
        </w:rPr>
        <w:t> </w:t>
      </w:r>
    </w:p>
    <w:p w14:paraId="6580ECC0" w14:textId="77777777" w:rsidR="006F6B04" w:rsidRPr="006F6B04" w:rsidRDefault="006F6B04" w:rsidP="006F6B04">
      <w:pPr>
        <w:numPr>
          <w:ilvl w:val="0"/>
          <w:numId w:val="36"/>
        </w:numPr>
        <w:rPr>
          <w:lang w:val="es-CO"/>
        </w:rPr>
      </w:pPr>
      <w:r w:rsidRPr="006F6B04">
        <w:rPr>
          <w:lang w:val="es-MX"/>
        </w:rPr>
        <w:t xml:space="preserve">Asia </w:t>
      </w:r>
      <w:proofErr w:type="spellStart"/>
      <w:r w:rsidRPr="006F6B04">
        <w:rPr>
          <w:lang w:val="es-MX"/>
        </w:rPr>
        <w:t>Exotica</w:t>
      </w:r>
      <w:proofErr w:type="spellEnd"/>
      <w:r w:rsidRPr="006F6B04">
        <w:rPr>
          <w:lang w:val="es-MX"/>
        </w:rPr>
        <w:t xml:space="preserve"> se reserva el derecho de cambiar las tarifas en caso de que el coste del carburante incremente de un 10% o más en el periodo del contrato</w:t>
      </w:r>
      <w:r w:rsidRPr="006F6B04">
        <w:rPr>
          <w:lang w:val="es-CO"/>
        </w:rPr>
        <w:t> </w:t>
      </w:r>
    </w:p>
    <w:p w14:paraId="0134CCEC" w14:textId="6EDAFA74" w:rsidR="006E410B" w:rsidRPr="00533202" w:rsidRDefault="006F6B04" w:rsidP="00533202">
      <w:pPr>
        <w:numPr>
          <w:ilvl w:val="0"/>
          <w:numId w:val="37"/>
        </w:numPr>
        <w:rPr>
          <w:lang w:val="es-CO"/>
        </w:rPr>
      </w:pPr>
      <w:r w:rsidRPr="006F6B04">
        <w:rPr>
          <w:lang w:val="es-MX"/>
        </w:rPr>
        <w:t>En caso de subida del impuesto IVA (actualmente 7%) o de las tarifas del tren, del impuesto de aeropuerto doméstico, de los vuelos domésticos y cualquier otro impuesto gubernamental sea introducido, reservamos el derecho de ajustar nuestras tarifas</w:t>
      </w:r>
      <w:r w:rsidR="00533202">
        <w:rPr>
          <w:lang w:val="es-CO"/>
        </w:rPr>
        <w:t>.</w:t>
      </w:r>
    </w:p>
    <w:sectPr w:rsidR="006E410B" w:rsidRPr="00533202" w:rsidSect="005C3F5B">
      <w:pgSz w:w="12240" w:h="15840" w:code="1"/>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Noto Sans Symbols">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yriad Pro">
    <w:altName w:val="Corbel"/>
    <w:panose1 w:val="00000000000000000000"/>
    <w:charset w:val="00"/>
    <w:family w:val="swiss"/>
    <w:notTrueType/>
    <w:pitch w:val="variable"/>
    <w:sig w:usb0="20000287" w:usb1="00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aconnme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2801BDD"/>
    <w:multiLevelType w:val="hybridMultilevel"/>
    <w:tmpl w:val="38EABA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4026445"/>
    <w:multiLevelType w:val="multilevel"/>
    <w:tmpl w:val="11D6B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49624CE"/>
    <w:multiLevelType w:val="hybridMultilevel"/>
    <w:tmpl w:val="4098721E"/>
    <w:lvl w:ilvl="0" w:tplc="240A0001">
      <w:start w:val="1"/>
      <w:numFmt w:val="bullet"/>
      <w:lvlText w:val=""/>
      <w:lvlJc w:val="left"/>
      <w:pPr>
        <w:ind w:left="718" w:hanging="360"/>
      </w:pPr>
      <w:rPr>
        <w:rFonts w:ascii="Symbol" w:hAnsi="Symbol"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12" w15:restartNumberingAfterBreak="0">
    <w:nsid w:val="09FD72A8"/>
    <w:multiLevelType w:val="multilevel"/>
    <w:tmpl w:val="BDDA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E297456"/>
    <w:multiLevelType w:val="hybridMultilevel"/>
    <w:tmpl w:val="629EB3BE"/>
    <w:lvl w:ilvl="0" w:tplc="240A0001">
      <w:start w:val="1"/>
      <w:numFmt w:val="bullet"/>
      <w:lvlText w:val=""/>
      <w:lvlJc w:val="left"/>
      <w:pPr>
        <w:ind w:left="720" w:hanging="360"/>
      </w:pPr>
      <w:rPr>
        <w:rFonts w:ascii="Symbol" w:hAnsi="Symbol" w:hint="default"/>
      </w:rPr>
    </w:lvl>
    <w:lvl w:ilvl="1" w:tplc="DBAE3724">
      <w:numFmt w:val="bullet"/>
      <w:lvlText w:val="•"/>
      <w:lvlJc w:val="left"/>
      <w:pPr>
        <w:ind w:left="1800" w:hanging="720"/>
      </w:pPr>
      <w:rPr>
        <w:rFonts w:ascii="Arial" w:eastAsia="Georgia"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0F043598"/>
    <w:multiLevelType w:val="multilevel"/>
    <w:tmpl w:val="7A800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FCC4B02"/>
    <w:multiLevelType w:val="hybridMultilevel"/>
    <w:tmpl w:val="C05AF6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110346F7"/>
    <w:multiLevelType w:val="multilevel"/>
    <w:tmpl w:val="6E623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8F3594A"/>
    <w:multiLevelType w:val="multilevel"/>
    <w:tmpl w:val="67964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793760A"/>
    <w:multiLevelType w:val="multilevel"/>
    <w:tmpl w:val="670E2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97C326E"/>
    <w:multiLevelType w:val="hybridMultilevel"/>
    <w:tmpl w:val="CC6266AC"/>
    <w:lvl w:ilvl="0" w:tplc="240A0001">
      <w:start w:val="1"/>
      <w:numFmt w:val="bullet"/>
      <w:lvlText w:val=""/>
      <w:lvlJc w:val="left"/>
      <w:pPr>
        <w:ind w:left="718" w:hanging="360"/>
      </w:pPr>
      <w:rPr>
        <w:rFonts w:ascii="Symbol" w:hAnsi="Symbol"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20" w15:restartNumberingAfterBreak="0">
    <w:nsid w:val="31D322E1"/>
    <w:multiLevelType w:val="multilevel"/>
    <w:tmpl w:val="A2ECC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3422DD6"/>
    <w:multiLevelType w:val="multilevel"/>
    <w:tmpl w:val="51A23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DD72050"/>
    <w:multiLevelType w:val="hybridMultilevel"/>
    <w:tmpl w:val="C8F0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EB26609"/>
    <w:multiLevelType w:val="multilevel"/>
    <w:tmpl w:val="5CE4E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38B7AF7"/>
    <w:multiLevelType w:val="multilevel"/>
    <w:tmpl w:val="64684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4815DFF"/>
    <w:multiLevelType w:val="multilevel"/>
    <w:tmpl w:val="9EA6C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5A479EF"/>
    <w:multiLevelType w:val="multilevel"/>
    <w:tmpl w:val="36224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BAA061A"/>
    <w:multiLevelType w:val="multilevel"/>
    <w:tmpl w:val="92241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9490BAA"/>
    <w:multiLevelType w:val="multilevel"/>
    <w:tmpl w:val="FFFFFFFF"/>
    <w:lvl w:ilvl="0">
      <w:start w:val="1"/>
      <w:numFmt w:val="bullet"/>
      <w:lvlText w:val="-"/>
      <w:lvlJc w:val="left"/>
      <w:pPr>
        <w:ind w:left="360" w:hanging="360"/>
      </w:pPr>
      <w:rPr>
        <w:rFonts w:ascii="Century Gothic" w:eastAsia="Century Gothic" w:hAnsi="Century Gothic" w:cs="Century Gothic"/>
        <w:color w:val="C7862B"/>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9" w15:restartNumberingAfterBreak="0">
    <w:nsid w:val="5B98276F"/>
    <w:multiLevelType w:val="multilevel"/>
    <w:tmpl w:val="F212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C8932C8"/>
    <w:multiLevelType w:val="hybridMultilevel"/>
    <w:tmpl w:val="DF7E78BE"/>
    <w:lvl w:ilvl="0" w:tplc="240A0001">
      <w:start w:val="1"/>
      <w:numFmt w:val="bullet"/>
      <w:lvlText w:val=""/>
      <w:lvlJc w:val="left"/>
      <w:pPr>
        <w:ind w:left="718" w:hanging="360"/>
      </w:pPr>
      <w:rPr>
        <w:rFonts w:ascii="Symbol" w:hAnsi="Symbol"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31" w15:restartNumberingAfterBreak="0">
    <w:nsid w:val="65FC515D"/>
    <w:multiLevelType w:val="multilevel"/>
    <w:tmpl w:val="5566B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3C5ED0"/>
    <w:multiLevelType w:val="multilevel"/>
    <w:tmpl w:val="12906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B7C39AF"/>
    <w:multiLevelType w:val="multilevel"/>
    <w:tmpl w:val="593CC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3165B7F"/>
    <w:multiLevelType w:val="multilevel"/>
    <w:tmpl w:val="D0B8C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EDC1673"/>
    <w:multiLevelType w:val="multilevel"/>
    <w:tmpl w:val="FBD85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F0F28D0"/>
    <w:multiLevelType w:val="multilevel"/>
    <w:tmpl w:val="FFFFFFFF"/>
    <w:lvl w:ilvl="0">
      <w:start w:val="3"/>
      <w:numFmt w:val="bullet"/>
      <w:lvlText w:val="-"/>
      <w:lvlJc w:val="left"/>
      <w:pPr>
        <w:ind w:left="720" w:hanging="360"/>
      </w:pPr>
      <w:rPr>
        <w:rFonts w:ascii="Trebuchet MS" w:eastAsia="Trebuchet MS" w:hAnsi="Trebuchet MS" w:cs="Trebuchet MS"/>
        <w:color w:val="C7862B"/>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7" w15:restartNumberingAfterBreak="0">
    <w:nsid w:val="7F633FBE"/>
    <w:multiLevelType w:val="multilevel"/>
    <w:tmpl w:val="444C7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91691978">
    <w:abstractNumId w:val="8"/>
  </w:num>
  <w:num w:numId="2" w16cid:durableId="530844207">
    <w:abstractNumId w:val="6"/>
  </w:num>
  <w:num w:numId="3" w16cid:durableId="1492214556">
    <w:abstractNumId w:val="5"/>
  </w:num>
  <w:num w:numId="4" w16cid:durableId="695422887">
    <w:abstractNumId w:val="4"/>
  </w:num>
  <w:num w:numId="5" w16cid:durableId="1287934875">
    <w:abstractNumId w:val="7"/>
  </w:num>
  <w:num w:numId="6" w16cid:durableId="290789400">
    <w:abstractNumId w:val="3"/>
  </w:num>
  <w:num w:numId="7" w16cid:durableId="996494620">
    <w:abstractNumId w:val="2"/>
  </w:num>
  <w:num w:numId="8" w16cid:durableId="257905792">
    <w:abstractNumId w:val="1"/>
  </w:num>
  <w:num w:numId="9" w16cid:durableId="286199834">
    <w:abstractNumId w:val="0"/>
  </w:num>
  <w:num w:numId="10" w16cid:durableId="1130593913">
    <w:abstractNumId w:val="13"/>
  </w:num>
  <w:num w:numId="11" w16cid:durableId="572205421">
    <w:abstractNumId w:val="15"/>
  </w:num>
  <w:num w:numId="12" w16cid:durableId="1324894533">
    <w:abstractNumId w:val="22"/>
  </w:num>
  <w:num w:numId="13" w16cid:durableId="878780084">
    <w:abstractNumId w:val="9"/>
  </w:num>
  <w:num w:numId="14" w16cid:durableId="1034159258">
    <w:abstractNumId w:val="28"/>
  </w:num>
  <w:num w:numId="15" w16cid:durableId="1864055912">
    <w:abstractNumId w:val="36"/>
  </w:num>
  <w:num w:numId="16" w16cid:durableId="434791176">
    <w:abstractNumId w:val="30"/>
  </w:num>
  <w:num w:numId="17" w16cid:durableId="2147231982">
    <w:abstractNumId w:val="19"/>
  </w:num>
  <w:num w:numId="18" w16cid:durableId="1110507997">
    <w:abstractNumId w:val="12"/>
  </w:num>
  <w:num w:numId="19" w16cid:durableId="531235157">
    <w:abstractNumId w:val="27"/>
  </w:num>
  <w:num w:numId="20" w16cid:durableId="1330477811">
    <w:abstractNumId w:val="10"/>
  </w:num>
  <w:num w:numId="21" w16cid:durableId="1690063362">
    <w:abstractNumId w:val="25"/>
  </w:num>
  <w:num w:numId="22" w16cid:durableId="1626813441">
    <w:abstractNumId w:val="35"/>
  </w:num>
  <w:num w:numId="23" w16cid:durableId="172651953">
    <w:abstractNumId w:val="17"/>
  </w:num>
  <w:num w:numId="24" w16cid:durableId="1263564599">
    <w:abstractNumId w:val="24"/>
  </w:num>
  <w:num w:numId="25" w16cid:durableId="265230762">
    <w:abstractNumId w:val="34"/>
  </w:num>
  <w:num w:numId="26" w16cid:durableId="913126172">
    <w:abstractNumId w:val="33"/>
  </w:num>
  <w:num w:numId="27" w16cid:durableId="332992704">
    <w:abstractNumId w:val="31"/>
  </w:num>
  <w:num w:numId="28" w16cid:durableId="793521127">
    <w:abstractNumId w:val="32"/>
  </w:num>
  <w:num w:numId="29" w16cid:durableId="257102960">
    <w:abstractNumId w:val="37"/>
  </w:num>
  <w:num w:numId="30" w16cid:durableId="733354668">
    <w:abstractNumId w:val="14"/>
  </w:num>
  <w:num w:numId="31" w16cid:durableId="37901508">
    <w:abstractNumId w:val="21"/>
  </w:num>
  <w:num w:numId="32" w16cid:durableId="678002329">
    <w:abstractNumId w:val="23"/>
  </w:num>
  <w:num w:numId="33" w16cid:durableId="1001812539">
    <w:abstractNumId w:val="16"/>
  </w:num>
  <w:num w:numId="34" w16cid:durableId="520826832">
    <w:abstractNumId w:val="29"/>
  </w:num>
  <w:num w:numId="35" w16cid:durableId="834225554">
    <w:abstractNumId w:val="18"/>
  </w:num>
  <w:num w:numId="36" w16cid:durableId="1670870">
    <w:abstractNumId w:val="20"/>
  </w:num>
  <w:num w:numId="37" w16cid:durableId="583533713">
    <w:abstractNumId w:val="26"/>
  </w:num>
  <w:num w:numId="38" w16cid:durableId="6636332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013B6"/>
    <w:rsid w:val="00033205"/>
    <w:rsid w:val="00034616"/>
    <w:rsid w:val="00034AA8"/>
    <w:rsid w:val="000357B9"/>
    <w:rsid w:val="00041065"/>
    <w:rsid w:val="0006063C"/>
    <w:rsid w:val="00061A8A"/>
    <w:rsid w:val="0006228A"/>
    <w:rsid w:val="000624C7"/>
    <w:rsid w:val="000A7A59"/>
    <w:rsid w:val="000C18CF"/>
    <w:rsid w:val="000E1A16"/>
    <w:rsid w:val="000E70AD"/>
    <w:rsid w:val="000F27FF"/>
    <w:rsid w:val="0012500D"/>
    <w:rsid w:val="0015074B"/>
    <w:rsid w:val="001565D8"/>
    <w:rsid w:val="001C1BBB"/>
    <w:rsid w:val="001D362F"/>
    <w:rsid w:val="001F14CF"/>
    <w:rsid w:val="001F509E"/>
    <w:rsid w:val="001F6596"/>
    <w:rsid w:val="00251BD5"/>
    <w:rsid w:val="00283C6E"/>
    <w:rsid w:val="0028655F"/>
    <w:rsid w:val="0029639D"/>
    <w:rsid w:val="002B61F1"/>
    <w:rsid w:val="002B6212"/>
    <w:rsid w:val="002B7094"/>
    <w:rsid w:val="002C289E"/>
    <w:rsid w:val="002C7369"/>
    <w:rsid w:val="002E14D0"/>
    <w:rsid w:val="00326F90"/>
    <w:rsid w:val="00334046"/>
    <w:rsid w:val="003367BE"/>
    <w:rsid w:val="00352650"/>
    <w:rsid w:val="003602D6"/>
    <w:rsid w:val="00362B25"/>
    <w:rsid w:val="00392D0B"/>
    <w:rsid w:val="003D13F2"/>
    <w:rsid w:val="003D698A"/>
    <w:rsid w:val="003E274A"/>
    <w:rsid w:val="003E465A"/>
    <w:rsid w:val="003F3BFE"/>
    <w:rsid w:val="00407091"/>
    <w:rsid w:val="00416582"/>
    <w:rsid w:val="00440DDB"/>
    <w:rsid w:val="00440FDF"/>
    <w:rsid w:val="00442E24"/>
    <w:rsid w:val="00480664"/>
    <w:rsid w:val="004B7AF2"/>
    <w:rsid w:val="004C5329"/>
    <w:rsid w:val="004F2393"/>
    <w:rsid w:val="004F6B61"/>
    <w:rsid w:val="005314A2"/>
    <w:rsid w:val="00533202"/>
    <w:rsid w:val="00552F0C"/>
    <w:rsid w:val="005542C5"/>
    <w:rsid w:val="00557DC7"/>
    <w:rsid w:val="005827AD"/>
    <w:rsid w:val="005849BA"/>
    <w:rsid w:val="00596E68"/>
    <w:rsid w:val="005A14AC"/>
    <w:rsid w:val="005B20C1"/>
    <w:rsid w:val="005B46A6"/>
    <w:rsid w:val="005C3F5B"/>
    <w:rsid w:val="005C45FD"/>
    <w:rsid w:val="005D7F3F"/>
    <w:rsid w:val="005E5B65"/>
    <w:rsid w:val="005F4B32"/>
    <w:rsid w:val="006063BE"/>
    <w:rsid w:val="0063052E"/>
    <w:rsid w:val="006871DC"/>
    <w:rsid w:val="006B14BA"/>
    <w:rsid w:val="006B60BB"/>
    <w:rsid w:val="006C1B6B"/>
    <w:rsid w:val="006C49E8"/>
    <w:rsid w:val="006D3E2D"/>
    <w:rsid w:val="006E410B"/>
    <w:rsid w:val="006F6B04"/>
    <w:rsid w:val="007036DA"/>
    <w:rsid w:val="0071021F"/>
    <w:rsid w:val="007127A0"/>
    <w:rsid w:val="00714A20"/>
    <w:rsid w:val="00720CE6"/>
    <w:rsid w:val="00736907"/>
    <w:rsid w:val="00744A2F"/>
    <w:rsid w:val="00764A1F"/>
    <w:rsid w:val="00770BBE"/>
    <w:rsid w:val="00773FE6"/>
    <w:rsid w:val="007C56FE"/>
    <w:rsid w:val="00856680"/>
    <w:rsid w:val="008728E2"/>
    <w:rsid w:val="008805F8"/>
    <w:rsid w:val="00885DA6"/>
    <w:rsid w:val="00892FE5"/>
    <w:rsid w:val="00894269"/>
    <w:rsid w:val="008A2E2E"/>
    <w:rsid w:val="008F1ABA"/>
    <w:rsid w:val="00936E1C"/>
    <w:rsid w:val="00974CEE"/>
    <w:rsid w:val="00992B65"/>
    <w:rsid w:val="009D1A29"/>
    <w:rsid w:val="009D7C85"/>
    <w:rsid w:val="009F5E39"/>
    <w:rsid w:val="00A20141"/>
    <w:rsid w:val="00A47513"/>
    <w:rsid w:val="00A72E41"/>
    <w:rsid w:val="00A858C1"/>
    <w:rsid w:val="00A926A6"/>
    <w:rsid w:val="00AA1D8D"/>
    <w:rsid w:val="00AA638A"/>
    <w:rsid w:val="00AB250A"/>
    <w:rsid w:val="00AB42C7"/>
    <w:rsid w:val="00AD2A53"/>
    <w:rsid w:val="00AF4E63"/>
    <w:rsid w:val="00B05026"/>
    <w:rsid w:val="00B42F01"/>
    <w:rsid w:val="00B434E7"/>
    <w:rsid w:val="00B47730"/>
    <w:rsid w:val="00B71347"/>
    <w:rsid w:val="00BC3318"/>
    <w:rsid w:val="00C207DB"/>
    <w:rsid w:val="00C30A4F"/>
    <w:rsid w:val="00C3778E"/>
    <w:rsid w:val="00C51ABC"/>
    <w:rsid w:val="00C578BE"/>
    <w:rsid w:val="00C66D5E"/>
    <w:rsid w:val="00CB0664"/>
    <w:rsid w:val="00CC31CE"/>
    <w:rsid w:val="00CD63C8"/>
    <w:rsid w:val="00CE5354"/>
    <w:rsid w:val="00CF2FC1"/>
    <w:rsid w:val="00CF4EC5"/>
    <w:rsid w:val="00D13F22"/>
    <w:rsid w:val="00D52E1D"/>
    <w:rsid w:val="00D92AB3"/>
    <w:rsid w:val="00DB0B1F"/>
    <w:rsid w:val="00DB0F08"/>
    <w:rsid w:val="00DC6FFF"/>
    <w:rsid w:val="00DD3096"/>
    <w:rsid w:val="00DE5D6A"/>
    <w:rsid w:val="00E01D13"/>
    <w:rsid w:val="00E071CD"/>
    <w:rsid w:val="00E1183C"/>
    <w:rsid w:val="00E156A5"/>
    <w:rsid w:val="00E16C5C"/>
    <w:rsid w:val="00E534CE"/>
    <w:rsid w:val="00E53AC1"/>
    <w:rsid w:val="00E7469C"/>
    <w:rsid w:val="00E76A28"/>
    <w:rsid w:val="00EA6C90"/>
    <w:rsid w:val="00EB583C"/>
    <w:rsid w:val="00EE74CA"/>
    <w:rsid w:val="00EF1F0B"/>
    <w:rsid w:val="00F04629"/>
    <w:rsid w:val="00F0694F"/>
    <w:rsid w:val="00F112F6"/>
    <w:rsid w:val="00F31E59"/>
    <w:rsid w:val="00F53F07"/>
    <w:rsid w:val="00F76B8F"/>
    <w:rsid w:val="00F84259"/>
    <w:rsid w:val="00FC274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8DF6EF"/>
  <w14:defaultImageDpi w14:val="300"/>
  <w15:docId w15:val="{F66DDF4B-42A9-4D8D-8167-CBCD2314A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FE5"/>
    <w:pPr>
      <w:pBdr>
        <w:top w:val="nil"/>
        <w:left w:val="nil"/>
        <w:bottom w:val="nil"/>
        <w:right w:val="nil"/>
        <w:between w:val="nil"/>
      </w:pBdr>
      <w:spacing w:after="0"/>
      <w:ind w:hanging="2"/>
      <w:jc w:val="both"/>
    </w:pPr>
    <w:rPr>
      <w:rFonts w:ascii="Arial" w:eastAsia="Georgia" w:hAnsi="Arial" w:cs="Arial"/>
      <w:lang w:val="es-PE"/>
    </w:rPr>
  </w:style>
  <w:style w:type="paragraph" w:styleId="Ttulo1">
    <w:name w:val="heading 1"/>
    <w:basedOn w:val="Normal"/>
    <w:next w:val="Normal"/>
    <w:link w:val="Ttulo1Car"/>
    <w:uiPriority w:val="9"/>
    <w:qFormat/>
    <w:rsid w:val="00283C6E"/>
    <w:pPr>
      <w:keepNext/>
      <w:keepLines/>
      <w:spacing w:before="480"/>
      <w:jc w:val="center"/>
      <w:outlineLvl w:val="0"/>
    </w:pPr>
    <w:rPr>
      <w:rFonts w:eastAsiaTheme="majorEastAsia"/>
      <w:b/>
      <w:bCs/>
      <w:color w:val="59C119"/>
      <w:sz w:val="32"/>
      <w:szCs w:val="32"/>
      <w:lang w:val="it-IT"/>
    </w:rPr>
  </w:style>
  <w:style w:type="paragraph" w:styleId="Ttulo2">
    <w:name w:val="heading 2"/>
    <w:basedOn w:val="Normal"/>
    <w:next w:val="Normal"/>
    <w:link w:val="Ttulo2Car"/>
    <w:uiPriority w:val="9"/>
    <w:unhideWhenUsed/>
    <w:qFormat/>
    <w:rsid w:val="00D52E1D"/>
    <w:pPr>
      <w:keepNext/>
      <w:keepLines/>
      <w:spacing w:before="200" w:after="240"/>
      <w:outlineLvl w:val="1"/>
    </w:pPr>
    <w:rPr>
      <w:rFonts w:eastAsiaTheme="majorEastAsia"/>
      <w:b/>
      <w:bCs/>
      <w:color w:val="59C119"/>
      <w:sz w:val="26"/>
      <w:szCs w:val="26"/>
      <w:lang w:val="es-CO"/>
    </w:rPr>
  </w:style>
  <w:style w:type="paragraph" w:styleId="Ttulo3">
    <w:name w:val="heading 3"/>
    <w:basedOn w:val="Normal"/>
    <w:next w:val="Normal"/>
    <w:link w:val="Ttulo3Car"/>
    <w:uiPriority w:val="9"/>
    <w:unhideWhenUsed/>
    <w:qFormat/>
    <w:rsid w:val="00AD2A53"/>
    <w:pPr>
      <w:spacing w:after="240"/>
      <w:outlineLvl w:val="2"/>
    </w:pPr>
    <w:rPr>
      <w:b/>
      <w:color w:val="59C119"/>
      <w:sz w:val="26"/>
      <w:szCs w:val="26"/>
    </w:rPr>
  </w:style>
  <w:style w:type="paragraph" w:styleId="Ttulo4">
    <w:name w:val="heading 4"/>
    <w:basedOn w:val="Normal"/>
    <w:next w:val="Normal"/>
    <w:link w:val="Ttulo4Car"/>
    <w:uiPriority w:val="9"/>
    <w:semiHidden/>
    <w:unhideWhenUsed/>
    <w:qFormat/>
    <w:rsid w:val="00FC693F"/>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C693F"/>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C693F"/>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18BF"/>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E618BF"/>
  </w:style>
  <w:style w:type="paragraph" w:styleId="Sinespaciado">
    <w:name w:val="No Spacing"/>
    <w:uiPriority w:val="1"/>
    <w:qFormat/>
    <w:rsid w:val="00FC693F"/>
    <w:pPr>
      <w:spacing w:after="0" w:line="240" w:lineRule="auto"/>
    </w:pPr>
  </w:style>
  <w:style w:type="character" w:customStyle="1" w:styleId="Ttulo1Car">
    <w:name w:val="Título 1 Car"/>
    <w:basedOn w:val="Fuentedeprrafopredeter"/>
    <w:link w:val="Ttulo1"/>
    <w:uiPriority w:val="9"/>
    <w:rsid w:val="00283C6E"/>
    <w:rPr>
      <w:rFonts w:ascii="Arial" w:eastAsiaTheme="majorEastAsia" w:hAnsi="Arial" w:cs="Arial"/>
      <w:b/>
      <w:bCs/>
      <w:color w:val="59C119"/>
      <w:sz w:val="32"/>
      <w:szCs w:val="32"/>
      <w:lang w:val="it-IT"/>
    </w:rPr>
  </w:style>
  <w:style w:type="character" w:customStyle="1" w:styleId="Ttulo2Car">
    <w:name w:val="Título 2 Car"/>
    <w:basedOn w:val="Fuentedeprrafopredeter"/>
    <w:link w:val="Ttulo2"/>
    <w:uiPriority w:val="9"/>
    <w:rsid w:val="00D52E1D"/>
    <w:rPr>
      <w:rFonts w:ascii="Arial" w:eastAsiaTheme="majorEastAsia" w:hAnsi="Arial" w:cs="Arial"/>
      <w:b/>
      <w:bCs/>
      <w:color w:val="59C119"/>
      <w:sz w:val="26"/>
      <w:szCs w:val="26"/>
      <w:lang w:val="es-CO"/>
    </w:rPr>
  </w:style>
  <w:style w:type="character" w:customStyle="1" w:styleId="Ttulo3Car">
    <w:name w:val="Título 3 Car"/>
    <w:basedOn w:val="Fuentedeprrafopredeter"/>
    <w:link w:val="Ttulo3"/>
    <w:uiPriority w:val="9"/>
    <w:rsid w:val="00AD2A53"/>
    <w:rPr>
      <w:rFonts w:ascii="Arial" w:eastAsia="Georgia" w:hAnsi="Arial" w:cs="Arial"/>
      <w:b/>
      <w:color w:val="59C119"/>
      <w:sz w:val="26"/>
      <w:szCs w:val="26"/>
      <w:lang w:val="es-PE"/>
    </w:rPr>
  </w:style>
  <w:style w:type="paragraph" w:styleId="Ttulo">
    <w:name w:val="Title"/>
    <w:basedOn w:val="Normal"/>
    <w:next w:val="Normal"/>
    <w:link w:val="Ttulo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FC693F"/>
    <w:pPr>
      <w:numPr>
        <w:ilvl w:val="1"/>
      </w:numPr>
      <w:ind w:hanging="2"/>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FC693F"/>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qFormat/>
    <w:rsid w:val="00FC693F"/>
    <w:pPr>
      <w:ind w:left="720"/>
      <w:contextualSpacing/>
    </w:pPr>
  </w:style>
  <w:style w:type="paragraph" w:styleId="Textoindependiente">
    <w:name w:val="Body Text"/>
    <w:basedOn w:val="Normal"/>
    <w:link w:val="TextoindependienteCar"/>
    <w:uiPriority w:val="99"/>
    <w:unhideWhenUsed/>
    <w:rsid w:val="00AA1D8D"/>
    <w:pPr>
      <w:spacing w:after="120"/>
    </w:pPr>
  </w:style>
  <w:style w:type="character" w:customStyle="1" w:styleId="TextoindependienteCar">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after="120" w:line="480" w:lineRule="auto"/>
    </w:pPr>
  </w:style>
  <w:style w:type="character" w:customStyle="1" w:styleId="Textoindependiente2Car">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pPr>
      <w:spacing w:after="120"/>
    </w:pPr>
    <w:rPr>
      <w:sz w:val="16"/>
      <w:szCs w:val="16"/>
    </w:rPr>
  </w:style>
  <w:style w:type="character" w:customStyle="1" w:styleId="Textoindependiente3Car">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Listaconvietas">
    <w:name w:val="List Bullet"/>
    <w:basedOn w:val="Normal"/>
    <w:uiPriority w:val="99"/>
    <w:unhideWhenUsed/>
    <w:rsid w:val="00326F90"/>
    <w:pPr>
      <w:numPr>
        <w:numId w:val="1"/>
      </w:numPr>
      <w:contextualSpacing/>
    </w:pPr>
  </w:style>
  <w:style w:type="paragraph" w:styleId="Listaconvietas2">
    <w:name w:val="List Bullet 2"/>
    <w:basedOn w:val="Normal"/>
    <w:uiPriority w:val="99"/>
    <w:unhideWhenUsed/>
    <w:rsid w:val="00326F90"/>
    <w:pPr>
      <w:numPr>
        <w:numId w:val="2"/>
      </w:numPr>
      <w:contextualSpacing/>
    </w:pPr>
  </w:style>
  <w:style w:type="paragraph" w:styleId="Listaconvietas3">
    <w:name w:val="List Bullet 3"/>
    <w:basedOn w:val="Normal"/>
    <w:uiPriority w:val="99"/>
    <w:unhideWhenUsed/>
    <w:rsid w:val="00326F90"/>
    <w:pPr>
      <w:numPr>
        <w:numId w:val="3"/>
      </w:numPr>
      <w:contextualSpacing/>
    </w:pPr>
  </w:style>
  <w:style w:type="paragraph" w:styleId="Listaconnmeros">
    <w:name w:val="List Number"/>
    <w:basedOn w:val="Normal"/>
    <w:uiPriority w:val="99"/>
    <w:unhideWhenUsed/>
    <w:rsid w:val="00326F90"/>
    <w:pPr>
      <w:numPr>
        <w:numId w:val="5"/>
      </w:numPr>
      <w:contextualSpacing/>
    </w:pPr>
  </w:style>
  <w:style w:type="paragraph" w:styleId="Listaconnmeros2">
    <w:name w:val="List Number 2"/>
    <w:basedOn w:val="Normal"/>
    <w:uiPriority w:val="99"/>
    <w:unhideWhenUsed/>
    <w:rsid w:val="0029639D"/>
    <w:pPr>
      <w:numPr>
        <w:numId w:val="6"/>
      </w:numPr>
      <w:contextualSpacing/>
    </w:pPr>
  </w:style>
  <w:style w:type="paragraph" w:styleId="Listaconnmeros3">
    <w:name w:val="List Number 3"/>
    <w:basedOn w:val="Normal"/>
    <w:uiPriority w:val="99"/>
    <w:unhideWhenUsed/>
    <w:rsid w:val="0029639D"/>
    <w:pPr>
      <w:numPr>
        <w:numId w:val="7"/>
      </w:numPr>
      <w:contextualSpacing/>
    </w:pPr>
  </w:style>
  <w:style w:type="paragraph" w:styleId="Continuarlista">
    <w:name w:val="List Continue"/>
    <w:basedOn w:val="Normal"/>
    <w:uiPriority w:val="99"/>
    <w:unhideWhenUsed/>
    <w:rsid w:val="0029639D"/>
    <w:pPr>
      <w:spacing w:after="120"/>
      <w:ind w:left="360"/>
      <w:contextualSpacing/>
    </w:pPr>
  </w:style>
  <w:style w:type="paragraph" w:styleId="Continuarlista2">
    <w:name w:val="List Continue 2"/>
    <w:basedOn w:val="Normal"/>
    <w:uiPriority w:val="99"/>
    <w:unhideWhenUsed/>
    <w:rsid w:val="0029639D"/>
    <w:pPr>
      <w:spacing w:after="120"/>
      <w:ind w:left="720"/>
      <w:contextualSpacing/>
    </w:pPr>
  </w:style>
  <w:style w:type="paragraph" w:styleId="Continuarlista3">
    <w:name w:val="List Continue 3"/>
    <w:basedOn w:val="Normal"/>
    <w:uiPriority w:val="99"/>
    <w:unhideWhenUsed/>
    <w:rsid w:val="0029639D"/>
    <w:pPr>
      <w:spacing w:after="120"/>
      <w:ind w:left="1080"/>
      <w:contextualSpacing/>
    </w:p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macroCar">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FC693F"/>
    <w:rPr>
      <w:i/>
      <w:iCs/>
      <w:color w:val="000000" w:themeColor="text1"/>
    </w:rPr>
  </w:style>
  <w:style w:type="character" w:customStyle="1" w:styleId="CitaCar">
    <w:name w:val="Cita Car"/>
    <w:basedOn w:val="Fuentedeprrafopredeter"/>
    <w:link w:val="Cita"/>
    <w:uiPriority w:val="29"/>
    <w:rsid w:val="00FC693F"/>
    <w:rPr>
      <w:i/>
      <w:iCs/>
      <w:color w:val="000000" w:themeColor="text1"/>
    </w:rPr>
  </w:style>
  <w:style w:type="character" w:customStyle="1" w:styleId="Ttulo4Car">
    <w:name w:val="Título 4 Car"/>
    <w:basedOn w:val="Fuentedeprrafopredeter"/>
    <w:link w:val="Ttulo4"/>
    <w:uiPriority w:val="9"/>
    <w:semiHidden/>
    <w:rsid w:val="00FC69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FC69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FC69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Fuerte">
    <w:name w:val="Strong"/>
    <w:basedOn w:val="Fuentedeprrafopredeter"/>
    <w:uiPriority w:val="22"/>
    <w:qFormat/>
    <w:rsid w:val="00FC693F"/>
    <w:rPr>
      <w:b/>
      <w:bCs/>
    </w:rPr>
  </w:style>
  <w:style w:type="character" w:styleId="nfasis">
    <w:name w:val="Emphasis"/>
    <w:basedOn w:val="Fuentedeprrafopredeter"/>
    <w:uiPriority w:val="20"/>
    <w:qFormat/>
    <w:rsid w:val="00FC693F"/>
    <w:rPr>
      <w:i/>
      <w:iCs/>
    </w:rPr>
  </w:style>
  <w:style w:type="paragraph" w:styleId="Citadestacada">
    <w:name w:val="Intense Quote"/>
    <w:basedOn w:val="Normal"/>
    <w:next w:val="Normal"/>
    <w:link w:val="Citadestacada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C693F"/>
    <w:rPr>
      <w:b/>
      <w:bCs/>
      <w:i/>
      <w:iCs/>
      <w:color w:val="4F81BD" w:themeColor="accent1"/>
    </w:rPr>
  </w:style>
  <w:style w:type="character" w:styleId="nfasissutil">
    <w:name w:val="Subtle Emphasis"/>
    <w:basedOn w:val="Fuentedeprrafopredeter"/>
    <w:uiPriority w:val="19"/>
    <w:qFormat/>
    <w:rsid w:val="00FC693F"/>
    <w:rPr>
      <w:i/>
      <w:iCs/>
      <w:color w:val="808080" w:themeColor="text1" w:themeTint="7F"/>
    </w:rPr>
  </w:style>
  <w:style w:type="character" w:styleId="nfasisintenso">
    <w:name w:val="Intense Emphasis"/>
    <w:basedOn w:val="Fuentedeprrafopredeter"/>
    <w:uiPriority w:val="21"/>
    <w:qFormat/>
    <w:rsid w:val="00FC693F"/>
    <w:rPr>
      <w:b/>
      <w:bCs/>
      <w:i/>
      <w:iCs/>
      <w:color w:val="4F81BD" w:themeColor="accent1"/>
    </w:rPr>
  </w:style>
  <w:style w:type="character" w:styleId="Referenciasutil">
    <w:name w:val="Subtle Reference"/>
    <w:basedOn w:val="Fuentedeprrafopredeter"/>
    <w:uiPriority w:val="31"/>
    <w:qFormat/>
    <w:rsid w:val="00FC693F"/>
    <w:rPr>
      <w:smallCaps/>
      <w:color w:val="C0504D" w:themeColor="accent2"/>
      <w:u w:val="single"/>
    </w:rPr>
  </w:style>
  <w:style w:type="character" w:styleId="Referenciaintensa">
    <w:name w:val="Intense Reference"/>
    <w:basedOn w:val="Fuentedeprrafopredeter"/>
    <w:uiPriority w:val="32"/>
    <w:qFormat/>
    <w:rsid w:val="00FC693F"/>
    <w:rPr>
      <w:b/>
      <w:bCs/>
      <w:smallCaps/>
      <w:color w:val="C0504D" w:themeColor="accent2"/>
      <w:spacing w:val="5"/>
      <w:u w:val="single"/>
    </w:rPr>
  </w:style>
  <w:style w:type="character" w:styleId="Ttulodellibro">
    <w:name w:val="Book Title"/>
    <w:basedOn w:val="Fuentedeprrafopredeter"/>
    <w:uiPriority w:val="33"/>
    <w:qFormat/>
    <w:rsid w:val="00FC693F"/>
    <w:rPr>
      <w:b/>
      <w:bCs/>
      <w:smallCaps/>
      <w:spacing w:val="5"/>
    </w:rPr>
  </w:style>
  <w:style w:type="paragraph" w:styleId="TtuloTDC">
    <w:name w:val="TOC Heading"/>
    <w:basedOn w:val="Ttulo1"/>
    <w:next w:val="Normal"/>
    <w:uiPriority w:val="39"/>
    <w:semiHidden/>
    <w:unhideWhenUsed/>
    <w:qFormat/>
    <w:rsid w:val="00FC693F"/>
    <w:pPr>
      <w:outlineLvl w:val="9"/>
    </w:pPr>
  </w:style>
  <w:style w:type="table" w:styleId="Tablaconcuadrcula">
    <w:name w:val="Table Grid"/>
    <w:basedOn w:val="Tabla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
    <w:name w:val="Light Grid"/>
    <w:basedOn w:val="Tab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
    <w:name w:val="Medium Shading 1"/>
    <w:basedOn w:val="Tab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
    <w:name w:val="Dark List"/>
    <w:basedOn w:val="Tab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Aurorabodytext">
    <w:name w:val="Aurora body text"/>
    <w:basedOn w:val="Normal"/>
    <w:link w:val="AurorabodytextChar"/>
    <w:qFormat/>
    <w:rsid w:val="0006228A"/>
    <w:pPr>
      <w:tabs>
        <w:tab w:val="left" w:pos="1350"/>
        <w:tab w:val="left" w:pos="1800"/>
      </w:tabs>
      <w:autoSpaceDE w:val="0"/>
      <w:autoSpaceDN w:val="0"/>
      <w:adjustRightInd w:val="0"/>
      <w:spacing w:before="120" w:line="240" w:lineRule="auto"/>
      <w:ind w:left="2016"/>
    </w:pPr>
    <w:rPr>
      <w:rFonts w:ascii="Myriad Pro" w:eastAsia="Myriad Pro" w:hAnsi="Myriad Pro" w:cs="Times New Roman"/>
      <w:sz w:val="24"/>
      <w:lang w:val="x-none" w:eastAsia="x-none"/>
    </w:rPr>
  </w:style>
  <w:style w:type="character" w:customStyle="1" w:styleId="AurorabodytextChar">
    <w:name w:val="Aurora body text Char"/>
    <w:link w:val="Aurorabodytext"/>
    <w:rsid w:val="0006228A"/>
    <w:rPr>
      <w:rFonts w:ascii="Myriad Pro" w:eastAsia="Myriad Pro" w:hAnsi="Myriad Pro" w:cs="Times New Roman"/>
      <w:sz w:val="24"/>
      <w:lang w:val="x-none" w:eastAsia="x-none"/>
    </w:rPr>
  </w:style>
  <w:style w:type="paragraph" w:styleId="NormalWeb">
    <w:name w:val="Normal (Web)"/>
    <w:aliases w:val="Normal (Web) Char Char,Normal (Web) Char Char Char Char,Normal (Web) Char Char Char,Normal (Web) Char,Normal (Web) Char Char Char Char Char Char Char Char Char Char Char Char,Normal (Web) Char Char Char Char Char Char Char Char Char"/>
    <w:basedOn w:val="Normal"/>
    <w:link w:val="NormalWebCar"/>
    <w:qFormat/>
    <w:rsid w:val="00C578BE"/>
    <w:pPr>
      <w:spacing w:before="100" w:beforeAutospacing="1" w:after="100" w:afterAutospacing="1" w:line="288" w:lineRule="auto"/>
      <w:jc w:val="left"/>
    </w:pPr>
    <w:rPr>
      <w:rFonts w:ascii="Trebuchet MS" w:eastAsia="Times New Roman" w:hAnsi="Trebuchet MS" w:cs="Times New Roman"/>
      <w:color w:val="000000"/>
      <w:sz w:val="18"/>
      <w:szCs w:val="18"/>
      <w:lang w:val="x-none"/>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ar"/>
    <w:link w:val="NormalWeb"/>
    <w:locked/>
    <w:rsid w:val="00C578BE"/>
    <w:rPr>
      <w:rFonts w:ascii="Trebuchet MS" w:eastAsia="Times New Roman" w:hAnsi="Trebuchet MS" w:cs="Times New Roman"/>
      <w:color w:val="000000"/>
      <w:sz w:val="18"/>
      <w:szCs w:val="18"/>
      <w:lang w:val="x-none"/>
    </w:rPr>
  </w:style>
  <w:style w:type="character" w:styleId="Hipervnculo">
    <w:name w:val="Hyperlink"/>
    <w:uiPriority w:val="99"/>
    <w:unhideWhenUsed/>
    <w:qFormat/>
    <w:rsid w:val="00EF1F0B"/>
    <w:rPr>
      <w:color w:val="0000FF"/>
      <w:u w:val="single"/>
    </w:rPr>
  </w:style>
  <w:style w:type="character" w:styleId="Hipervnculovisitado">
    <w:name w:val="FollowedHyperlink"/>
    <w:basedOn w:val="Fuentedeprrafopredeter"/>
    <w:uiPriority w:val="99"/>
    <w:semiHidden/>
    <w:unhideWhenUsed/>
    <w:rsid w:val="00BC3318"/>
    <w:rPr>
      <w:color w:val="800080" w:themeColor="followedHyperlink"/>
      <w:u w:val="single"/>
    </w:rPr>
  </w:style>
  <w:style w:type="paragraph" w:customStyle="1" w:styleId="NormalCTM">
    <w:name w:val="Normal CTM"/>
    <w:basedOn w:val="Normal"/>
    <w:link w:val="NormalCTMCar"/>
    <w:qFormat/>
    <w:rsid w:val="00034AA8"/>
    <w:pPr>
      <w:spacing w:line="240" w:lineRule="auto"/>
      <w:jc w:val="left"/>
    </w:pPr>
    <w:rPr>
      <w:rFonts w:eastAsia="MS Mincho" w:cs="Times New Roman"/>
      <w:sz w:val="24"/>
      <w:szCs w:val="24"/>
      <w:lang w:val="en-US"/>
    </w:rPr>
  </w:style>
  <w:style w:type="character" w:customStyle="1" w:styleId="NormalCTMCar">
    <w:name w:val="Normal CTM Car"/>
    <w:link w:val="NormalCTM"/>
    <w:rsid w:val="00034AA8"/>
    <w:rPr>
      <w:rFonts w:ascii="Arial" w:eastAsia="MS Mincho"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531306">
      <w:marLeft w:val="0"/>
      <w:marRight w:val="0"/>
      <w:marTop w:val="0"/>
      <w:marBottom w:val="0"/>
      <w:divBdr>
        <w:top w:val="none" w:sz="0" w:space="0" w:color="auto"/>
        <w:left w:val="none" w:sz="0" w:space="0" w:color="auto"/>
        <w:bottom w:val="none" w:sz="0" w:space="0" w:color="auto"/>
        <w:right w:val="none" w:sz="0" w:space="0" w:color="auto"/>
      </w:divBdr>
      <w:divsChild>
        <w:div w:id="1825928434">
          <w:marLeft w:val="0"/>
          <w:marRight w:val="0"/>
          <w:marTop w:val="0"/>
          <w:marBottom w:val="0"/>
          <w:divBdr>
            <w:top w:val="none" w:sz="0" w:space="0" w:color="auto"/>
            <w:left w:val="none" w:sz="0" w:space="0" w:color="auto"/>
            <w:bottom w:val="none" w:sz="0" w:space="0" w:color="auto"/>
            <w:right w:val="none" w:sz="0" w:space="0" w:color="auto"/>
          </w:divBdr>
        </w:div>
      </w:divsChild>
    </w:div>
    <w:div w:id="116991232">
      <w:bodyDiv w:val="1"/>
      <w:marLeft w:val="0"/>
      <w:marRight w:val="0"/>
      <w:marTop w:val="0"/>
      <w:marBottom w:val="0"/>
      <w:divBdr>
        <w:top w:val="none" w:sz="0" w:space="0" w:color="auto"/>
        <w:left w:val="none" w:sz="0" w:space="0" w:color="auto"/>
        <w:bottom w:val="none" w:sz="0" w:space="0" w:color="auto"/>
        <w:right w:val="none" w:sz="0" w:space="0" w:color="auto"/>
      </w:divBdr>
      <w:divsChild>
        <w:div w:id="1400324971">
          <w:marLeft w:val="0"/>
          <w:marRight w:val="0"/>
          <w:marTop w:val="0"/>
          <w:marBottom w:val="0"/>
          <w:divBdr>
            <w:top w:val="none" w:sz="0" w:space="0" w:color="auto"/>
            <w:left w:val="none" w:sz="0" w:space="0" w:color="auto"/>
            <w:bottom w:val="none" w:sz="0" w:space="0" w:color="auto"/>
            <w:right w:val="none" w:sz="0" w:space="0" w:color="auto"/>
          </w:divBdr>
          <w:divsChild>
            <w:div w:id="75073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851090">
      <w:marLeft w:val="0"/>
      <w:marRight w:val="0"/>
      <w:marTop w:val="0"/>
      <w:marBottom w:val="0"/>
      <w:divBdr>
        <w:top w:val="none" w:sz="0" w:space="0" w:color="auto"/>
        <w:left w:val="none" w:sz="0" w:space="0" w:color="auto"/>
        <w:bottom w:val="none" w:sz="0" w:space="0" w:color="auto"/>
        <w:right w:val="none" w:sz="0" w:space="0" w:color="auto"/>
      </w:divBdr>
      <w:divsChild>
        <w:div w:id="344094930">
          <w:marLeft w:val="0"/>
          <w:marRight w:val="0"/>
          <w:marTop w:val="0"/>
          <w:marBottom w:val="0"/>
          <w:divBdr>
            <w:top w:val="none" w:sz="0" w:space="0" w:color="auto"/>
            <w:left w:val="none" w:sz="0" w:space="0" w:color="auto"/>
            <w:bottom w:val="none" w:sz="0" w:space="0" w:color="auto"/>
            <w:right w:val="none" w:sz="0" w:space="0" w:color="auto"/>
          </w:divBdr>
        </w:div>
      </w:divsChild>
    </w:div>
    <w:div w:id="742221004">
      <w:marLeft w:val="0"/>
      <w:marRight w:val="0"/>
      <w:marTop w:val="0"/>
      <w:marBottom w:val="0"/>
      <w:divBdr>
        <w:top w:val="none" w:sz="0" w:space="0" w:color="auto"/>
        <w:left w:val="none" w:sz="0" w:space="0" w:color="auto"/>
        <w:bottom w:val="none" w:sz="0" w:space="0" w:color="auto"/>
        <w:right w:val="none" w:sz="0" w:space="0" w:color="auto"/>
      </w:divBdr>
      <w:divsChild>
        <w:div w:id="1435203974">
          <w:marLeft w:val="0"/>
          <w:marRight w:val="0"/>
          <w:marTop w:val="0"/>
          <w:marBottom w:val="0"/>
          <w:divBdr>
            <w:top w:val="none" w:sz="0" w:space="0" w:color="auto"/>
            <w:left w:val="none" w:sz="0" w:space="0" w:color="auto"/>
            <w:bottom w:val="none" w:sz="0" w:space="0" w:color="auto"/>
            <w:right w:val="none" w:sz="0" w:space="0" w:color="auto"/>
          </w:divBdr>
          <w:divsChild>
            <w:div w:id="37932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039724">
      <w:marLeft w:val="0"/>
      <w:marRight w:val="0"/>
      <w:marTop w:val="0"/>
      <w:marBottom w:val="0"/>
      <w:divBdr>
        <w:top w:val="none" w:sz="0" w:space="0" w:color="auto"/>
        <w:left w:val="none" w:sz="0" w:space="0" w:color="auto"/>
        <w:bottom w:val="none" w:sz="0" w:space="0" w:color="auto"/>
        <w:right w:val="none" w:sz="0" w:space="0" w:color="auto"/>
      </w:divBdr>
      <w:divsChild>
        <w:div w:id="145478529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ontienbangkok.com/th/" TargetMode="External"/><Relationship Id="rId18" Type="http://schemas.openxmlformats.org/officeDocument/2006/relationships/image" Target="media/image9.jpeg"/><Relationship Id="rId26" Type="http://schemas.openxmlformats.org/officeDocument/2006/relationships/image" Target="media/image13.jpeg"/><Relationship Id="rId21" Type="http://schemas.openxmlformats.org/officeDocument/2006/relationships/hyperlink" Target="https://www.theriverie.com/" TargetMode="External"/><Relationship Id="rId34" Type="http://schemas.openxmlformats.org/officeDocument/2006/relationships/hyperlink" Target="https://taraangkorhotel.com/" TargetMode="External"/><Relationship Id="rId7" Type="http://schemas.openxmlformats.org/officeDocument/2006/relationships/image" Target="media/image2.png"/><Relationship Id="rId12" Type="http://schemas.openxmlformats.org/officeDocument/2006/relationships/hyperlink" Target="https://www.mandarin-bkk.com/" TargetMode="External"/><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heritagechiangrai.com/" TargetMode="External"/><Relationship Id="rId29" Type="http://schemas.openxmlformats.org/officeDocument/2006/relationships/hyperlink" Target="https://www.melia.com/en/hotels/thailand/chiang-mai/melia-chiang-mai?esl-k=sem-google%7Cng%7Cc680290748340%7Cme%7Ckmelia%20chiang%20mai%7Cp%7Ct%7Cdc%7Ca146769962078%7Cg19654575976&amp;&amp;gad_source=1&amp;gclid=CjwKCAjwnK60BhA9EiwAmpHZw7CKpEs7B8iVXfq7IW84vielHLeLBTA_YwSCsxH5sLBKPE5JLIAoiRoC0-QQAvD_BwE&amp;gclsrc=aw.ds"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mandarin-bkk.com/" TargetMode="External"/><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www.novotelchiangmai.com/" TargetMode="External"/><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www.lalunaresortchiangrai.com/"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so-bangkok.com/" TargetMode="External"/><Relationship Id="rId22" Type="http://schemas.openxmlformats.org/officeDocument/2006/relationships/hyperlink" Target="https://th.lemeridienchiangrai.com/" TargetMode="External"/><Relationship Id="rId27" Type="http://schemas.openxmlformats.org/officeDocument/2006/relationships/hyperlink" Target="https://all.accor.com/hotel/B9U9/index.en.shtml" TargetMode="External"/><Relationship Id="rId30" Type="http://schemas.openxmlformats.org/officeDocument/2006/relationships/hyperlink" Target="https://www.shangri-la.com/en/chiangmai/shangrila/?WT.mc_id=SLCM_220418_TH_SEM_GOOGLE_AON_BRANDDOMESTIC_RSA_TEXTLINK_EN_Shangri-la%20chiang%20mai-StaycationOffers&amp;&amp;&amp;gclid=Cj0KCQjw84anBhCtARIsAISI-xcK8jh9H_TwgNS3GhZPncbTNBPrmhz6qFWIess7SOSiy44GYJm_gG4aAp74EALw_wcB&amp;gclsrc=aw.ds" TargetMode="External"/><Relationship Id="rId35" Type="http://schemas.openxmlformats.org/officeDocument/2006/relationships/hyperlink" Target="https://www.lotusblanchotel.com/" TargetMode="External"/><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A8DB56-F7ED-4533-B33E-4D736C04B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2302</Words>
  <Characters>11188</Characters>
  <Application>Microsoft Office Word</Application>
  <DocSecurity>0</DocSecurity>
  <Lines>339</Lines>
  <Paragraphs>198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13292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Daniela Torrado</cp:lastModifiedBy>
  <cp:revision>3</cp:revision>
  <dcterms:created xsi:type="dcterms:W3CDTF">2026-02-24T20:03:00Z</dcterms:created>
  <dcterms:modified xsi:type="dcterms:W3CDTF">2026-02-26T22:37:00Z</dcterms:modified>
  <cp:category/>
</cp:coreProperties>
</file>