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DCF40" w14:textId="77777777" w:rsidR="009D25D8" w:rsidRPr="009D25D8" w:rsidRDefault="009D25D8" w:rsidP="009D25D8">
      <w:pPr>
        <w:pStyle w:val="Heading1"/>
        <w:jc w:val="center"/>
        <w:rPr>
          <w:sz w:val="36"/>
          <w:szCs w:val="36"/>
        </w:rPr>
      </w:pPr>
      <w:r w:rsidRPr="009D25D8">
        <w:rPr>
          <w:sz w:val="36"/>
          <w:szCs w:val="36"/>
        </w:rPr>
        <w:t>SVS Vision CE Dinner</w:t>
      </w:r>
    </w:p>
    <w:p w14:paraId="774E6B2A" w14:textId="77777777" w:rsidR="009D25D8" w:rsidRDefault="00000000" w:rsidP="009D25D8">
      <w:pPr>
        <w:pStyle w:val="Heading1"/>
        <w:spacing w:before="0"/>
        <w:jc w:val="center"/>
        <w:rPr>
          <w:b w:val="0"/>
          <w:bCs w:val="0"/>
          <w:color w:val="auto"/>
          <w:sz w:val="24"/>
          <w:szCs w:val="24"/>
        </w:rPr>
      </w:pPr>
      <w:r>
        <w:br/>
      </w:r>
      <w:r w:rsidRPr="009D25D8">
        <w:rPr>
          <w:b w:val="0"/>
          <w:bCs w:val="0"/>
          <w:color w:val="auto"/>
          <w:sz w:val="24"/>
          <w:szCs w:val="24"/>
        </w:rPr>
        <w:t>The Capital Grille – Troy</w:t>
      </w:r>
    </w:p>
    <w:p w14:paraId="7AACB8CE" w14:textId="77777777" w:rsidR="009D25D8" w:rsidRDefault="009D25D8" w:rsidP="009D25D8">
      <w:pPr>
        <w:pStyle w:val="Heading1"/>
        <w:spacing w:before="0"/>
        <w:jc w:val="center"/>
        <w:rPr>
          <w:b w:val="0"/>
          <w:bCs w:val="0"/>
          <w:color w:val="auto"/>
          <w:sz w:val="24"/>
          <w:szCs w:val="24"/>
        </w:rPr>
      </w:pPr>
      <w:r>
        <w:rPr>
          <w:b w:val="0"/>
          <w:bCs w:val="0"/>
          <w:color w:val="auto"/>
          <w:sz w:val="24"/>
          <w:szCs w:val="24"/>
        </w:rPr>
        <w:t>2800 West Big Beaver Road</w:t>
      </w:r>
    </w:p>
    <w:p w14:paraId="4287159E" w14:textId="3DDC2920" w:rsidR="001246EC" w:rsidRDefault="009D25D8" w:rsidP="009D25D8">
      <w:pPr>
        <w:pStyle w:val="Heading1"/>
        <w:spacing w:before="0"/>
        <w:jc w:val="center"/>
      </w:pPr>
      <w:r>
        <w:rPr>
          <w:b w:val="0"/>
          <w:bCs w:val="0"/>
          <w:color w:val="auto"/>
          <w:sz w:val="24"/>
          <w:szCs w:val="24"/>
        </w:rPr>
        <w:t>Troy, MI 48084</w:t>
      </w:r>
      <w:r>
        <w:br/>
      </w:r>
      <w:r>
        <w:br/>
      </w:r>
    </w:p>
    <w:p w14:paraId="53552158" w14:textId="77777777" w:rsidR="001246EC" w:rsidRDefault="00000000">
      <w:pPr>
        <w:pStyle w:val="Heading2"/>
      </w:pPr>
      <w:r>
        <w:t>Program Details</w:t>
      </w:r>
    </w:p>
    <w:p w14:paraId="51995900" w14:textId="77777777" w:rsidR="009D25D8" w:rsidRPr="009D25D8" w:rsidRDefault="009D25D8" w:rsidP="009D25D8"/>
    <w:p w14:paraId="03ED09BC" w14:textId="77777777" w:rsidR="001246EC" w:rsidRDefault="00000000">
      <w:r>
        <w:rPr>
          <w:b/>
        </w:rPr>
        <w:t xml:space="preserve">Arrival: </w:t>
      </w:r>
      <w:r>
        <w:t>6:30–6:45 PM</w:t>
      </w:r>
    </w:p>
    <w:p w14:paraId="379B1FD4" w14:textId="77777777" w:rsidR="001246EC" w:rsidRDefault="00000000">
      <w:r>
        <w:rPr>
          <w:b/>
        </w:rPr>
        <w:t xml:space="preserve">Lecture Begins: </w:t>
      </w:r>
      <w:r>
        <w:t>7:00 PM</w:t>
      </w:r>
    </w:p>
    <w:p w14:paraId="5520DA23" w14:textId="5BAA4D92" w:rsidR="001246EC" w:rsidRDefault="00000000">
      <w:r>
        <w:rPr>
          <w:b/>
        </w:rPr>
        <w:t xml:space="preserve">Program: </w:t>
      </w:r>
      <w:r>
        <w:t>Pharmacology A to Z</w:t>
      </w:r>
      <w:r w:rsidR="003C29DB">
        <w:t xml:space="preserve"> (1 hour: Pending COPE Accreditation)</w:t>
      </w:r>
    </w:p>
    <w:p w14:paraId="685D4D8D" w14:textId="77777777" w:rsidR="001246EC" w:rsidRDefault="00000000">
      <w:r>
        <w:rPr>
          <w:b/>
        </w:rPr>
        <w:t xml:space="preserve">Speaker: </w:t>
      </w:r>
      <w:r>
        <w:t>Dr. Jeffrey Varanelli</w:t>
      </w:r>
    </w:p>
    <w:p w14:paraId="5E74F615" w14:textId="71B1B11D" w:rsidR="001246EC" w:rsidRDefault="00000000">
      <w:r>
        <w:rPr>
          <w:b/>
        </w:rPr>
        <w:t xml:space="preserve">Accreditation: </w:t>
      </w:r>
      <w:r w:rsidR="003C29DB">
        <w:t>Pending COPE Accreditation</w:t>
      </w:r>
      <w:r w:rsidR="009D25D8">
        <w:t xml:space="preserve"> </w:t>
      </w:r>
    </w:p>
    <w:p w14:paraId="5DB3723B" w14:textId="77777777" w:rsidR="009D25D8" w:rsidRDefault="00000000" w:rsidP="009D25D8">
      <w:pPr>
        <w:spacing w:after="0"/>
        <w:jc w:val="center"/>
      </w:pPr>
      <w:r>
        <w:br/>
        <w:t>Please join us for an evening of continuing education, discussion, and dinner</w:t>
      </w:r>
    </w:p>
    <w:p w14:paraId="481177FE" w14:textId="049EDDE6" w:rsidR="001246EC" w:rsidRDefault="00000000" w:rsidP="009D25D8">
      <w:pPr>
        <w:jc w:val="center"/>
      </w:pPr>
      <w:r>
        <w:t xml:space="preserve"> at The Capital Grille in Troy.</w:t>
      </w:r>
    </w:p>
    <w:p w14:paraId="06D9E989" w14:textId="77777777" w:rsidR="00AF49AC" w:rsidRDefault="00AF49AC" w:rsidP="009D25D8">
      <w:pPr>
        <w:jc w:val="center"/>
      </w:pPr>
    </w:p>
    <w:p w14:paraId="7FC80E61" w14:textId="77777777" w:rsidR="00AF49AC" w:rsidRDefault="00AF49AC" w:rsidP="009D25D8">
      <w:pPr>
        <w:jc w:val="center"/>
      </w:pPr>
    </w:p>
    <w:p w14:paraId="04367448" w14:textId="77777777" w:rsidR="00AF49AC" w:rsidRDefault="00AF49AC" w:rsidP="009D25D8">
      <w:pPr>
        <w:jc w:val="center"/>
      </w:pPr>
    </w:p>
    <w:p w14:paraId="7F3BA307" w14:textId="77777777" w:rsidR="00AF49AC" w:rsidRDefault="00AF49AC" w:rsidP="009D25D8">
      <w:pPr>
        <w:jc w:val="center"/>
      </w:pPr>
    </w:p>
    <w:p w14:paraId="0D10C0C3" w14:textId="77777777" w:rsidR="00AF49AC" w:rsidRDefault="00AF49AC" w:rsidP="009D25D8">
      <w:pPr>
        <w:jc w:val="center"/>
      </w:pPr>
    </w:p>
    <w:p w14:paraId="152AEF9B" w14:textId="77777777" w:rsidR="00AF49AC" w:rsidRDefault="00AF49AC" w:rsidP="009D25D8">
      <w:pPr>
        <w:jc w:val="center"/>
      </w:pPr>
    </w:p>
    <w:p w14:paraId="6F8305B2" w14:textId="77777777" w:rsidR="00AF49AC" w:rsidRDefault="00AF49AC" w:rsidP="009D25D8">
      <w:pPr>
        <w:jc w:val="center"/>
      </w:pPr>
    </w:p>
    <w:p w14:paraId="5EDDA8E9" w14:textId="77777777" w:rsidR="00AF49AC" w:rsidRDefault="00AF49AC" w:rsidP="009D25D8">
      <w:pPr>
        <w:jc w:val="center"/>
      </w:pPr>
    </w:p>
    <w:p w14:paraId="0CBF15EB" w14:textId="77777777" w:rsidR="00AF49AC" w:rsidRDefault="00AF49AC" w:rsidP="009D25D8">
      <w:pPr>
        <w:jc w:val="center"/>
      </w:pPr>
    </w:p>
    <w:p w14:paraId="4C2583BE" w14:textId="77777777" w:rsidR="00AF49AC" w:rsidRDefault="00AF49AC" w:rsidP="00677FA0"/>
    <w:sectPr w:rsidR="00AF49A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1854820">
    <w:abstractNumId w:val="8"/>
  </w:num>
  <w:num w:numId="2" w16cid:durableId="1925795881">
    <w:abstractNumId w:val="6"/>
  </w:num>
  <w:num w:numId="3" w16cid:durableId="1013805452">
    <w:abstractNumId w:val="5"/>
  </w:num>
  <w:num w:numId="4" w16cid:durableId="1608735286">
    <w:abstractNumId w:val="4"/>
  </w:num>
  <w:num w:numId="5" w16cid:durableId="448359054">
    <w:abstractNumId w:val="7"/>
  </w:num>
  <w:num w:numId="6" w16cid:durableId="848443221">
    <w:abstractNumId w:val="3"/>
  </w:num>
  <w:num w:numId="7" w16cid:durableId="596521443">
    <w:abstractNumId w:val="2"/>
  </w:num>
  <w:num w:numId="8" w16cid:durableId="1531066896">
    <w:abstractNumId w:val="1"/>
  </w:num>
  <w:num w:numId="9" w16cid:durableId="1396321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5F05"/>
    <w:rsid w:val="0006063C"/>
    <w:rsid w:val="001246EC"/>
    <w:rsid w:val="0015074B"/>
    <w:rsid w:val="0029639D"/>
    <w:rsid w:val="00326F90"/>
    <w:rsid w:val="003C29DB"/>
    <w:rsid w:val="00677FA0"/>
    <w:rsid w:val="009D25D8"/>
    <w:rsid w:val="00AA1D8D"/>
    <w:rsid w:val="00AF49AC"/>
    <w:rsid w:val="00B47730"/>
    <w:rsid w:val="00C1129B"/>
    <w:rsid w:val="00C7547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805FA5"/>
  <w14:defaultImageDpi w14:val="300"/>
  <w15:docId w15:val="{76BFF736-D111-47C3-BD86-DE32521C3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Audrey Hurst</cp:lastModifiedBy>
  <cp:revision>2</cp:revision>
  <dcterms:created xsi:type="dcterms:W3CDTF">2026-08-05T16:22:00Z</dcterms:created>
  <dcterms:modified xsi:type="dcterms:W3CDTF">2026-08-05T16:22:00Z</dcterms:modified>
  <cp:category/>
</cp:coreProperties>
</file>