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65D1C" w14:textId="5D5BC01A" w:rsidR="004546F4" w:rsidRPr="007152CA" w:rsidRDefault="007152CA" w:rsidP="007152CA">
      <w:pPr>
        <w:jc w:val="center"/>
        <w:rPr>
          <w:rFonts w:asciiTheme="majorHAnsi" w:hAnsiTheme="majorHAnsi" w:cstheme="majorHAns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73CBC15" wp14:editId="5E4DCB5A">
            <wp:simplePos x="1143000" y="914400"/>
            <wp:positionH relativeFrom="margin">
              <wp:align>center</wp:align>
            </wp:positionH>
            <wp:positionV relativeFrom="margin">
              <wp:align>top</wp:align>
            </wp:positionV>
            <wp:extent cx="1365679" cy="914400"/>
            <wp:effectExtent l="0" t="0" r="6350" b="0"/>
            <wp:wrapTopAndBottom/>
            <wp:docPr id="676111594" name="Picture 1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111594" name="Picture 1" descr="A logo for a company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65679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2A09" w:rsidRPr="007152CA">
        <w:rPr>
          <w:rFonts w:asciiTheme="majorHAnsi" w:hAnsiTheme="majorHAnsi" w:cstheme="majorHAnsi"/>
          <w:b/>
          <w:bCs/>
        </w:rPr>
        <w:t>MEMORIAL DRIVE PRESBYTERIAN CHURCH</w:t>
      </w:r>
    </w:p>
    <w:p w14:paraId="59FED05D" w14:textId="77777777" w:rsidR="004546F4" w:rsidRPr="007152CA" w:rsidRDefault="001E2A09" w:rsidP="007152CA">
      <w:pPr>
        <w:spacing w:after="0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 w:rsidRPr="007152CA">
        <w:rPr>
          <w:rFonts w:asciiTheme="majorHAnsi" w:hAnsiTheme="majorHAnsi" w:cstheme="majorHAnsi"/>
          <w:b/>
          <w:bCs/>
          <w:sz w:val="36"/>
          <w:szCs w:val="36"/>
        </w:rPr>
        <w:t>SUMMER INTERN – CHILDREN’S MINISTRIES</w:t>
      </w:r>
    </w:p>
    <w:p w14:paraId="695C5E02" w14:textId="143AD9B8" w:rsidR="004546F4" w:rsidRPr="007152CA" w:rsidRDefault="001E2A09" w:rsidP="007152CA">
      <w:pPr>
        <w:jc w:val="center"/>
        <w:rPr>
          <w:rFonts w:asciiTheme="majorHAnsi" w:hAnsiTheme="majorHAnsi" w:cstheme="majorHAnsi"/>
          <w:b/>
          <w:bCs/>
        </w:rPr>
      </w:pPr>
      <w:r w:rsidRPr="007152CA">
        <w:rPr>
          <w:rFonts w:asciiTheme="majorHAnsi" w:hAnsiTheme="majorHAnsi" w:cstheme="majorHAnsi"/>
          <w:b/>
          <w:bCs/>
        </w:rPr>
        <w:t>Make an impact. Grow as a leader. Have a summer that matters.</w:t>
      </w:r>
    </w:p>
    <w:p w14:paraId="178F5017" w14:textId="77777777" w:rsidR="004546F4" w:rsidRPr="007152CA" w:rsidRDefault="001E2A09" w:rsidP="007152CA">
      <w:pPr>
        <w:spacing w:after="0"/>
        <w:rPr>
          <w:rFonts w:asciiTheme="majorHAnsi" w:hAnsiTheme="majorHAnsi" w:cstheme="majorHAnsi"/>
          <w:b/>
          <w:bCs/>
        </w:rPr>
      </w:pPr>
      <w:r w:rsidRPr="007152CA">
        <w:rPr>
          <w:rFonts w:asciiTheme="majorHAnsi" w:hAnsiTheme="majorHAnsi" w:cstheme="majorHAnsi"/>
          <w:b/>
          <w:bCs/>
        </w:rPr>
        <w:t>Purpose</w:t>
      </w:r>
    </w:p>
    <w:p w14:paraId="70004244" w14:textId="6303F93B" w:rsidR="004546F4" w:rsidRPr="007152CA" w:rsidRDefault="007152CA" w:rsidP="004778B1">
      <w:pPr>
        <w:pStyle w:val="ListBullet"/>
        <w:tabs>
          <w:tab w:val="clear" w:pos="360"/>
          <w:tab w:val="num" w:pos="720"/>
        </w:tabs>
        <w:ind w:lef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Participate in</w:t>
      </w:r>
      <w:r w:rsidR="001E2A09" w:rsidRPr="007152CA">
        <w:rPr>
          <w:rFonts w:asciiTheme="majorHAnsi" w:hAnsiTheme="majorHAnsi" w:cstheme="majorHAnsi"/>
        </w:rPr>
        <w:t xml:space="preserve"> hands-on ministry and discover your gifts as you explore </w:t>
      </w:r>
      <w:r w:rsidRPr="007152CA">
        <w:rPr>
          <w:rFonts w:asciiTheme="majorHAnsi" w:hAnsiTheme="majorHAnsi" w:cstheme="majorHAnsi"/>
        </w:rPr>
        <w:t xml:space="preserve">a </w:t>
      </w:r>
      <w:r w:rsidR="001E2A09" w:rsidRPr="007152CA">
        <w:rPr>
          <w:rFonts w:asciiTheme="majorHAnsi" w:hAnsiTheme="majorHAnsi" w:cstheme="majorHAnsi"/>
        </w:rPr>
        <w:t xml:space="preserve">future career </w:t>
      </w:r>
      <w:r>
        <w:rPr>
          <w:rFonts w:asciiTheme="majorHAnsi" w:hAnsiTheme="majorHAnsi" w:cstheme="majorHAnsi"/>
        </w:rPr>
        <w:t xml:space="preserve">in ministry </w:t>
      </w:r>
      <w:r w:rsidR="001E2A09" w:rsidRPr="007152CA">
        <w:rPr>
          <w:rFonts w:asciiTheme="majorHAnsi" w:hAnsiTheme="majorHAnsi" w:cstheme="majorHAnsi"/>
        </w:rPr>
        <w:t>or volunteer pathways working with kids and families.</w:t>
      </w:r>
    </w:p>
    <w:p w14:paraId="54FB2895" w14:textId="77777777" w:rsidR="004546F4" w:rsidRPr="007152CA" w:rsidRDefault="001E2A09" w:rsidP="004778B1">
      <w:pPr>
        <w:pStyle w:val="ListBullet"/>
        <w:tabs>
          <w:tab w:val="clear" w:pos="360"/>
          <w:tab w:val="num" w:pos="720"/>
        </w:tabs>
        <w:ind w:left="720"/>
        <w:rPr>
          <w:rFonts w:asciiTheme="majorHAnsi" w:hAnsiTheme="majorHAnsi" w:cstheme="majorHAnsi"/>
        </w:rPr>
      </w:pPr>
      <w:r w:rsidRPr="007152CA">
        <w:rPr>
          <w:rFonts w:asciiTheme="majorHAnsi" w:hAnsiTheme="majorHAnsi" w:cstheme="majorHAnsi"/>
        </w:rPr>
        <w:t>Build real relationships with MDPC kids and families, becoming a meaningful part of their faith story.</w:t>
      </w:r>
    </w:p>
    <w:p w14:paraId="2E47B26C" w14:textId="484381EE" w:rsidR="004546F4" w:rsidRPr="007152CA" w:rsidRDefault="001E2A09" w:rsidP="004778B1">
      <w:pPr>
        <w:pStyle w:val="ListBullet"/>
        <w:tabs>
          <w:tab w:val="clear" w:pos="360"/>
          <w:tab w:val="num" w:pos="720"/>
        </w:tabs>
        <w:ind w:left="720"/>
        <w:rPr>
          <w:rFonts w:asciiTheme="majorHAnsi" w:hAnsiTheme="majorHAnsi" w:cstheme="majorHAnsi"/>
        </w:rPr>
      </w:pPr>
      <w:r w:rsidRPr="007152CA">
        <w:rPr>
          <w:rFonts w:asciiTheme="majorHAnsi" w:hAnsiTheme="majorHAnsi" w:cstheme="majorHAnsi"/>
        </w:rPr>
        <w:t xml:space="preserve">Help shape, plan, and lead </w:t>
      </w:r>
      <w:proofErr w:type="gramStart"/>
      <w:r w:rsidR="007152CA">
        <w:rPr>
          <w:rFonts w:asciiTheme="majorHAnsi" w:hAnsiTheme="majorHAnsi" w:cstheme="majorHAnsi"/>
        </w:rPr>
        <w:t xml:space="preserve">the </w:t>
      </w:r>
      <w:r w:rsidR="007152CA" w:rsidRPr="007152CA">
        <w:rPr>
          <w:rFonts w:asciiTheme="majorHAnsi" w:hAnsiTheme="majorHAnsi" w:cstheme="majorHAnsi"/>
        </w:rPr>
        <w:t>unforgettable</w:t>
      </w:r>
      <w:proofErr w:type="gramEnd"/>
      <w:r w:rsidRPr="007152CA">
        <w:rPr>
          <w:rFonts w:asciiTheme="majorHAnsi" w:hAnsiTheme="majorHAnsi" w:cstheme="majorHAnsi"/>
        </w:rPr>
        <w:t xml:space="preserve"> programs that make summer at MDPC amazing.</w:t>
      </w:r>
    </w:p>
    <w:p w14:paraId="0F949BD9" w14:textId="77777777" w:rsidR="004546F4" w:rsidRPr="007152CA" w:rsidRDefault="001E2A09" w:rsidP="007152CA">
      <w:pPr>
        <w:spacing w:after="0"/>
        <w:rPr>
          <w:rFonts w:asciiTheme="majorHAnsi" w:hAnsiTheme="majorHAnsi" w:cstheme="majorHAnsi"/>
          <w:b/>
          <w:bCs/>
        </w:rPr>
      </w:pPr>
      <w:r w:rsidRPr="007152CA">
        <w:rPr>
          <w:rFonts w:asciiTheme="majorHAnsi" w:hAnsiTheme="majorHAnsi" w:cstheme="majorHAnsi"/>
          <w:b/>
          <w:bCs/>
        </w:rPr>
        <w:t>Requirements</w:t>
      </w:r>
    </w:p>
    <w:p w14:paraId="532B99AA" w14:textId="011EF7AA" w:rsidR="004546F4" w:rsidRPr="007152CA" w:rsidRDefault="001E2A09" w:rsidP="004778B1">
      <w:pPr>
        <w:pStyle w:val="ListBullet"/>
        <w:tabs>
          <w:tab w:val="clear" w:pos="360"/>
          <w:tab w:val="num" w:pos="720"/>
        </w:tabs>
        <w:ind w:left="720"/>
        <w:rPr>
          <w:rFonts w:asciiTheme="majorHAnsi" w:hAnsiTheme="majorHAnsi" w:cstheme="majorHAnsi"/>
        </w:rPr>
      </w:pPr>
      <w:r w:rsidRPr="007152CA">
        <w:rPr>
          <w:rFonts w:asciiTheme="majorHAnsi" w:hAnsiTheme="majorHAnsi" w:cstheme="majorHAnsi"/>
        </w:rPr>
        <w:t xml:space="preserve">A personal commitment to Jesus Christ </w:t>
      </w:r>
      <w:r w:rsidR="007152CA">
        <w:rPr>
          <w:rFonts w:asciiTheme="majorHAnsi" w:hAnsiTheme="majorHAnsi" w:cstheme="majorHAnsi"/>
        </w:rPr>
        <w:t>as Lord and Savior</w:t>
      </w:r>
    </w:p>
    <w:p w14:paraId="4AB2F3B0" w14:textId="2737597E" w:rsidR="004546F4" w:rsidRPr="007152CA" w:rsidRDefault="001E2A09" w:rsidP="004778B1">
      <w:pPr>
        <w:pStyle w:val="ListBullet"/>
        <w:tabs>
          <w:tab w:val="clear" w:pos="360"/>
          <w:tab w:val="num" w:pos="720"/>
        </w:tabs>
        <w:ind w:left="720"/>
        <w:rPr>
          <w:rFonts w:asciiTheme="majorHAnsi" w:hAnsiTheme="majorHAnsi" w:cstheme="majorHAnsi"/>
        </w:rPr>
      </w:pPr>
      <w:r w:rsidRPr="007152CA">
        <w:rPr>
          <w:rFonts w:asciiTheme="majorHAnsi" w:hAnsiTheme="majorHAnsi" w:cstheme="majorHAnsi"/>
        </w:rPr>
        <w:t>Excitement for working with children of all ages and needs (preschool–elementary)</w:t>
      </w:r>
    </w:p>
    <w:p w14:paraId="4E3B741D" w14:textId="5464C3E9" w:rsidR="004546F4" w:rsidRPr="007152CA" w:rsidRDefault="001E2A09" w:rsidP="004778B1">
      <w:pPr>
        <w:pStyle w:val="ListBullet"/>
        <w:tabs>
          <w:tab w:val="clear" w:pos="360"/>
          <w:tab w:val="num" w:pos="720"/>
        </w:tabs>
        <w:ind w:left="720"/>
        <w:rPr>
          <w:rFonts w:asciiTheme="majorHAnsi" w:hAnsiTheme="majorHAnsi" w:cstheme="majorHAnsi"/>
        </w:rPr>
      </w:pPr>
      <w:r w:rsidRPr="007152CA">
        <w:rPr>
          <w:rFonts w:asciiTheme="majorHAnsi" w:hAnsiTheme="majorHAnsi" w:cstheme="majorHAnsi"/>
        </w:rPr>
        <w:t xml:space="preserve">Experience </w:t>
      </w:r>
      <w:r w:rsidR="007152CA">
        <w:rPr>
          <w:rFonts w:asciiTheme="majorHAnsi" w:hAnsiTheme="majorHAnsi" w:cstheme="majorHAnsi"/>
        </w:rPr>
        <w:t xml:space="preserve">working </w:t>
      </w:r>
      <w:r w:rsidRPr="007152CA">
        <w:rPr>
          <w:rFonts w:asciiTheme="majorHAnsi" w:hAnsiTheme="majorHAnsi" w:cstheme="majorHAnsi"/>
        </w:rPr>
        <w:t>with kids</w:t>
      </w:r>
    </w:p>
    <w:p w14:paraId="59E259D2" w14:textId="77777777" w:rsidR="004546F4" w:rsidRPr="007152CA" w:rsidRDefault="001E2A09" w:rsidP="004778B1">
      <w:pPr>
        <w:pStyle w:val="ListBullet"/>
        <w:tabs>
          <w:tab w:val="clear" w:pos="360"/>
          <w:tab w:val="num" w:pos="720"/>
        </w:tabs>
        <w:ind w:left="720"/>
        <w:rPr>
          <w:rFonts w:asciiTheme="majorHAnsi" w:hAnsiTheme="majorHAnsi" w:cstheme="majorHAnsi"/>
        </w:rPr>
      </w:pPr>
      <w:r w:rsidRPr="007152CA">
        <w:rPr>
          <w:rFonts w:asciiTheme="majorHAnsi" w:hAnsiTheme="majorHAnsi" w:cstheme="majorHAnsi"/>
        </w:rPr>
        <w:t>A collaborative spirit and the ability to work well with a team.</w:t>
      </w:r>
    </w:p>
    <w:p w14:paraId="5B9CAC99" w14:textId="2E7E37CD" w:rsidR="004546F4" w:rsidRPr="007152CA" w:rsidRDefault="001E2A09" w:rsidP="004778B1">
      <w:pPr>
        <w:pStyle w:val="ListBullet"/>
        <w:tabs>
          <w:tab w:val="clear" w:pos="360"/>
          <w:tab w:val="num" w:pos="720"/>
        </w:tabs>
        <w:ind w:left="720"/>
        <w:rPr>
          <w:rFonts w:asciiTheme="majorHAnsi" w:hAnsiTheme="majorHAnsi" w:cstheme="majorHAnsi"/>
        </w:rPr>
      </w:pPr>
      <w:r w:rsidRPr="007152CA">
        <w:rPr>
          <w:rFonts w:asciiTheme="majorHAnsi" w:hAnsiTheme="majorHAnsi" w:cstheme="majorHAnsi"/>
        </w:rPr>
        <w:t>Confidence leading groups of children and helping create fun, meaningful experiences</w:t>
      </w:r>
    </w:p>
    <w:p w14:paraId="24964539" w14:textId="4E7A2850" w:rsidR="004546F4" w:rsidRPr="007152CA" w:rsidRDefault="001E2A09" w:rsidP="004778B1">
      <w:pPr>
        <w:pStyle w:val="ListBullet"/>
        <w:tabs>
          <w:tab w:val="clear" w:pos="360"/>
          <w:tab w:val="num" w:pos="720"/>
        </w:tabs>
        <w:ind w:left="720"/>
        <w:rPr>
          <w:rFonts w:asciiTheme="majorHAnsi" w:hAnsiTheme="majorHAnsi" w:cstheme="majorHAnsi"/>
        </w:rPr>
      </w:pPr>
      <w:r w:rsidRPr="007152CA">
        <w:rPr>
          <w:rFonts w:asciiTheme="majorHAnsi" w:hAnsiTheme="majorHAnsi" w:cstheme="majorHAnsi"/>
        </w:rPr>
        <w:t>Strong organization</w:t>
      </w:r>
      <w:r w:rsidR="00AA412D">
        <w:rPr>
          <w:rFonts w:asciiTheme="majorHAnsi" w:hAnsiTheme="majorHAnsi" w:cstheme="majorHAnsi"/>
        </w:rPr>
        <w:t>al skills</w:t>
      </w:r>
      <w:r w:rsidRPr="007152CA">
        <w:rPr>
          <w:rFonts w:asciiTheme="majorHAnsi" w:hAnsiTheme="majorHAnsi" w:cstheme="majorHAnsi"/>
        </w:rPr>
        <w:t>, initiative, and creativity</w:t>
      </w:r>
    </w:p>
    <w:p w14:paraId="3FC4260C" w14:textId="6C768657" w:rsidR="004546F4" w:rsidRPr="007152CA" w:rsidRDefault="001E2A09" w:rsidP="004778B1">
      <w:pPr>
        <w:pStyle w:val="ListBullet"/>
        <w:tabs>
          <w:tab w:val="clear" w:pos="360"/>
          <w:tab w:val="num" w:pos="720"/>
        </w:tabs>
        <w:ind w:left="720"/>
        <w:rPr>
          <w:rFonts w:asciiTheme="majorHAnsi" w:hAnsiTheme="majorHAnsi" w:cstheme="majorHAnsi"/>
        </w:rPr>
      </w:pPr>
      <w:r w:rsidRPr="007152CA">
        <w:rPr>
          <w:rFonts w:asciiTheme="majorHAnsi" w:hAnsiTheme="majorHAnsi" w:cstheme="majorHAnsi"/>
        </w:rPr>
        <w:t xml:space="preserve">High school </w:t>
      </w:r>
      <w:r w:rsidR="007152CA">
        <w:rPr>
          <w:rFonts w:asciiTheme="majorHAnsi" w:hAnsiTheme="majorHAnsi" w:cstheme="majorHAnsi"/>
        </w:rPr>
        <w:t xml:space="preserve">graduate or high school </w:t>
      </w:r>
      <w:r w:rsidRPr="007152CA">
        <w:rPr>
          <w:rFonts w:asciiTheme="majorHAnsi" w:hAnsiTheme="majorHAnsi" w:cstheme="majorHAnsi"/>
        </w:rPr>
        <w:t xml:space="preserve">applicant </w:t>
      </w:r>
      <w:r w:rsidR="007152CA">
        <w:rPr>
          <w:rFonts w:asciiTheme="majorHAnsi" w:hAnsiTheme="majorHAnsi" w:cstheme="majorHAnsi"/>
        </w:rPr>
        <w:t>who will have</w:t>
      </w:r>
      <w:r w:rsidRPr="007152CA">
        <w:rPr>
          <w:rFonts w:asciiTheme="majorHAnsi" w:hAnsiTheme="majorHAnsi" w:cstheme="majorHAnsi"/>
        </w:rPr>
        <w:t xml:space="preserve"> completed 11th grade</w:t>
      </w:r>
    </w:p>
    <w:p w14:paraId="62F47193" w14:textId="3F80D3B4" w:rsidR="004546F4" w:rsidRPr="007152CA" w:rsidRDefault="001E2A09" w:rsidP="007152CA">
      <w:pPr>
        <w:spacing w:after="0"/>
        <w:rPr>
          <w:rFonts w:asciiTheme="majorHAnsi" w:hAnsiTheme="majorHAnsi" w:cstheme="majorHAnsi"/>
          <w:b/>
          <w:bCs/>
        </w:rPr>
      </w:pPr>
      <w:r w:rsidRPr="007152CA">
        <w:rPr>
          <w:rFonts w:asciiTheme="majorHAnsi" w:hAnsiTheme="majorHAnsi" w:cstheme="majorHAnsi"/>
          <w:b/>
          <w:bCs/>
        </w:rPr>
        <w:t>Major Events</w:t>
      </w:r>
    </w:p>
    <w:p w14:paraId="56B5FEB9" w14:textId="3EFEAA2A" w:rsidR="004546F4" w:rsidRPr="007152CA" w:rsidRDefault="001E2A09" w:rsidP="004778B1">
      <w:pPr>
        <w:pStyle w:val="ListBullet"/>
        <w:tabs>
          <w:tab w:val="clear" w:pos="360"/>
          <w:tab w:val="num" w:pos="720"/>
        </w:tabs>
        <w:ind w:left="720"/>
        <w:rPr>
          <w:rFonts w:asciiTheme="majorHAnsi" w:hAnsiTheme="majorHAnsi" w:cstheme="majorHAnsi"/>
        </w:rPr>
      </w:pPr>
      <w:r w:rsidRPr="007152CA">
        <w:rPr>
          <w:rFonts w:asciiTheme="majorHAnsi" w:hAnsiTheme="majorHAnsi" w:cstheme="majorHAnsi"/>
        </w:rPr>
        <w:t>Sunday School</w:t>
      </w:r>
      <w:r w:rsidR="00E93C4D">
        <w:rPr>
          <w:rFonts w:asciiTheme="majorHAnsi" w:hAnsiTheme="majorHAnsi" w:cstheme="majorHAnsi"/>
        </w:rPr>
        <w:t xml:space="preserve"> - weekly</w:t>
      </w:r>
    </w:p>
    <w:p w14:paraId="1EF9F5BF" w14:textId="0A029A44" w:rsidR="004546F4" w:rsidRPr="007152CA" w:rsidRDefault="001E2A09" w:rsidP="004778B1">
      <w:pPr>
        <w:pStyle w:val="ListBullet"/>
        <w:tabs>
          <w:tab w:val="clear" w:pos="360"/>
          <w:tab w:val="num" w:pos="720"/>
        </w:tabs>
        <w:ind w:left="720"/>
        <w:rPr>
          <w:rFonts w:asciiTheme="majorHAnsi" w:hAnsiTheme="majorHAnsi" w:cstheme="majorHAnsi"/>
        </w:rPr>
      </w:pPr>
      <w:r w:rsidRPr="007152CA">
        <w:rPr>
          <w:rFonts w:asciiTheme="majorHAnsi" w:hAnsiTheme="majorHAnsi" w:cstheme="majorHAnsi"/>
        </w:rPr>
        <w:t xml:space="preserve">Preschool </w:t>
      </w:r>
      <w:r w:rsidR="007152CA">
        <w:rPr>
          <w:rFonts w:asciiTheme="majorHAnsi" w:hAnsiTheme="majorHAnsi" w:cstheme="majorHAnsi"/>
        </w:rPr>
        <w:t>Princess Day</w:t>
      </w:r>
      <w:r w:rsidR="007D087B">
        <w:rPr>
          <w:rFonts w:asciiTheme="majorHAnsi" w:hAnsiTheme="majorHAnsi" w:cstheme="majorHAnsi"/>
        </w:rPr>
        <w:t xml:space="preserve"> – June 12</w:t>
      </w:r>
    </w:p>
    <w:p w14:paraId="7655617F" w14:textId="7179AC76" w:rsidR="004546F4" w:rsidRPr="007152CA" w:rsidRDefault="001E2A09" w:rsidP="004778B1">
      <w:pPr>
        <w:pStyle w:val="ListBullet"/>
        <w:tabs>
          <w:tab w:val="clear" w:pos="360"/>
          <w:tab w:val="num" w:pos="720"/>
        </w:tabs>
        <w:ind w:left="720"/>
        <w:rPr>
          <w:rFonts w:asciiTheme="majorHAnsi" w:hAnsiTheme="majorHAnsi" w:cstheme="majorHAnsi"/>
        </w:rPr>
      </w:pPr>
      <w:r w:rsidRPr="007152CA">
        <w:rPr>
          <w:rFonts w:asciiTheme="majorHAnsi" w:hAnsiTheme="majorHAnsi" w:cstheme="majorHAnsi"/>
        </w:rPr>
        <w:t xml:space="preserve">Mission Extreme </w:t>
      </w:r>
      <w:r w:rsidR="007152CA">
        <w:rPr>
          <w:rFonts w:asciiTheme="majorHAnsi" w:hAnsiTheme="majorHAnsi" w:cstheme="majorHAnsi"/>
        </w:rPr>
        <w:t xml:space="preserve">- </w:t>
      </w:r>
      <w:r w:rsidR="004778B1">
        <w:rPr>
          <w:rFonts w:asciiTheme="majorHAnsi" w:hAnsiTheme="majorHAnsi" w:cstheme="majorHAnsi"/>
        </w:rPr>
        <w:t xml:space="preserve">weekdays </w:t>
      </w:r>
      <w:r w:rsidR="007152CA">
        <w:rPr>
          <w:rFonts w:asciiTheme="majorHAnsi" w:hAnsiTheme="majorHAnsi" w:cstheme="majorHAnsi"/>
        </w:rPr>
        <w:t>in June</w:t>
      </w:r>
    </w:p>
    <w:p w14:paraId="06AFD67F" w14:textId="217FA13C" w:rsidR="004546F4" w:rsidRPr="007152CA" w:rsidRDefault="001E2A09" w:rsidP="004778B1">
      <w:pPr>
        <w:pStyle w:val="ListBullet"/>
        <w:tabs>
          <w:tab w:val="clear" w:pos="360"/>
          <w:tab w:val="num" w:pos="720"/>
        </w:tabs>
        <w:ind w:left="720"/>
        <w:rPr>
          <w:rFonts w:asciiTheme="majorHAnsi" w:hAnsiTheme="majorHAnsi" w:cstheme="majorHAnsi"/>
        </w:rPr>
      </w:pPr>
      <w:r w:rsidRPr="007152CA">
        <w:rPr>
          <w:rFonts w:asciiTheme="majorHAnsi" w:hAnsiTheme="majorHAnsi" w:cstheme="majorHAnsi"/>
        </w:rPr>
        <w:t>Summer Celebration (VBS)</w:t>
      </w:r>
      <w:r w:rsidR="007152CA">
        <w:rPr>
          <w:rFonts w:asciiTheme="majorHAnsi" w:hAnsiTheme="majorHAnsi" w:cstheme="majorHAnsi"/>
        </w:rPr>
        <w:t xml:space="preserve"> – July </w:t>
      </w:r>
      <w:r w:rsidR="00161443">
        <w:rPr>
          <w:rFonts w:asciiTheme="majorHAnsi" w:hAnsiTheme="majorHAnsi" w:cstheme="majorHAnsi"/>
        </w:rPr>
        <w:t>12 - 16</w:t>
      </w:r>
    </w:p>
    <w:p w14:paraId="22C48BD2" w14:textId="77777777" w:rsidR="004546F4" w:rsidRPr="007152CA" w:rsidRDefault="001E2A09" w:rsidP="007152CA">
      <w:pPr>
        <w:spacing w:after="0"/>
        <w:rPr>
          <w:rFonts w:asciiTheme="majorHAnsi" w:hAnsiTheme="majorHAnsi" w:cstheme="majorHAnsi"/>
          <w:b/>
          <w:bCs/>
        </w:rPr>
      </w:pPr>
      <w:r w:rsidRPr="007152CA">
        <w:rPr>
          <w:rFonts w:asciiTheme="majorHAnsi" w:hAnsiTheme="majorHAnsi" w:cstheme="majorHAnsi"/>
          <w:b/>
          <w:bCs/>
        </w:rPr>
        <w:t>General Responsibilities</w:t>
      </w:r>
    </w:p>
    <w:p w14:paraId="29DA7594" w14:textId="77FC2B91" w:rsidR="004546F4" w:rsidRPr="00DB64B1" w:rsidRDefault="001E2A09" w:rsidP="00DB64B1">
      <w:pPr>
        <w:pStyle w:val="ListBullet"/>
        <w:tabs>
          <w:tab w:val="clear" w:pos="360"/>
          <w:tab w:val="num" w:pos="720"/>
        </w:tabs>
        <w:ind w:left="720"/>
        <w:rPr>
          <w:rFonts w:asciiTheme="majorHAnsi" w:hAnsiTheme="majorHAnsi" w:cstheme="majorHAnsi"/>
        </w:rPr>
      </w:pPr>
      <w:r w:rsidRPr="007152CA">
        <w:rPr>
          <w:rFonts w:asciiTheme="majorHAnsi" w:hAnsiTheme="majorHAnsi" w:cstheme="majorHAnsi"/>
        </w:rPr>
        <w:t>Help plan and lead Summer Sunday School</w:t>
      </w:r>
      <w:r w:rsidR="004E08CA">
        <w:rPr>
          <w:rFonts w:asciiTheme="majorHAnsi" w:hAnsiTheme="majorHAnsi" w:cstheme="majorHAnsi"/>
        </w:rPr>
        <w:t xml:space="preserve">, </w:t>
      </w:r>
      <w:r w:rsidRPr="007152CA">
        <w:rPr>
          <w:rFonts w:asciiTheme="majorHAnsi" w:hAnsiTheme="majorHAnsi" w:cstheme="majorHAnsi"/>
        </w:rPr>
        <w:t>Summer Celebration (VBS)</w:t>
      </w:r>
      <w:r w:rsidR="004E08CA">
        <w:rPr>
          <w:rFonts w:asciiTheme="majorHAnsi" w:hAnsiTheme="majorHAnsi" w:cstheme="majorHAnsi"/>
        </w:rPr>
        <w:t>, Mission Extreme, and Princess Day</w:t>
      </w:r>
      <w:r w:rsidR="00DB64B1">
        <w:rPr>
          <w:rFonts w:asciiTheme="majorHAnsi" w:hAnsiTheme="majorHAnsi" w:cstheme="majorHAnsi"/>
        </w:rPr>
        <w:t>.</w:t>
      </w:r>
    </w:p>
    <w:p w14:paraId="1476318B" w14:textId="628602E8" w:rsidR="004546F4" w:rsidRPr="007152CA" w:rsidRDefault="001E2A09" w:rsidP="004778B1">
      <w:pPr>
        <w:pStyle w:val="ListBullet"/>
        <w:tabs>
          <w:tab w:val="clear" w:pos="360"/>
          <w:tab w:val="num" w:pos="720"/>
        </w:tabs>
        <w:ind w:left="720"/>
        <w:rPr>
          <w:rFonts w:asciiTheme="majorHAnsi" w:hAnsiTheme="majorHAnsi" w:cstheme="majorHAnsi"/>
        </w:rPr>
      </w:pPr>
      <w:r w:rsidRPr="007152CA">
        <w:rPr>
          <w:rFonts w:asciiTheme="majorHAnsi" w:hAnsiTheme="majorHAnsi" w:cstheme="majorHAnsi"/>
        </w:rPr>
        <w:t>Bring energy, creativity, and leadership to activities, worship, games, and small groups.</w:t>
      </w:r>
    </w:p>
    <w:p w14:paraId="1557599F" w14:textId="77777777" w:rsidR="004546F4" w:rsidRPr="007152CA" w:rsidRDefault="001E2A09" w:rsidP="007152CA">
      <w:pPr>
        <w:spacing w:after="0"/>
        <w:rPr>
          <w:rFonts w:asciiTheme="majorHAnsi" w:hAnsiTheme="majorHAnsi" w:cstheme="majorHAnsi"/>
          <w:b/>
          <w:bCs/>
        </w:rPr>
      </w:pPr>
      <w:r w:rsidRPr="007152CA">
        <w:rPr>
          <w:rFonts w:asciiTheme="majorHAnsi" w:hAnsiTheme="majorHAnsi" w:cstheme="majorHAnsi"/>
          <w:b/>
          <w:bCs/>
        </w:rPr>
        <w:t>Working Relationships</w:t>
      </w:r>
    </w:p>
    <w:p w14:paraId="08F6BE9A" w14:textId="722FC4FE" w:rsidR="004546F4" w:rsidRPr="007152CA" w:rsidRDefault="001E2A09" w:rsidP="004778B1">
      <w:pPr>
        <w:pStyle w:val="ListBullet"/>
        <w:tabs>
          <w:tab w:val="clear" w:pos="360"/>
          <w:tab w:val="num" w:pos="720"/>
        </w:tabs>
        <w:ind w:left="720"/>
        <w:rPr>
          <w:rFonts w:asciiTheme="majorHAnsi" w:hAnsiTheme="majorHAnsi" w:cstheme="majorHAnsi"/>
        </w:rPr>
      </w:pPr>
      <w:r w:rsidRPr="007152CA">
        <w:rPr>
          <w:rFonts w:asciiTheme="majorHAnsi" w:hAnsiTheme="majorHAnsi" w:cstheme="majorHAnsi"/>
        </w:rPr>
        <w:t xml:space="preserve">Interns work closely with and are </w:t>
      </w:r>
      <w:r w:rsidR="004778B1">
        <w:rPr>
          <w:rFonts w:asciiTheme="majorHAnsi" w:hAnsiTheme="majorHAnsi" w:cstheme="majorHAnsi"/>
        </w:rPr>
        <w:t xml:space="preserve">supervised by the </w:t>
      </w:r>
      <w:r w:rsidRPr="007152CA">
        <w:rPr>
          <w:rFonts w:asciiTheme="majorHAnsi" w:hAnsiTheme="majorHAnsi" w:cstheme="majorHAnsi"/>
        </w:rPr>
        <w:t>Children’s Ministry Staff, following guidelines from MDPC Session and the Personnel Committee.</w:t>
      </w:r>
    </w:p>
    <w:p w14:paraId="7CFAD908" w14:textId="77777777" w:rsidR="004546F4" w:rsidRPr="007152CA" w:rsidRDefault="001E2A09" w:rsidP="007152CA">
      <w:pPr>
        <w:spacing w:after="0"/>
        <w:rPr>
          <w:rFonts w:asciiTheme="majorHAnsi" w:hAnsiTheme="majorHAnsi" w:cstheme="majorHAnsi"/>
          <w:b/>
          <w:bCs/>
        </w:rPr>
      </w:pPr>
      <w:r w:rsidRPr="007152CA">
        <w:rPr>
          <w:rFonts w:asciiTheme="majorHAnsi" w:hAnsiTheme="majorHAnsi" w:cstheme="majorHAnsi"/>
          <w:b/>
          <w:bCs/>
        </w:rPr>
        <w:t>Salary &amp; Duration</w:t>
      </w:r>
    </w:p>
    <w:p w14:paraId="3E6505DC" w14:textId="4623808F" w:rsidR="004546F4" w:rsidRPr="007152CA" w:rsidRDefault="00FD1923" w:rsidP="004778B1">
      <w:pPr>
        <w:pStyle w:val="ListBullet"/>
        <w:tabs>
          <w:tab w:val="clear" w:pos="360"/>
          <w:tab w:val="num" w:pos="720"/>
        </w:tabs>
        <w:ind w:lef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Interns will be paid </w:t>
      </w:r>
      <w:r w:rsidR="001E2A09" w:rsidRPr="007152CA">
        <w:rPr>
          <w:rFonts w:asciiTheme="majorHAnsi" w:hAnsiTheme="majorHAnsi" w:cstheme="majorHAnsi"/>
        </w:rPr>
        <w:t>$4,000</w:t>
      </w:r>
      <w:r w:rsidR="00E474AD">
        <w:rPr>
          <w:rFonts w:asciiTheme="majorHAnsi" w:hAnsiTheme="majorHAnsi" w:cstheme="majorHAnsi"/>
        </w:rPr>
        <w:t>.</w:t>
      </w:r>
    </w:p>
    <w:p w14:paraId="449EAFCC" w14:textId="3A67AA5A" w:rsidR="004546F4" w:rsidRPr="007152CA" w:rsidRDefault="00E474AD" w:rsidP="004778B1">
      <w:pPr>
        <w:pStyle w:val="ListBullet"/>
        <w:tabs>
          <w:tab w:val="clear" w:pos="360"/>
          <w:tab w:val="num" w:pos="720"/>
        </w:tabs>
        <w:ind w:lef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This i</w:t>
      </w:r>
      <w:r w:rsidR="001E2A09" w:rsidRPr="007152CA">
        <w:rPr>
          <w:rFonts w:asciiTheme="majorHAnsi" w:hAnsiTheme="majorHAnsi" w:cstheme="majorHAnsi"/>
        </w:rPr>
        <w:t>nternship runs May 2</w:t>
      </w:r>
      <w:r w:rsidR="003907FC">
        <w:rPr>
          <w:rFonts w:asciiTheme="majorHAnsi" w:hAnsiTheme="majorHAnsi" w:cstheme="majorHAnsi"/>
        </w:rPr>
        <w:t>5</w:t>
      </w:r>
      <w:r w:rsidR="001E2A09" w:rsidRPr="007152CA">
        <w:rPr>
          <w:rFonts w:asciiTheme="majorHAnsi" w:hAnsiTheme="majorHAnsi" w:cstheme="majorHAnsi"/>
        </w:rPr>
        <w:t xml:space="preserve">–August </w:t>
      </w:r>
      <w:r w:rsidR="00FC4567">
        <w:rPr>
          <w:rFonts w:asciiTheme="majorHAnsi" w:hAnsiTheme="majorHAnsi" w:cstheme="majorHAnsi"/>
        </w:rPr>
        <w:t>1</w:t>
      </w:r>
      <w:r w:rsidR="001E2A09" w:rsidRPr="007152CA">
        <w:rPr>
          <w:rFonts w:asciiTheme="majorHAnsi" w:hAnsiTheme="majorHAnsi" w:cstheme="majorHAnsi"/>
        </w:rPr>
        <w:t>, 2026. Most weeks are Sunday–Wednesday (schedule varies with programming).</w:t>
      </w:r>
    </w:p>
    <w:p w14:paraId="06E547F5" w14:textId="40B692A3" w:rsidR="004546F4" w:rsidRPr="007152CA" w:rsidRDefault="001E2A09" w:rsidP="004778B1">
      <w:pPr>
        <w:pStyle w:val="ListBullet"/>
        <w:tabs>
          <w:tab w:val="clear" w:pos="360"/>
          <w:tab w:val="num" w:pos="720"/>
        </w:tabs>
        <w:ind w:left="720"/>
        <w:rPr>
          <w:rFonts w:asciiTheme="majorHAnsi" w:hAnsiTheme="majorHAnsi" w:cstheme="majorHAnsi"/>
        </w:rPr>
      </w:pPr>
      <w:r w:rsidRPr="007152CA">
        <w:rPr>
          <w:rFonts w:asciiTheme="majorHAnsi" w:hAnsiTheme="majorHAnsi" w:cstheme="majorHAnsi"/>
        </w:rPr>
        <w:t xml:space="preserve">Time off is discouraged and must be </w:t>
      </w:r>
      <w:r w:rsidR="004778B1" w:rsidRPr="00C83928">
        <w:rPr>
          <w:rFonts w:asciiTheme="majorHAnsi" w:hAnsiTheme="majorHAnsi" w:cstheme="majorHAnsi"/>
        </w:rPr>
        <w:t>approved by the Children’s Ministries Director prior to May 1</w:t>
      </w:r>
      <w:r w:rsidRPr="007152CA">
        <w:rPr>
          <w:rFonts w:asciiTheme="majorHAnsi" w:hAnsiTheme="majorHAnsi" w:cstheme="majorHAnsi"/>
        </w:rPr>
        <w:t>. No time off is permitted during major events.</w:t>
      </w:r>
    </w:p>
    <w:sectPr w:rsidR="004546F4" w:rsidRPr="007152CA" w:rsidSect="004778B1">
      <w:pgSz w:w="12240" w:h="15840"/>
      <w:pgMar w:top="864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ED9899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1218879">
    <w:abstractNumId w:val="8"/>
  </w:num>
  <w:num w:numId="2" w16cid:durableId="1601403146">
    <w:abstractNumId w:val="6"/>
  </w:num>
  <w:num w:numId="3" w16cid:durableId="1844003863">
    <w:abstractNumId w:val="5"/>
  </w:num>
  <w:num w:numId="4" w16cid:durableId="1063523136">
    <w:abstractNumId w:val="4"/>
  </w:num>
  <w:num w:numId="5" w16cid:durableId="1683437459">
    <w:abstractNumId w:val="7"/>
  </w:num>
  <w:num w:numId="6" w16cid:durableId="1090587236">
    <w:abstractNumId w:val="3"/>
  </w:num>
  <w:num w:numId="7" w16cid:durableId="198007766">
    <w:abstractNumId w:val="2"/>
  </w:num>
  <w:num w:numId="8" w16cid:durableId="1090783304">
    <w:abstractNumId w:val="1"/>
  </w:num>
  <w:num w:numId="9" w16cid:durableId="1680430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414E"/>
    <w:rsid w:val="0015074B"/>
    <w:rsid w:val="00161443"/>
    <w:rsid w:val="0017508E"/>
    <w:rsid w:val="001E2A09"/>
    <w:rsid w:val="0029639D"/>
    <w:rsid w:val="00326F90"/>
    <w:rsid w:val="003907FC"/>
    <w:rsid w:val="004546F4"/>
    <w:rsid w:val="004778B1"/>
    <w:rsid w:val="004E08CA"/>
    <w:rsid w:val="005574D8"/>
    <w:rsid w:val="00575888"/>
    <w:rsid w:val="006373E1"/>
    <w:rsid w:val="006D133F"/>
    <w:rsid w:val="007152CA"/>
    <w:rsid w:val="0079128C"/>
    <w:rsid w:val="007D087B"/>
    <w:rsid w:val="007E2FAE"/>
    <w:rsid w:val="008103F2"/>
    <w:rsid w:val="0085283C"/>
    <w:rsid w:val="00AA1D8D"/>
    <w:rsid w:val="00AA412D"/>
    <w:rsid w:val="00B47730"/>
    <w:rsid w:val="00C83928"/>
    <w:rsid w:val="00CB0664"/>
    <w:rsid w:val="00D41634"/>
    <w:rsid w:val="00DB64B1"/>
    <w:rsid w:val="00E1358F"/>
    <w:rsid w:val="00E474AD"/>
    <w:rsid w:val="00E93C4D"/>
    <w:rsid w:val="00ED5FC0"/>
    <w:rsid w:val="00FC4567"/>
    <w:rsid w:val="00FC693F"/>
    <w:rsid w:val="00FD1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F8F82A"/>
  <w14:defaultImageDpi w14:val="300"/>
  <w15:docId w15:val="{A4FBD3EF-F175-493A-BD2A-6E380EB0A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Keri Mosk</cp:lastModifiedBy>
  <cp:revision>19</cp:revision>
  <cp:lastPrinted>2025-11-24T22:47:00Z</cp:lastPrinted>
  <dcterms:created xsi:type="dcterms:W3CDTF">2025-12-01T16:41:00Z</dcterms:created>
  <dcterms:modified xsi:type="dcterms:W3CDTF">2026-11-05T20:01:00Z</dcterms:modified>
  <cp:category/>
</cp:coreProperties>
</file>