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4B45C8" w14:textId="4EB521BF" w:rsidR="00624D76" w:rsidRDefault="00624D76" w:rsidP="00624D76">
      <w:pPr>
        <w:jc w:val="center"/>
        <w:rPr>
          <w:rFonts w:ascii="Aptos Display" w:hAnsi="Aptos Display"/>
          <w:b/>
          <w:sz w:val="36"/>
        </w:rPr>
      </w:pPr>
      <w:r>
        <w:fldChar w:fldCharType="begin"/>
      </w:r>
      <w:r>
        <w:instrText xml:space="preserve"> INCLUDEPICTURE "https://vaumc.org/wp-content/uploads/2022/08/VAUMC-4-color-logotransparent-1024x517.png"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540655B" wp14:editId="0853C854">
            <wp:extent cx="2099641" cy="1059255"/>
            <wp:effectExtent l="0" t="0" r="0" b="0"/>
            <wp:docPr id="236937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994" cy="107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21E9480E" w14:textId="7FD3F42C" w:rsidR="00605A2D" w:rsidRDefault="00000000">
      <w:pPr>
        <w:jc w:val="center"/>
      </w:pPr>
      <w:r>
        <w:rPr>
          <w:rFonts w:ascii="Aptos Display" w:hAnsi="Aptos Display"/>
          <w:b/>
          <w:sz w:val="36"/>
        </w:rPr>
        <w:t>Executive Assistant to the Bishop</w:t>
      </w:r>
    </w:p>
    <w:p w14:paraId="0D7E1502" w14:textId="65C4113B" w:rsidR="00605A2D" w:rsidRDefault="00000000">
      <w:pPr>
        <w:spacing w:after="160"/>
      </w:pPr>
      <w:r>
        <w:t xml:space="preserve">The Virginia Conference of The United Methodist Church is seeking a highly organized, adaptable, and </w:t>
      </w:r>
      <w:r w:rsidR="00A63431">
        <w:t>professional</w:t>
      </w:r>
      <w:r>
        <w:t xml:space="preserve"> Executive Assistant to the Bishop. This exempt position provides comprehensive administrative support to the </w:t>
      </w:r>
      <w:proofErr w:type="gramStart"/>
      <w:r>
        <w:t>Bishop</w:t>
      </w:r>
      <w:proofErr w:type="gramEnd"/>
      <w:r>
        <w:t xml:space="preserve"> and assists the Cabinet and Assistant to the Bishop </w:t>
      </w:r>
      <w:r w:rsidR="00624D76">
        <w:t xml:space="preserve">/COO </w:t>
      </w:r>
      <w:r>
        <w:t>as needed.</w:t>
      </w:r>
    </w:p>
    <w:p w14:paraId="38F8B1FD" w14:textId="6933C6A4" w:rsidR="00605A2D" w:rsidRDefault="00000000">
      <w:pPr>
        <w:spacing w:after="160"/>
      </w:pPr>
      <w:r>
        <w:t xml:space="preserve">The Executive Assistant will manage the </w:t>
      </w:r>
      <w:proofErr w:type="gramStart"/>
      <w:r>
        <w:t>Bishop’s</w:t>
      </w:r>
      <w:proofErr w:type="gramEnd"/>
      <w:r>
        <w:t xml:space="preserve"> calendar, coordinate meetings and travel, arrange accommodations, support the Cabinet’s </w:t>
      </w:r>
      <w:r w:rsidR="00624D76">
        <w:t>regular meetings</w:t>
      </w:r>
      <w:r>
        <w:t>, assist with planning for Annual Conference</w:t>
      </w:r>
      <w:r w:rsidR="00CC44A2">
        <w:t xml:space="preserve">, and connect the work of the </w:t>
      </w:r>
      <w:proofErr w:type="gramStart"/>
      <w:r w:rsidR="00CC44A2">
        <w:t>Bishop’s</w:t>
      </w:r>
      <w:proofErr w:type="gramEnd"/>
      <w:r w:rsidR="00CC44A2">
        <w:t xml:space="preserve"> office with the denominational boards and agencies</w:t>
      </w:r>
      <w:r>
        <w:t xml:space="preserve">. The position also oversees administrative aspects of the Bishop’s Office budget, including </w:t>
      </w:r>
      <w:r w:rsidR="00CC44A2">
        <w:t xml:space="preserve">immigration, </w:t>
      </w:r>
      <w:r>
        <w:t>budget preparation, expense reimbursements, supply purchasing, and expense monitoring.</w:t>
      </w:r>
    </w:p>
    <w:p w14:paraId="37D0FC98" w14:textId="77777777" w:rsidR="00605A2D" w:rsidRDefault="00000000">
      <w:pPr>
        <w:spacing w:before="80" w:after="80"/>
      </w:pPr>
      <w:r>
        <w:rPr>
          <w:b/>
          <w:sz w:val="22"/>
        </w:rPr>
        <w:t>Successful candidates will have:</w:t>
      </w:r>
    </w:p>
    <w:p w14:paraId="67772A35" w14:textId="77777777" w:rsidR="00605A2D" w:rsidRDefault="00000000">
      <w:pPr>
        <w:pStyle w:val="ListBullet"/>
        <w:spacing w:after="40"/>
      </w:pPr>
      <w:r>
        <w:t>A high school diploma; a bachelor’s degree is preferred</w:t>
      </w:r>
    </w:p>
    <w:p w14:paraId="619B2F09" w14:textId="77777777" w:rsidR="00605A2D" w:rsidRDefault="00000000">
      <w:pPr>
        <w:pStyle w:val="ListBullet"/>
        <w:spacing w:after="40"/>
      </w:pPr>
      <w:r>
        <w:t>Administrative experience and experience working within The United Methodist Church</w:t>
      </w:r>
    </w:p>
    <w:p w14:paraId="196848CF" w14:textId="2E1513C1" w:rsidR="00605A2D" w:rsidRDefault="00624D76">
      <w:pPr>
        <w:pStyle w:val="ListBullet"/>
        <w:spacing w:after="40"/>
      </w:pPr>
      <w:r>
        <w:t>Deep knowledge of United Methodist organizational structure</w:t>
      </w:r>
    </w:p>
    <w:p w14:paraId="50BDED30" w14:textId="77777777" w:rsidR="00605A2D" w:rsidRDefault="00000000">
      <w:pPr>
        <w:pStyle w:val="ListBullet"/>
        <w:spacing w:after="40"/>
      </w:pPr>
      <w:r>
        <w:t>Strong project-management, communication, and interpersonal skills</w:t>
      </w:r>
    </w:p>
    <w:p w14:paraId="214128ED" w14:textId="77777777" w:rsidR="00605A2D" w:rsidRDefault="00000000">
      <w:pPr>
        <w:pStyle w:val="ListBullet"/>
        <w:spacing w:after="40"/>
      </w:pPr>
      <w:r>
        <w:t>Proficiency with Microsoft Word, Excel, and Google Workspace</w:t>
      </w:r>
    </w:p>
    <w:p w14:paraId="5BCBC172" w14:textId="77777777" w:rsidR="00605A2D" w:rsidRDefault="00000000">
      <w:pPr>
        <w:pStyle w:val="ListBullet"/>
        <w:spacing w:after="40"/>
      </w:pPr>
      <w:r>
        <w:t>The ability to handle confidential information with discretion</w:t>
      </w:r>
    </w:p>
    <w:p w14:paraId="32C918D8" w14:textId="77777777" w:rsidR="00605A2D" w:rsidRDefault="00000000">
      <w:pPr>
        <w:pStyle w:val="ListBullet"/>
        <w:spacing w:after="40"/>
      </w:pPr>
      <w:r>
        <w:t>Flexibility to respond to emergencies or other high-priority situations</w:t>
      </w:r>
    </w:p>
    <w:p w14:paraId="67CAD58E" w14:textId="2234FE81" w:rsidR="00605A2D" w:rsidRDefault="00000000">
      <w:pPr>
        <w:spacing w:before="160"/>
      </w:pPr>
      <w:r>
        <w:t xml:space="preserve">This is primarily an office-based position with occasional travel for </w:t>
      </w:r>
      <w:r w:rsidR="00624D76">
        <w:t>Conference events</w:t>
      </w:r>
      <w:r>
        <w:t xml:space="preserve"> </w:t>
      </w:r>
      <w:r w:rsidR="00624D76">
        <w:t xml:space="preserve">such as </w:t>
      </w:r>
      <w:r>
        <w:t xml:space="preserve">Annual Conference. The role requires regular computer use, document review, written and verbal communication, and the ability to manage multiple priorities in a fast-paced environment. </w:t>
      </w:r>
      <w:r w:rsidR="00A63431">
        <w:t>The salary range is $5</w:t>
      </w:r>
      <w:r w:rsidR="007268AE">
        <w:t>0</w:t>
      </w:r>
      <w:r w:rsidR="00A63431">
        <w:t>,000-$65,000.</w:t>
      </w:r>
    </w:p>
    <w:p w14:paraId="0FCE8841" w14:textId="2806B923" w:rsidR="008A47BF" w:rsidRDefault="008A47BF">
      <w:pPr>
        <w:spacing w:before="160"/>
      </w:pPr>
      <w:r>
        <w:t xml:space="preserve">Applications should be sent to Rev. Doug Forrester at </w:t>
      </w:r>
      <w:hyperlink r:id="rId7" w:history="1">
        <w:r w:rsidRPr="00EF4FF1">
          <w:rPr>
            <w:rStyle w:val="Hyperlink"/>
          </w:rPr>
          <w:t>assistanttothebishop@vaumc.org</w:t>
        </w:r>
      </w:hyperlink>
      <w:r>
        <w:t xml:space="preserve"> by August 26, 2026.</w:t>
      </w:r>
    </w:p>
    <w:sectPr w:rsidR="008A47BF" w:rsidSect="00034616">
      <w:pgSz w:w="12240" w:h="15840"/>
      <w:pgMar w:top="1008" w:right="1224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12610604">
    <w:abstractNumId w:val="8"/>
  </w:num>
  <w:num w:numId="2" w16cid:durableId="353504678">
    <w:abstractNumId w:val="6"/>
  </w:num>
  <w:num w:numId="3" w16cid:durableId="1963614078">
    <w:abstractNumId w:val="5"/>
  </w:num>
  <w:num w:numId="4" w16cid:durableId="855929017">
    <w:abstractNumId w:val="4"/>
  </w:num>
  <w:num w:numId="5" w16cid:durableId="996498526">
    <w:abstractNumId w:val="7"/>
  </w:num>
  <w:num w:numId="6" w16cid:durableId="522138004">
    <w:abstractNumId w:val="3"/>
  </w:num>
  <w:num w:numId="7" w16cid:durableId="279728167">
    <w:abstractNumId w:val="2"/>
  </w:num>
  <w:num w:numId="8" w16cid:durableId="966085186">
    <w:abstractNumId w:val="1"/>
  </w:num>
  <w:num w:numId="9" w16cid:durableId="84155472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401E"/>
    <w:rsid w:val="0006063C"/>
    <w:rsid w:val="0015074B"/>
    <w:rsid w:val="00205E38"/>
    <w:rsid w:val="0029639D"/>
    <w:rsid w:val="002A7D14"/>
    <w:rsid w:val="00326F90"/>
    <w:rsid w:val="00605A2D"/>
    <w:rsid w:val="00624D76"/>
    <w:rsid w:val="007268AE"/>
    <w:rsid w:val="008A47BF"/>
    <w:rsid w:val="00A63431"/>
    <w:rsid w:val="00AA1D8D"/>
    <w:rsid w:val="00B47730"/>
    <w:rsid w:val="00CB0664"/>
    <w:rsid w:val="00CC44A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C5F176"/>
  <w14:defaultImageDpi w14:val="300"/>
  <w15:docId w15:val="{4CF6AA33-7597-6742-AFA8-BC470B67D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8A47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47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ssistanttothebishop@vaumc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Douglas Forrester</cp:lastModifiedBy>
  <cp:revision>5</cp:revision>
  <dcterms:created xsi:type="dcterms:W3CDTF">2026-08-10T12:08:00Z</dcterms:created>
  <dcterms:modified xsi:type="dcterms:W3CDTF">2026-08-11T12:52:00Z</dcterms:modified>
  <cp:category/>
</cp:coreProperties>
</file>